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CF53DA" w14:textId="15199698" w:rsidR="003E1E25" w:rsidRPr="00504939" w:rsidRDefault="003E1E25" w:rsidP="005952B1">
      <w:pPr>
        <w:rPr>
          <w:b/>
          <w:sz w:val="20"/>
          <w:szCs w:val="20"/>
        </w:rPr>
      </w:pPr>
      <w:r w:rsidRPr="00504939">
        <w:rPr>
          <w:b/>
          <w:noProof/>
          <w:sz w:val="20"/>
          <w:szCs w:val="20"/>
        </w:rPr>
        <w:drawing>
          <wp:anchor distT="0" distB="0" distL="114300" distR="114300" simplePos="0" relativeHeight="251658240" behindDoc="0" locked="0" layoutInCell="1" allowOverlap="1" wp14:anchorId="536104C1" wp14:editId="70D7C3A9">
            <wp:simplePos x="0" y="0"/>
            <wp:positionH relativeFrom="column">
              <wp:posOffset>-415290</wp:posOffset>
            </wp:positionH>
            <wp:positionV relativeFrom="paragraph">
              <wp:posOffset>-593049</wp:posOffset>
            </wp:positionV>
            <wp:extent cx="7042150" cy="9207500"/>
            <wp:effectExtent l="0" t="0" r="6350" b="0"/>
            <wp:wrapNone/>
            <wp:docPr id="1618586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58607" name="Picture 161858607"/>
                    <pic:cNvPicPr/>
                  </pic:nvPicPr>
                  <pic:blipFill>
                    <a:blip r:embed="rId8"/>
                    <a:stretch>
                      <a:fillRect/>
                    </a:stretch>
                  </pic:blipFill>
                  <pic:spPr>
                    <a:xfrm>
                      <a:off x="0" y="0"/>
                      <a:ext cx="7042150" cy="9207500"/>
                    </a:xfrm>
                    <a:prstGeom prst="rect">
                      <a:avLst/>
                    </a:prstGeom>
                  </pic:spPr>
                </pic:pic>
              </a:graphicData>
            </a:graphic>
            <wp14:sizeRelH relativeFrom="margin">
              <wp14:pctWidth>0</wp14:pctWidth>
            </wp14:sizeRelH>
            <wp14:sizeRelV relativeFrom="margin">
              <wp14:pctHeight>0</wp14:pctHeight>
            </wp14:sizeRelV>
          </wp:anchor>
        </w:drawing>
      </w:r>
    </w:p>
    <w:p w14:paraId="620ADCE9" w14:textId="5CBB3628" w:rsidR="003E1E25" w:rsidRPr="00504939" w:rsidRDefault="003E1E25" w:rsidP="005952B1">
      <w:pPr>
        <w:rPr>
          <w:b/>
          <w:sz w:val="20"/>
          <w:szCs w:val="20"/>
        </w:rPr>
      </w:pPr>
    </w:p>
    <w:p w14:paraId="35F471AD" w14:textId="77777777" w:rsidR="003E1E25" w:rsidRPr="00504939" w:rsidRDefault="003E1E25" w:rsidP="005952B1">
      <w:pPr>
        <w:rPr>
          <w:b/>
          <w:sz w:val="20"/>
          <w:szCs w:val="20"/>
        </w:rPr>
      </w:pPr>
    </w:p>
    <w:p w14:paraId="5BD2C5EE" w14:textId="77777777" w:rsidR="003E1E25" w:rsidRPr="00504939" w:rsidRDefault="003E1E25" w:rsidP="005952B1">
      <w:pPr>
        <w:rPr>
          <w:b/>
          <w:sz w:val="20"/>
          <w:szCs w:val="20"/>
        </w:rPr>
      </w:pPr>
    </w:p>
    <w:p w14:paraId="5E8E7906" w14:textId="77777777" w:rsidR="003E1E25" w:rsidRPr="00504939" w:rsidRDefault="003E1E25" w:rsidP="005952B1">
      <w:pPr>
        <w:rPr>
          <w:b/>
          <w:sz w:val="20"/>
          <w:szCs w:val="20"/>
        </w:rPr>
      </w:pPr>
    </w:p>
    <w:p w14:paraId="2DA193C8" w14:textId="77777777" w:rsidR="003E1E25" w:rsidRPr="00504939" w:rsidRDefault="003E1E25" w:rsidP="005952B1">
      <w:pPr>
        <w:rPr>
          <w:b/>
          <w:sz w:val="20"/>
          <w:szCs w:val="20"/>
        </w:rPr>
      </w:pPr>
    </w:p>
    <w:p w14:paraId="1F998AAC" w14:textId="77777777" w:rsidR="003E1E25" w:rsidRPr="00504939" w:rsidRDefault="003E1E25" w:rsidP="005952B1">
      <w:pPr>
        <w:rPr>
          <w:b/>
          <w:sz w:val="20"/>
          <w:szCs w:val="20"/>
        </w:rPr>
      </w:pPr>
    </w:p>
    <w:p w14:paraId="51BB9992" w14:textId="77777777" w:rsidR="003E1E25" w:rsidRPr="00504939" w:rsidRDefault="003E1E25" w:rsidP="005952B1">
      <w:pPr>
        <w:rPr>
          <w:b/>
          <w:sz w:val="20"/>
          <w:szCs w:val="20"/>
        </w:rPr>
      </w:pPr>
    </w:p>
    <w:p w14:paraId="6FE7D095" w14:textId="77777777" w:rsidR="003E1E25" w:rsidRPr="00504939" w:rsidRDefault="003E1E25" w:rsidP="005952B1">
      <w:pPr>
        <w:rPr>
          <w:b/>
          <w:sz w:val="20"/>
          <w:szCs w:val="20"/>
        </w:rPr>
      </w:pPr>
    </w:p>
    <w:p w14:paraId="6583B370" w14:textId="77777777" w:rsidR="003E1E25" w:rsidRPr="00504939" w:rsidRDefault="003E1E25" w:rsidP="005952B1">
      <w:pPr>
        <w:rPr>
          <w:b/>
          <w:sz w:val="20"/>
          <w:szCs w:val="20"/>
        </w:rPr>
      </w:pPr>
    </w:p>
    <w:p w14:paraId="5845C8CA" w14:textId="77777777" w:rsidR="003E1E25" w:rsidRPr="00504939" w:rsidRDefault="003E1E25" w:rsidP="005952B1">
      <w:pPr>
        <w:rPr>
          <w:b/>
          <w:sz w:val="20"/>
          <w:szCs w:val="20"/>
        </w:rPr>
      </w:pPr>
    </w:p>
    <w:p w14:paraId="6F1BA13A" w14:textId="77777777" w:rsidR="003E1E25" w:rsidRPr="00504939" w:rsidRDefault="003E1E25" w:rsidP="005952B1">
      <w:pPr>
        <w:rPr>
          <w:b/>
          <w:sz w:val="20"/>
          <w:szCs w:val="20"/>
        </w:rPr>
      </w:pPr>
    </w:p>
    <w:p w14:paraId="67C51387" w14:textId="77777777" w:rsidR="003E1E25" w:rsidRPr="00504939" w:rsidRDefault="003E1E25" w:rsidP="005952B1">
      <w:pPr>
        <w:rPr>
          <w:b/>
          <w:sz w:val="20"/>
          <w:szCs w:val="20"/>
        </w:rPr>
      </w:pPr>
    </w:p>
    <w:p w14:paraId="081B5A2E" w14:textId="77777777" w:rsidR="003E1E25" w:rsidRPr="00504939" w:rsidRDefault="003E1E25" w:rsidP="005952B1">
      <w:pPr>
        <w:rPr>
          <w:b/>
          <w:sz w:val="20"/>
          <w:szCs w:val="20"/>
        </w:rPr>
      </w:pPr>
    </w:p>
    <w:p w14:paraId="0C4F6067" w14:textId="77777777" w:rsidR="003E1E25" w:rsidRPr="00504939" w:rsidRDefault="003E1E25" w:rsidP="005952B1">
      <w:pPr>
        <w:rPr>
          <w:b/>
          <w:sz w:val="20"/>
          <w:szCs w:val="20"/>
        </w:rPr>
      </w:pPr>
    </w:p>
    <w:p w14:paraId="03A913C2" w14:textId="77777777" w:rsidR="003E1E25" w:rsidRPr="00504939" w:rsidRDefault="003E1E25" w:rsidP="005952B1">
      <w:pPr>
        <w:rPr>
          <w:b/>
          <w:sz w:val="20"/>
          <w:szCs w:val="20"/>
        </w:rPr>
      </w:pPr>
    </w:p>
    <w:p w14:paraId="0C65BE30" w14:textId="77777777" w:rsidR="003E1E25" w:rsidRPr="00504939" w:rsidRDefault="003E1E25" w:rsidP="005952B1">
      <w:pPr>
        <w:rPr>
          <w:b/>
          <w:sz w:val="20"/>
          <w:szCs w:val="20"/>
        </w:rPr>
      </w:pPr>
    </w:p>
    <w:p w14:paraId="7FBA8C91" w14:textId="77777777" w:rsidR="003E1E25" w:rsidRPr="00504939" w:rsidRDefault="003E1E25" w:rsidP="005952B1">
      <w:pPr>
        <w:rPr>
          <w:b/>
          <w:sz w:val="20"/>
          <w:szCs w:val="20"/>
        </w:rPr>
      </w:pPr>
    </w:p>
    <w:p w14:paraId="129885CE" w14:textId="77777777" w:rsidR="003E1E25" w:rsidRPr="00504939" w:rsidRDefault="003E1E25" w:rsidP="005952B1">
      <w:pPr>
        <w:rPr>
          <w:b/>
          <w:sz w:val="20"/>
          <w:szCs w:val="20"/>
        </w:rPr>
      </w:pPr>
    </w:p>
    <w:p w14:paraId="61E05658" w14:textId="77777777" w:rsidR="003E1E25" w:rsidRPr="00504939" w:rsidRDefault="003E1E25" w:rsidP="005952B1">
      <w:pPr>
        <w:rPr>
          <w:b/>
          <w:sz w:val="20"/>
          <w:szCs w:val="20"/>
        </w:rPr>
      </w:pPr>
    </w:p>
    <w:p w14:paraId="74C682AD" w14:textId="77777777" w:rsidR="003E1E25" w:rsidRPr="00504939" w:rsidRDefault="003E1E25" w:rsidP="005952B1">
      <w:pPr>
        <w:rPr>
          <w:b/>
          <w:sz w:val="20"/>
          <w:szCs w:val="20"/>
        </w:rPr>
      </w:pPr>
    </w:p>
    <w:p w14:paraId="78D58AE2" w14:textId="77777777" w:rsidR="003E1E25" w:rsidRPr="00504939" w:rsidRDefault="003E1E25" w:rsidP="005952B1">
      <w:pPr>
        <w:rPr>
          <w:b/>
          <w:sz w:val="20"/>
          <w:szCs w:val="20"/>
        </w:rPr>
      </w:pPr>
    </w:p>
    <w:p w14:paraId="6C4E05B4" w14:textId="77777777" w:rsidR="003E1E25" w:rsidRPr="00504939" w:rsidRDefault="003E1E25" w:rsidP="005952B1">
      <w:pPr>
        <w:rPr>
          <w:b/>
          <w:sz w:val="20"/>
          <w:szCs w:val="20"/>
        </w:rPr>
      </w:pPr>
    </w:p>
    <w:p w14:paraId="40D7D17D" w14:textId="77777777" w:rsidR="003E1E25" w:rsidRPr="00504939" w:rsidRDefault="003E1E25" w:rsidP="005952B1">
      <w:pPr>
        <w:rPr>
          <w:b/>
          <w:sz w:val="20"/>
          <w:szCs w:val="20"/>
        </w:rPr>
      </w:pPr>
    </w:p>
    <w:p w14:paraId="50FDDEFC" w14:textId="77777777" w:rsidR="003E1E25" w:rsidRPr="00504939" w:rsidRDefault="003E1E25" w:rsidP="005952B1">
      <w:pPr>
        <w:rPr>
          <w:b/>
          <w:sz w:val="20"/>
          <w:szCs w:val="20"/>
        </w:rPr>
      </w:pPr>
    </w:p>
    <w:p w14:paraId="27BDCADA" w14:textId="77777777" w:rsidR="003E1E25" w:rsidRPr="00504939" w:rsidRDefault="003E1E25" w:rsidP="005952B1">
      <w:pPr>
        <w:rPr>
          <w:b/>
          <w:sz w:val="20"/>
          <w:szCs w:val="20"/>
        </w:rPr>
      </w:pPr>
    </w:p>
    <w:sdt>
      <w:sdtPr>
        <w:rPr>
          <w:rFonts w:asciiTheme="minorHAnsi" w:eastAsiaTheme="minorEastAsia" w:hAnsiTheme="minorHAnsi" w:cstheme="minorBidi"/>
          <w:b w:val="0"/>
          <w:bCs w:val="0"/>
          <w:color w:val="auto"/>
          <w:sz w:val="20"/>
          <w:szCs w:val="20"/>
        </w:rPr>
        <w:id w:val="534778543"/>
        <w:docPartObj>
          <w:docPartGallery w:val="Table of Contents"/>
          <w:docPartUnique/>
        </w:docPartObj>
      </w:sdtPr>
      <w:sdtEndPr>
        <w:rPr>
          <w:noProof/>
        </w:rPr>
      </w:sdtEndPr>
      <w:sdtContent>
        <w:p w14:paraId="1F6635FA" w14:textId="31B88C6E" w:rsidR="003865B7" w:rsidRPr="00504939" w:rsidRDefault="003865B7">
          <w:pPr>
            <w:pStyle w:val="TOCHeading"/>
            <w:rPr>
              <w:sz w:val="20"/>
              <w:szCs w:val="20"/>
            </w:rPr>
          </w:pPr>
          <w:r w:rsidRPr="00504939">
            <w:rPr>
              <w:sz w:val="20"/>
              <w:szCs w:val="20"/>
            </w:rPr>
            <w:t>Contents</w:t>
          </w:r>
        </w:p>
        <w:p w14:paraId="6E3247BA" w14:textId="1EB65A64" w:rsidR="003865B7" w:rsidRPr="00504939" w:rsidRDefault="003865B7" w:rsidP="003865B7">
          <w:pPr>
            <w:pStyle w:val="TOC1"/>
            <w:rPr>
              <w:kern w:val="2"/>
              <w:sz w:val="20"/>
              <w:szCs w:val="20"/>
              <w:lang w:val="en-FJ" w:eastAsia="en-FJ"/>
              <w14:ligatures w14:val="standardContextual"/>
            </w:rPr>
          </w:pPr>
          <w:r w:rsidRPr="00504939">
            <w:rPr>
              <w:sz w:val="20"/>
              <w:szCs w:val="20"/>
            </w:rPr>
            <w:fldChar w:fldCharType="begin"/>
          </w:r>
          <w:r w:rsidRPr="00504939">
            <w:rPr>
              <w:sz w:val="20"/>
              <w:szCs w:val="20"/>
            </w:rPr>
            <w:instrText xml:space="preserve"> TOC \o "1-3" \h \z \u </w:instrText>
          </w:r>
          <w:r w:rsidRPr="00504939">
            <w:rPr>
              <w:sz w:val="20"/>
              <w:szCs w:val="20"/>
            </w:rPr>
            <w:fldChar w:fldCharType="separate"/>
          </w:r>
          <w:hyperlink w:anchor="_Toc226793102" w:history="1">
            <w:r w:rsidRPr="00504939">
              <w:rPr>
                <w:rStyle w:val="Hyperlink"/>
                <w:sz w:val="20"/>
                <w:szCs w:val="20"/>
              </w:rPr>
              <w:t>PREFACE</w:t>
            </w:r>
            <w:r w:rsidRPr="00504939">
              <w:rPr>
                <w:webHidden/>
                <w:sz w:val="20"/>
                <w:szCs w:val="20"/>
              </w:rPr>
              <w:tab/>
            </w:r>
            <w:r w:rsidRPr="00504939">
              <w:rPr>
                <w:webHidden/>
                <w:sz w:val="20"/>
                <w:szCs w:val="20"/>
              </w:rPr>
              <w:fldChar w:fldCharType="begin"/>
            </w:r>
            <w:r w:rsidRPr="00504939">
              <w:rPr>
                <w:webHidden/>
                <w:sz w:val="20"/>
                <w:szCs w:val="20"/>
              </w:rPr>
              <w:instrText xml:space="preserve"> PAGEREF _Toc226793102 \h </w:instrText>
            </w:r>
            <w:r w:rsidRPr="00504939">
              <w:rPr>
                <w:webHidden/>
                <w:sz w:val="20"/>
                <w:szCs w:val="20"/>
              </w:rPr>
            </w:r>
            <w:r w:rsidRPr="00504939">
              <w:rPr>
                <w:webHidden/>
                <w:sz w:val="20"/>
                <w:szCs w:val="20"/>
              </w:rPr>
              <w:fldChar w:fldCharType="separate"/>
            </w:r>
            <w:r w:rsidR="006B7EB5">
              <w:rPr>
                <w:webHidden/>
                <w:sz w:val="20"/>
                <w:szCs w:val="20"/>
              </w:rPr>
              <w:t>2</w:t>
            </w:r>
            <w:r w:rsidRPr="00504939">
              <w:rPr>
                <w:webHidden/>
                <w:sz w:val="20"/>
                <w:szCs w:val="20"/>
              </w:rPr>
              <w:fldChar w:fldCharType="end"/>
            </w:r>
          </w:hyperlink>
        </w:p>
        <w:p w14:paraId="19F6A05C" w14:textId="248D9314" w:rsidR="003865B7" w:rsidRPr="00504939" w:rsidRDefault="003865B7" w:rsidP="003865B7">
          <w:pPr>
            <w:pStyle w:val="TOC1"/>
            <w:rPr>
              <w:kern w:val="2"/>
              <w:sz w:val="20"/>
              <w:szCs w:val="20"/>
              <w:lang w:val="en-FJ" w:eastAsia="en-FJ"/>
              <w14:ligatures w14:val="standardContextual"/>
            </w:rPr>
          </w:pPr>
          <w:hyperlink w:anchor="_Toc226793103" w:history="1">
            <w:r w:rsidRPr="00504939">
              <w:rPr>
                <w:rStyle w:val="Hyperlink"/>
                <w:sz w:val="20"/>
                <w:szCs w:val="20"/>
              </w:rPr>
              <w:t>SERMON TOPIC #1 — CAN GOD BE TRUSTED? (DAN 2)</w:t>
            </w:r>
            <w:r w:rsidRPr="00504939">
              <w:rPr>
                <w:webHidden/>
                <w:sz w:val="20"/>
                <w:szCs w:val="20"/>
              </w:rPr>
              <w:tab/>
            </w:r>
            <w:r w:rsidRPr="00504939">
              <w:rPr>
                <w:webHidden/>
                <w:sz w:val="20"/>
                <w:szCs w:val="20"/>
              </w:rPr>
              <w:fldChar w:fldCharType="begin"/>
            </w:r>
            <w:r w:rsidRPr="00504939">
              <w:rPr>
                <w:webHidden/>
                <w:sz w:val="20"/>
                <w:szCs w:val="20"/>
              </w:rPr>
              <w:instrText xml:space="preserve"> PAGEREF _Toc226793103 \h </w:instrText>
            </w:r>
            <w:r w:rsidRPr="00504939">
              <w:rPr>
                <w:webHidden/>
                <w:sz w:val="20"/>
                <w:szCs w:val="20"/>
              </w:rPr>
            </w:r>
            <w:r w:rsidRPr="00504939">
              <w:rPr>
                <w:webHidden/>
                <w:sz w:val="20"/>
                <w:szCs w:val="20"/>
              </w:rPr>
              <w:fldChar w:fldCharType="separate"/>
            </w:r>
            <w:r w:rsidR="006B7EB5">
              <w:rPr>
                <w:webHidden/>
                <w:sz w:val="20"/>
                <w:szCs w:val="20"/>
              </w:rPr>
              <w:t>3</w:t>
            </w:r>
            <w:r w:rsidRPr="00504939">
              <w:rPr>
                <w:webHidden/>
                <w:sz w:val="20"/>
                <w:szCs w:val="20"/>
              </w:rPr>
              <w:fldChar w:fldCharType="end"/>
            </w:r>
          </w:hyperlink>
        </w:p>
        <w:p w14:paraId="2572B194" w14:textId="2838354A" w:rsidR="003865B7" w:rsidRPr="00504939" w:rsidRDefault="003865B7" w:rsidP="003865B7">
          <w:pPr>
            <w:pStyle w:val="TOC1"/>
            <w:rPr>
              <w:kern w:val="2"/>
              <w:sz w:val="20"/>
              <w:szCs w:val="20"/>
              <w:lang w:val="en-FJ" w:eastAsia="en-FJ"/>
              <w14:ligatures w14:val="standardContextual"/>
            </w:rPr>
          </w:pPr>
          <w:r w:rsidRPr="00504939">
            <w:rPr>
              <w:rStyle w:val="Hyperlink"/>
              <w:sz w:val="20"/>
              <w:szCs w:val="20"/>
            </w:rPr>
            <w:tab/>
          </w:r>
          <w:hyperlink w:anchor="_Toc226793104" w:history="1">
            <w:r w:rsidRPr="00504939">
              <w:rPr>
                <w:rStyle w:val="Hyperlink"/>
                <w:sz w:val="20"/>
                <w:szCs w:val="20"/>
              </w:rPr>
              <w:t>FAMILY FOCUS : WHAT DID THEY SEE IN YOUR HOME?</w:t>
            </w:r>
            <w:r w:rsidRPr="00504939">
              <w:rPr>
                <w:webHidden/>
                <w:sz w:val="20"/>
                <w:szCs w:val="20"/>
              </w:rPr>
              <w:tab/>
            </w:r>
            <w:r w:rsidRPr="00504939">
              <w:rPr>
                <w:webHidden/>
                <w:sz w:val="20"/>
                <w:szCs w:val="20"/>
              </w:rPr>
              <w:fldChar w:fldCharType="begin"/>
            </w:r>
            <w:r w:rsidRPr="00504939">
              <w:rPr>
                <w:webHidden/>
                <w:sz w:val="20"/>
                <w:szCs w:val="20"/>
              </w:rPr>
              <w:instrText xml:space="preserve"> PAGEREF _Toc226793104 \h </w:instrText>
            </w:r>
            <w:r w:rsidRPr="00504939">
              <w:rPr>
                <w:webHidden/>
                <w:sz w:val="20"/>
                <w:szCs w:val="20"/>
              </w:rPr>
            </w:r>
            <w:r w:rsidRPr="00504939">
              <w:rPr>
                <w:webHidden/>
                <w:sz w:val="20"/>
                <w:szCs w:val="20"/>
              </w:rPr>
              <w:fldChar w:fldCharType="separate"/>
            </w:r>
            <w:r w:rsidR="006B7EB5">
              <w:rPr>
                <w:webHidden/>
                <w:sz w:val="20"/>
                <w:szCs w:val="20"/>
              </w:rPr>
              <w:t>3</w:t>
            </w:r>
            <w:r w:rsidRPr="00504939">
              <w:rPr>
                <w:webHidden/>
                <w:sz w:val="20"/>
                <w:szCs w:val="20"/>
              </w:rPr>
              <w:fldChar w:fldCharType="end"/>
            </w:r>
          </w:hyperlink>
        </w:p>
        <w:p w14:paraId="3C135188" w14:textId="27A8BB63" w:rsidR="003865B7" w:rsidRPr="00504939" w:rsidRDefault="003865B7" w:rsidP="003865B7">
          <w:pPr>
            <w:pStyle w:val="TOC1"/>
            <w:rPr>
              <w:kern w:val="2"/>
              <w:sz w:val="20"/>
              <w:szCs w:val="20"/>
              <w:lang w:val="en-FJ" w:eastAsia="en-FJ"/>
              <w14:ligatures w14:val="standardContextual"/>
            </w:rPr>
          </w:pPr>
          <w:hyperlink w:anchor="_Toc226793105" w:history="1">
            <w:r w:rsidRPr="00504939">
              <w:rPr>
                <w:rStyle w:val="Hyperlink"/>
                <w:sz w:val="20"/>
                <w:szCs w:val="20"/>
              </w:rPr>
              <w:t>SERMON TOPIC #2 — SEEING THE SIGNS</w:t>
            </w:r>
            <w:r w:rsidRPr="00504939">
              <w:rPr>
                <w:webHidden/>
                <w:sz w:val="20"/>
                <w:szCs w:val="20"/>
              </w:rPr>
              <w:tab/>
            </w:r>
            <w:r w:rsidRPr="00504939">
              <w:rPr>
                <w:webHidden/>
                <w:sz w:val="20"/>
                <w:szCs w:val="20"/>
              </w:rPr>
              <w:fldChar w:fldCharType="begin"/>
            </w:r>
            <w:r w:rsidRPr="00504939">
              <w:rPr>
                <w:webHidden/>
                <w:sz w:val="20"/>
                <w:szCs w:val="20"/>
              </w:rPr>
              <w:instrText xml:space="preserve"> PAGEREF _Toc226793105 \h </w:instrText>
            </w:r>
            <w:r w:rsidRPr="00504939">
              <w:rPr>
                <w:webHidden/>
                <w:sz w:val="20"/>
                <w:szCs w:val="20"/>
              </w:rPr>
            </w:r>
            <w:r w:rsidRPr="00504939">
              <w:rPr>
                <w:webHidden/>
                <w:sz w:val="20"/>
                <w:szCs w:val="20"/>
              </w:rPr>
              <w:fldChar w:fldCharType="separate"/>
            </w:r>
            <w:r w:rsidR="006B7EB5">
              <w:rPr>
                <w:webHidden/>
                <w:sz w:val="20"/>
                <w:szCs w:val="20"/>
              </w:rPr>
              <w:t>5</w:t>
            </w:r>
            <w:r w:rsidRPr="00504939">
              <w:rPr>
                <w:webHidden/>
                <w:sz w:val="20"/>
                <w:szCs w:val="20"/>
              </w:rPr>
              <w:fldChar w:fldCharType="end"/>
            </w:r>
          </w:hyperlink>
        </w:p>
        <w:p w14:paraId="4C2BB548" w14:textId="42AC47F7" w:rsidR="003865B7" w:rsidRPr="00504939" w:rsidRDefault="003865B7" w:rsidP="003865B7">
          <w:pPr>
            <w:pStyle w:val="TOC1"/>
            <w:rPr>
              <w:kern w:val="2"/>
              <w:sz w:val="20"/>
              <w:szCs w:val="20"/>
              <w:lang w:val="en-FJ" w:eastAsia="en-FJ"/>
              <w14:ligatures w14:val="standardContextual"/>
            </w:rPr>
          </w:pPr>
          <w:r w:rsidRPr="00504939">
            <w:rPr>
              <w:rStyle w:val="Hyperlink"/>
              <w:sz w:val="20"/>
              <w:szCs w:val="20"/>
            </w:rPr>
            <w:tab/>
          </w:r>
          <w:hyperlink w:anchor="_Toc226793106" w:history="1">
            <w:r w:rsidRPr="00504939">
              <w:rPr>
                <w:rStyle w:val="Hyperlink"/>
                <w:sz w:val="20"/>
                <w:szCs w:val="20"/>
              </w:rPr>
              <w:t>FAMILY FOCUS : TIME FOR CHILDREN</w:t>
            </w:r>
            <w:r w:rsidRPr="00504939">
              <w:rPr>
                <w:webHidden/>
                <w:sz w:val="20"/>
                <w:szCs w:val="20"/>
              </w:rPr>
              <w:tab/>
            </w:r>
            <w:r w:rsidRPr="00504939">
              <w:rPr>
                <w:webHidden/>
                <w:sz w:val="20"/>
                <w:szCs w:val="20"/>
              </w:rPr>
              <w:fldChar w:fldCharType="begin"/>
            </w:r>
            <w:r w:rsidRPr="00504939">
              <w:rPr>
                <w:webHidden/>
                <w:sz w:val="20"/>
                <w:szCs w:val="20"/>
              </w:rPr>
              <w:instrText xml:space="preserve"> PAGEREF _Toc226793106 \h </w:instrText>
            </w:r>
            <w:r w:rsidRPr="00504939">
              <w:rPr>
                <w:webHidden/>
                <w:sz w:val="20"/>
                <w:szCs w:val="20"/>
              </w:rPr>
            </w:r>
            <w:r w:rsidRPr="00504939">
              <w:rPr>
                <w:webHidden/>
                <w:sz w:val="20"/>
                <w:szCs w:val="20"/>
              </w:rPr>
              <w:fldChar w:fldCharType="separate"/>
            </w:r>
            <w:r w:rsidR="006B7EB5">
              <w:rPr>
                <w:webHidden/>
                <w:sz w:val="20"/>
                <w:szCs w:val="20"/>
              </w:rPr>
              <w:t>5</w:t>
            </w:r>
            <w:r w:rsidRPr="00504939">
              <w:rPr>
                <w:webHidden/>
                <w:sz w:val="20"/>
                <w:szCs w:val="20"/>
              </w:rPr>
              <w:fldChar w:fldCharType="end"/>
            </w:r>
          </w:hyperlink>
        </w:p>
        <w:p w14:paraId="43D6740E" w14:textId="0C3460F6" w:rsidR="003865B7" w:rsidRPr="00504939" w:rsidRDefault="003865B7" w:rsidP="003865B7">
          <w:pPr>
            <w:pStyle w:val="TOC1"/>
            <w:rPr>
              <w:kern w:val="2"/>
              <w:sz w:val="20"/>
              <w:szCs w:val="20"/>
              <w:lang w:val="en-FJ" w:eastAsia="en-FJ"/>
              <w14:ligatures w14:val="standardContextual"/>
            </w:rPr>
          </w:pPr>
          <w:hyperlink w:anchor="_Toc226793107" w:history="1">
            <w:r w:rsidRPr="00504939">
              <w:rPr>
                <w:rStyle w:val="Hyperlink"/>
                <w:sz w:val="20"/>
                <w:szCs w:val="20"/>
              </w:rPr>
              <w:t>SERMON TOPIC #3 — THE SECOND COMING OF JESUS</w:t>
            </w:r>
            <w:r w:rsidRPr="00504939">
              <w:rPr>
                <w:webHidden/>
                <w:sz w:val="20"/>
                <w:szCs w:val="20"/>
              </w:rPr>
              <w:tab/>
            </w:r>
            <w:r w:rsidRPr="00504939">
              <w:rPr>
                <w:webHidden/>
                <w:sz w:val="20"/>
                <w:szCs w:val="20"/>
              </w:rPr>
              <w:fldChar w:fldCharType="begin"/>
            </w:r>
            <w:r w:rsidRPr="00504939">
              <w:rPr>
                <w:webHidden/>
                <w:sz w:val="20"/>
                <w:szCs w:val="20"/>
              </w:rPr>
              <w:instrText xml:space="preserve"> PAGEREF _Toc226793107 \h </w:instrText>
            </w:r>
            <w:r w:rsidRPr="00504939">
              <w:rPr>
                <w:webHidden/>
                <w:sz w:val="20"/>
                <w:szCs w:val="20"/>
              </w:rPr>
            </w:r>
            <w:r w:rsidRPr="00504939">
              <w:rPr>
                <w:webHidden/>
                <w:sz w:val="20"/>
                <w:szCs w:val="20"/>
              </w:rPr>
              <w:fldChar w:fldCharType="separate"/>
            </w:r>
            <w:r w:rsidR="006B7EB5">
              <w:rPr>
                <w:webHidden/>
                <w:sz w:val="20"/>
                <w:szCs w:val="20"/>
              </w:rPr>
              <w:t>8</w:t>
            </w:r>
            <w:r w:rsidRPr="00504939">
              <w:rPr>
                <w:webHidden/>
                <w:sz w:val="20"/>
                <w:szCs w:val="20"/>
              </w:rPr>
              <w:fldChar w:fldCharType="end"/>
            </w:r>
          </w:hyperlink>
        </w:p>
        <w:p w14:paraId="152F2251" w14:textId="0EC315F1" w:rsidR="003865B7" w:rsidRPr="00504939" w:rsidRDefault="003865B7" w:rsidP="003865B7">
          <w:pPr>
            <w:pStyle w:val="TOC1"/>
            <w:rPr>
              <w:kern w:val="2"/>
              <w:sz w:val="20"/>
              <w:szCs w:val="20"/>
              <w:lang w:val="en-FJ" w:eastAsia="en-FJ"/>
              <w14:ligatures w14:val="standardContextual"/>
            </w:rPr>
          </w:pPr>
          <w:r w:rsidRPr="00504939">
            <w:rPr>
              <w:rStyle w:val="Hyperlink"/>
              <w:sz w:val="20"/>
              <w:szCs w:val="20"/>
            </w:rPr>
            <w:tab/>
          </w:r>
          <w:hyperlink w:anchor="_Toc226793108" w:history="1">
            <w:r w:rsidRPr="00504939">
              <w:rPr>
                <w:rStyle w:val="Hyperlink"/>
                <w:sz w:val="20"/>
                <w:szCs w:val="20"/>
              </w:rPr>
              <w:t>FAMILY FOCUS :  AN ARGUMENT INFIDELS CANNOT RESIST</w:t>
            </w:r>
            <w:r w:rsidRPr="00504939">
              <w:rPr>
                <w:webHidden/>
                <w:sz w:val="20"/>
                <w:szCs w:val="20"/>
              </w:rPr>
              <w:tab/>
            </w:r>
            <w:r w:rsidRPr="00504939">
              <w:rPr>
                <w:webHidden/>
                <w:sz w:val="20"/>
                <w:szCs w:val="20"/>
              </w:rPr>
              <w:fldChar w:fldCharType="begin"/>
            </w:r>
            <w:r w:rsidRPr="00504939">
              <w:rPr>
                <w:webHidden/>
                <w:sz w:val="20"/>
                <w:szCs w:val="20"/>
              </w:rPr>
              <w:instrText xml:space="preserve"> PAGEREF _Toc226793108 \h </w:instrText>
            </w:r>
            <w:r w:rsidRPr="00504939">
              <w:rPr>
                <w:webHidden/>
                <w:sz w:val="20"/>
                <w:szCs w:val="20"/>
              </w:rPr>
            </w:r>
            <w:r w:rsidRPr="00504939">
              <w:rPr>
                <w:webHidden/>
                <w:sz w:val="20"/>
                <w:szCs w:val="20"/>
              </w:rPr>
              <w:fldChar w:fldCharType="separate"/>
            </w:r>
            <w:r w:rsidR="006B7EB5">
              <w:rPr>
                <w:webHidden/>
                <w:sz w:val="20"/>
                <w:szCs w:val="20"/>
              </w:rPr>
              <w:t>8</w:t>
            </w:r>
            <w:r w:rsidRPr="00504939">
              <w:rPr>
                <w:webHidden/>
                <w:sz w:val="20"/>
                <w:szCs w:val="20"/>
              </w:rPr>
              <w:fldChar w:fldCharType="end"/>
            </w:r>
          </w:hyperlink>
        </w:p>
        <w:p w14:paraId="715C6555" w14:textId="422CD469" w:rsidR="003865B7" w:rsidRPr="00504939" w:rsidRDefault="003865B7" w:rsidP="003865B7">
          <w:pPr>
            <w:pStyle w:val="TOC1"/>
            <w:rPr>
              <w:kern w:val="2"/>
              <w:sz w:val="20"/>
              <w:szCs w:val="20"/>
              <w:lang w:val="en-FJ" w:eastAsia="en-FJ"/>
              <w14:ligatures w14:val="standardContextual"/>
            </w:rPr>
          </w:pPr>
          <w:hyperlink w:anchor="_Toc226793110" w:history="1">
            <w:r w:rsidRPr="00504939">
              <w:rPr>
                <w:rStyle w:val="Hyperlink"/>
                <w:sz w:val="20"/>
                <w:szCs w:val="20"/>
              </w:rPr>
              <w:t>SERMON TOPIC #4 — IS THERE HOPE FOR PLANET IN CRISIS? (WHY SO MANY SUFFERING)</w:t>
            </w:r>
            <w:r w:rsidRPr="00504939">
              <w:rPr>
                <w:webHidden/>
                <w:sz w:val="20"/>
                <w:szCs w:val="20"/>
              </w:rPr>
              <w:tab/>
            </w:r>
            <w:r w:rsidRPr="00504939">
              <w:rPr>
                <w:webHidden/>
                <w:sz w:val="20"/>
                <w:szCs w:val="20"/>
              </w:rPr>
              <w:fldChar w:fldCharType="begin"/>
            </w:r>
            <w:r w:rsidRPr="00504939">
              <w:rPr>
                <w:webHidden/>
                <w:sz w:val="20"/>
                <w:szCs w:val="20"/>
              </w:rPr>
              <w:instrText xml:space="preserve"> PAGEREF _Toc226793110 \h </w:instrText>
            </w:r>
            <w:r w:rsidRPr="00504939">
              <w:rPr>
                <w:webHidden/>
                <w:sz w:val="20"/>
                <w:szCs w:val="20"/>
              </w:rPr>
            </w:r>
            <w:r w:rsidRPr="00504939">
              <w:rPr>
                <w:webHidden/>
                <w:sz w:val="20"/>
                <w:szCs w:val="20"/>
              </w:rPr>
              <w:fldChar w:fldCharType="separate"/>
            </w:r>
            <w:r w:rsidR="006B7EB5">
              <w:rPr>
                <w:webHidden/>
                <w:sz w:val="20"/>
                <w:szCs w:val="20"/>
              </w:rPr>
              <w:t>11</w:t>
            </w:r>
            <w:r w:rsidRPr="00504939">
              <w:rPr>
                <w:webHidden/>
                <w:sz w:val="20"/>
                <w:szCs w:val="20"/>
              </w:rPr>
              <w:fldChar w:fldCharType="end"/>
            </w:r>
          </w:hyperlink>
        </w:p>
        <w:p w14:paraId="00A8750E" w14:textId="53E8E81A" w:rsidR="003865B7" w:rsidRPr="00504939" w:rsidRDefault="003865B7" w:rsidP="003865B7">
          <w:pPr>
            <w:pStyle w:val="TOC1"/>
            <w:rPr>
              <w:kern w:val="2"/>
              <w:sz w:val="20"/>
              <w:szCs w:val="20"/>
              <w:lang w:val="en-FJ" w:eastAsia="en-FJ"/>
              <w14:ligatures w14:val="standardContextual"/>
            </w:rPr>
          </w:pPr>
          <w:r w:rsidRPr="00504939">
            <w:rPr>
              <w:rStyle w:val="Hyperlink"/>
              <w:sz w:val="20"/>
              <w:szCs w:val="20"/>
            </w:rPr>
            <w:tab/>
          </w:r>
          <w:hyperlink w:anchor="_Toc226793111" w:history="1">
            <w:r w:rsidRPr="00504939">
              <w:rPr>
                <w:rStyle w:val="Hyperlink"/>
                <w:sz w:val="20"/>
                <w:szCs w:val="20"/>
              </w:rPr>
              <w:t>FAMILY FOCUS :  WHY DO MARRIAGES FAIL?</w:t>
            </w:r>
            <w:r w:rsidRPr="00504939">
              <w:rPr>
                <w:webHidden/>
                <w:sz w:val="20"/>
                <w:szCs w:val="20"/>
              </w:rPr>
              <w:tab/>
            </w:r>
            <w:r w:rsidRPr="00504939">
              <w:rPr>
                <w:webHidden/>
                <w:sz w:val="20"/>
                <w:szCs w:val="20"/>
              </w:rPr>
              <w:fldChar w:fldCharType="begin"/>
            </w:r>
            <w:r w:rsidRPr="00504939">
              <w:rPr>
                <w:webHidden/>
                <w:sz w:val="20"/>
                <w:szCs w:val="20"/>
              </w:rPr>
              <w:instrText xml:space="preserve"> PAGEREF _Toc226793111 \h </w:instrText>
            </w:r>
            <w:r w:rsidRPr="00504939">
              <w:rPr>
                <w:webHidden/>
                <w:sz w:val="20"/>
                <w:szCs w:val="20"/>
              </w:rPr>
            </w:r>
            <w:r w:rsidRPr="00504939">
              <w:rPr>
                <w:webHidden/>
                <w:sz w:val="20"/>
                <w:szCs w:val="20"/>
              </w:rPr>
              <w:fldChar w:fldCharType="separate"/>
            </w:r>
            <w:r w:rsidR="006B7EB5">
              <w:rPr>
                <w:webHidden/>
                <w:sz w:val="20"/>
                <w:szCs w:val="20"/>
              </w:rPr>
              <w:t>11</w:t>
            </w:r>
            <w:r w:rsidRPr="00504939">
              <w:rPr>
                <w:webHidden/>
                <w:sz w:val="20"/>
                <w:szCs w:val="20"/>
              </w:rPr>
              <w:fldChar w:fldCharType="end"/>
            </w:r>
          </w:hyperlink>
        </w:p>
        <w:p w14:paraId="4D97F432" w14:textId="5A1220CD" w:rsidR="003865B7" w:rsidRPr="00504939" w:rsidRDefault="003865B7" w:rsidP="003865B7">
          <w:pPr>
            <w:pStyle w:val="TOC1"/>
            <w:rPr>
              <w:kern w:val="2"/>
              <w:sz w:val="20"/>
              <w:szCs w:val="20"/>
              <w:lang w:val="en-FJ" w:eastAsia="en-FJ"/>
              <w14:ligatures w14:val="standardContextual"/>
            </w:rPr>
          </w:pPr>
          <w:hyperlink w:anchor="_Toc226793113" w:history="1">
            <w:r w:rsidRPr="00504939">
              <w:rPr>
                <w:rStyle w:val="Hyperlink"/>
                <w:sz w:val="20"/>
                <w:szCs w:val="20"/>
              </w:rPr>
              <w:t>SERMON TOPIC #5    MESSIAH AND THE JUDGEMENT</w:t>
            </w:r>
            <w:r w:rsidRPr="00504939">
              <w:rPr>
                <w:webHidden/>
                <w:sz w:val="20"/>
                <w:szCs w:val="20"/>
              </w:rPr>
              <w:tab/>
            </w:r>
            <w:r w:rsidRPr="00504939">
              <w:rPr>
                <w:webHidden/>
                <w:sz w:val="20"/>
                <w:szCs w:val="20"/>
              </w:rPr>
              <w:fldChar w:fldCharType="begin"/>
            </w:r>
            <w:r w:rsidRPr="00504939">
              <w:rPr>
                <w:webHidden/>
                <w:sz w:val="20"/>
                <w:szCs w:val="20"/>
              </w:rPr>
              <w:instrText xml:space="preserve"> PAGEREF _Toc226793113 \h </w:instrText>
            </w:r>
            <w:r w:rsidRPr="00504939">
              <w:rPr>
                <w:webHidden/>
                <w:sz w:val="20"/>
                <w:szCs w:val="20"/>
              </w:rPr>
            </w:r>
            <w:r w:rsidRPr="00504939">
              <w:rPr>
                <w:webHidden/>
                <w:sz w:val="20"/>
                <w:szCs w:val="20"/>
              </w:rPr>
              <w:fldChar w:fldCharType="separate"/>
            </w:r>
            <w:r w:rsidR="006B7EB5">
              <w:rPr>
                <w:webHidden/>
                <w:sz w:val="20"/>
                <w:szCs w:val="20"/>
              </w:rPr>
              <w:t>15</w:t>
            </w:r>
            <w:r w:rsidRPr="00504939">
              <w:rPr>
                <w:webHidden/>
                <w:sz w:val="20"/>
                <w:szCs w:val="20"/>
              </w:rPr>
              <w:fldChar w:fldCharType="end"/>
            </w:r>
          </w:hyperlink>
        </w:p>
        <w:p w14:paraId="597FF855" w14:textId="1D366FF1" w:rsidR="003865B7" w:rsidRPr="00504939" w:rsidRDefault="003865B7" w:rsidP="003865B7">
          <w:pPr>
            <w:pStyle w:val="TOC1"/>
            <w:rPr>
              <w:kern w:val="2"/>
              <w:sz w:val="20"/>
              <w:szCs w:val="20"/>
              <w:lang w:val="en-FJ" w:eastAsia="en-FJ"/>
              <w14:ligatures w14:val="standardContextual"/>
            </w:rPr>
          </w:pPr>
          <w:r w:rsidRPr="00504939">
            <w:rPr>
              <w:rStyle w:val="Hyperlink"/>
              <w:sz w:val="20"/>
              <w:szCs w:val="20"/>
            </w:rPr>
            <w:tab/>
          </w:r>
          <w:hyperlink w:anchor="_Toc226793114" w:history="1">
            <w:r w:rsidRPr="00504939">
              <w:rPr>
                <w:rStyle w:val="Hyperlink"/>
                <w:sz w:val="20"/>
                <w:szCs w:val="20"/>
              </w:rPr>
              <w:t>FAMILY FOCUS:  EDUCATING CHILDREN</w:t>
            </w:r>
            <w:r w:rsidRPr="00504939">
              <w:rPr>
                <w:webHidden/>
                <w:sz w:val="20"/>
                <w:szCs w:val="20"/>
              </w:rPr>
              <w:tab/>
            </w:r>
            <w:r w:rsidRPr="00504939">
              <w:rPr>
                <w:webHidden/>
                <w:sz w:val="20"/>
                <w:szCs w:val="20"/>
              </w:rPr>
              <w:fldChar w:fldCharType="begin"/>
            </w:r>
            <w:r w:rsidRPr="00504939">
              <w:rPr>
                <w:webHidden/>
                <w:sz w:val="20"/>
                <w:szCs w:val="20"/>
              </w:rPr>
              <w:instrText xml:space="preserve"> PAGEREF _Toc226793114 \h </w:instrText>
            </w:r>
            <w:r w:rsidRPr="00504939">
              <w:rPr>
                <w:webHidden/>
                <w:sz w:val="20"/>
                <w:szCs w:val="20"/>
              </w:rPr>
            </w:r>
            <w:r w:rsidRPr="00504939">
              <w:rPr>
                <w:webHidden/>
                <w:sz w:val="20"/>
                <w:szCs w:val="20"/>
              </w:rPr>
              <w:fldChar w:fldCharType="separate"/>
            </w:r>
            <w:r w:rsidR="006B7EB5">
              <w:rPr>
                <w:webHidden/>
                <w:sz w:val="20"/>
                <w:szCs w:val="20"/>
              </w:rPr>
              <w:t>15</w:t>
            </w:r>
            <w:r w:rsidRPr="00504939">
              <w:rPr>
                <w:webHidden/>
                <w:sz w:val="20"/>
                <w:szCs w:val="20"/>
              </w:rPr>
              <w:fldChar w:fldCharType="end"/>
            </w:r>
          </w:hyperlink>
        </w:p>
        <w:p w14:paraId="06A2E205" w14:textId="077C841C" w:rsidR="003865B7" w:rsidRPr="00504939" w:rsidRDefault="003865B7" w:rsidP="003865B7">
          <w:pPr>
            <w:pStyle w:val="TOC1"/>
            <w:rPr>
              <w:kern w:val="2"/>
              <w:sz w:val="20"/>
              <w:szCs w:val="20"/>
              <w:lang w:val="en-FJ" w:eastAsia="en-FJ"/>
              <w14:ligatures w14:val="standardContextual"/>
            </w:rPr>
          </w:pPr>
          <w:hyperlink w:anchor="_Toc226793116" w:history="1">
            <w:r w:rsidRPr="00504939">
              <w:rPr>
                <w:rStyle w:val="Hyperlink"/>
                <w:sz w:val="20"/>
                <w:szCs w:val="20"/>
              </w:rPr>
              <w:t>SERMON TOPIC #6     PEACE ON EARTH</w:t>
            </w:r>
            <w:r w:rsidRPr="00504939">
              <w:rPr>
                <w:webHidden/>
                <w:sz w:val="20"/>
                <w:szCs w:val="20"/>
              </w:rPr>
              <w:tab/>
            </w:r>
            <w:r w:rsidRPr="00504939">
              <w:rPr>
                <w:webHidden/>
                <w:sz w:val="20"/>
                <w:szCs w:val="20"/>
              </w:rPr>
              <w:fldChar w:fldCharType="begin"/>
            </w:r>
            <w:r w:rsidRPr="00504939">
              <w:rPr>
                <w:webHidden/>
                <w:sz w:val="20"/>
                <w:szCs w:val="20"/>
              </w:rPr>
              <w:instrText xml:space="preserve"> PAGEREF _Toc226793116 \h </w:instrText>
            </w:r>
            <w:r w:rsidRPr="00504939">
              <w:rPr>
                <w:webHidden/>
                <w:sz w:val="20"/>
                <w:szCs w:val="20"/>
              </w:rPr>
            </w:r>
            <w:r w:rsidRPr="00504939">
              <w:rPr>
                <w:webHidden/>
                <w:sz w:val="20"/>
                <w:szCs w:val="20"/>
              </w:rPr>
              <w:fldChar w:fldCharType="separate"/>
            </w:r>
            <w:r w:rsidR="006B7EB5">
              <w:rPr>
                <w:webHidden/>
                <w:sz w:val="20"/>
                <w:szCs w:val="20"/>
              </w:rPr>
              <w:t>19</w:t>
            </w:r>
            <w:r w:rsidRPr="00504939">
              <w:rPr>
                <w:webHidden/>
                <w:sz w:val="20"/>
                <w:szCs w:val="20"/>
              </w:rPr>
              <w:fldChar w:fldCharType="end"/>
            </w:r>
          </w:hyperlink>
        </w:p>
        <w:p w14:paraId="31C595AF" w14:textId="0E927F4B" w:rsidR="003865B7" w:rsidRPr="00504939" w:rsidRDefault="003865B7" w:rsidP="003865B7">
          <w:pPr>
            <w:pStyle w:val="TOC1"/>
            <w:rPr>
              <w:kern w:val="2"/>
              <w:sz w:val="20"/>
              <w:szCs w:val="20"/>
              <w:lang w:val="en-FJ" w:eastAsia="en-FJ"/>
              <w14:ligatures w14:val="standardContextual"/>
            </w:rPr>
          </w:pPr>
          <w:r w:rsidRPr="00504939">
            <w:rPr>
              <w:rStyle w:val="Hyperlink"/>
              <w:sz w:val="20"/>
              <w:szCs w:val="20"/>
            </w:rPr>
            <w:tab/>
          </w:r>
          <w:hyperlink w:anchor="_Toc226793117" w:history="1">
            <w:r w:rsidRPr="00504939">
              <w:rPr>
                <w:rStyle w:val="Hyperlink"/>
                <w:sz w:val="20"/>
                <w:szCs w:val="20"/>
              </w:rPr>
              <w:t>FAMILY FOCUS:   SECRETS OF A HAPPY HOME</w:t>
            </w:r>
            <w:r w:rsidRPr="00504939">
              <w:rPr>
                <w:webHidden/>
                <w:sz w:val="20"/>
                <w:szCs w:val="20"/>
              </w:rPr>
              <w:tab/>
            </w:r>
            <w:r w:rsidRPr="00504939">
              <w:rPr>
                <w:webHidden/>
                <w:sz w:val="20"/>
                <w:szCs w:val="20"/>
              </w:rPr>
              <w:fldChar w:fldCharType="begin"/>
            </w:r>
            <w:r w:rsidRPr="00504939">
              <w:rPr>
                <w:webHidden/>
                <w:sz w:val="20"/>
                <w:szCs w:val="20"/>
              </w:rPr>
              <w:instrText xml:space="preserve"> PAGEREF _Toc226793117 \h </w:instrText>
            </w:r>
            <w:r w:rsidRPr="00504939">
              <w:rPr>
                <w:webHidden/>
                <w:sz w:val="20"/>
                <w:szCs w:val="20"/>
              </w:rPr>
            </w:r>
            <w:r w:rsidRPr="00504939">
              <w:rPr>
                <w:webHidden/>
                <w:sz w:val="20"/>
                <w:szCs w:val="20"/>
              </w:rPr>
              <w:fldChar w:fldCharType="separate"/>
            </w:r>
            <w:r w:rsidR="006B7EB5">
              <w:rPr>
                <w:webHidden/>
                <w:sz w:val="20"/>
                <w:szCs w:val="20"/>
              </w:rPr>
              <w:t>19</w:t>
            </w:r>
            <w:r w:rsidRPr="00504939">
              <w:rPr>
                <w:webHidden/>
                <w:sz w:val="20"/>
                <w:szCs w:val="20"/>
              </w:rPr>
              <w:fldChar w:fldCharType="end"/>
            </w:r>
          </w:hyperlink>
        </w:p>
        <w:p w14:paraId="040C3970" w14:textId="56EABDB7" w:rsidR="003865B7" w:rsidRPr="00504939" w:rsidRDefault="003865B7" w:rsidP="003865B7">
          <w:pPr>
            <w:pStyle w:val="TOC1"/>
            <w:rPr>
              <w:kern w:val="2"/>
              <w:sz w:val="20"/>
              <w:szCs w:val="20"/>
              <w:lang w:val="en-FJ" w:eastAsia="en-FJ"/>
              <w14:ligatures w14:val="standardContextual"/>
            </w:rPr>
          </w:pPr>
          <w:hyperlink w:anchor="_Toc226793118" w:history="1">
            <w:r w:rsidRPr="00504939">
              <w:rPr>
                <w:rStyle w:val="Hyperlink"/>
                <w:sz w:val="20"/>
                <w:szCs w:val="20"/>
              </w:rPr>
              <w:t>SERMON TOPIC #7     QUALITY TIME(SABBATH)</w:t>
            </w:r>
            <w:r w:rsidRPr="00504939">
              <w:rPr>
                <w:webHidden/>
                <w:sz w:val="20"/>
                <w:szCs w:val="20"/>
              </w:rPr>
              <w:tab/>
            </w:r>
            <w:r w:rsidRPr="00504939">
              <w:rPr>
                <w:webHidden/>
                <w:sz w:val="20"/>
                <w:szCs w:val="20"/>
              </w:rPr>
              <w:fldChar w:fldCharType="begin"/>
            </w:r>
            <w:r w:rsidRPr="00504939">
              <w:rPr>
                <w:webHidden/>
                <w:sz w:val="20"/>
                <w:szCs w:val="20"/>
              </w:rPr>
              <w:instrText xml:space="preserve"> PAGEREF _Toc226793118 \h </w:instrText>
            </w:r>
            <w:r w:rsidRPr="00504939">
              <w:rPr>
                <w:webHidden/>
                <w:sz w:val="20"/>
                <w:szCs w:val="20"/>
              </w:rPr>
            </w:r>
            <w:r w:rsidRPr="00504939">
              <w:rPr>
                <w:webHidden/>
                <w:sz w:val="20"/>
                <w:szCs w:val="20"/>
              </w:rPr>
              <w:fldChar w:fldCharType="separate"/>
            </w:r>
            <w:r w:rsidR="006B7EB5">
              <w:rPr>
                <w:webHidden/>
                <w:sz w:val="20"/>
                <w:szCs w:val="20"/>
              </w:rPr>
              <w:t>22</w:t>
            </w:r>
            <w:r w:rsidRPr="00504939">
              <w:rPr>
                <w:webHidden/>
                <w:sz w:val="20"/>
                <w:szCs w:val="20"/>
              </w:rPr>
              <w:fldChar w:fldCharType="end"/>
            </w:r>
          </w:hyperlink>
        </w:p>
        <w:p w14:paraId="64042F83" w14:textId="393DE0BD" w:rsidR="003865B7" w:rsidRPr="00504939" w:rsidRDefault="003865B7" w:rsidP="003865B7">
          <w:pPr>
            <w:pStyle w:val="TOC1"/>
            <w:rPr>
              <w:kern w:val="2"/>
              <w:sz w:val="20"/>
              <w:szCs w:val="20"/>
              <w:lang w:val="en-FJ" w:eastAsia="en-FJ"/>
              <w14:ligatures w14:val="standardContextual"/>
            </w:rPr>
          </w:pPr>
          <w:r w:rsidRPr="00504939">
            <w:rPr>
              <w:rStyle w:val="Hyperlink"/>
              <w:sz w:val="20"/>
              <w:szCs w:val="20"/>
            </w:rPr>
            <w:tab/>
          </w:r>
          <w:hyperlink w:anchor="_Toc226793119" w:history="1">
            <w:r w:rsidRPr="00504939">
              <w:rPr>
                <w:rStyle w:val="Hyperlink"/>
                <w:sz w:val="20"/>
                <w:szCs w:val="20"/>
              </w:rPr>
              <w:t>FAMILY FOCUS:   FAMILY WORSHIP NOT TO BE NEGLECTED</w:t>
            </w:r>
            <w:r w:rsidRPr="00504939">
              <w:rPr>
                <w:webHidden/>
                <w:sz w:val="20"/>
                <w:szCs w:val="20"/>
              </w:rPr>
              <w:tab/>
            </w:r>
            <w:r w:rsidRPr="00504939">
              <w:rPr>
                <w:webHidden/>
                <w:sz w:val="20"/>
                <w:szCs w:val="20"/>
              </w:rPr>
              <w:fldChar w:fldCharType="begin"/>
            </w:r>
            <w:r w:rsidRPr="00504939">
              <w:rPr>
                <w:webHidden/>
                <w:sz w:val="20"/>
                <w:szCs w:val="20"/>
              </w:rPr>
              <w:instrText xml:space="preserve"> PAGEREF _Toc226793119 \h </w:instrText>
            </w:r>
            <w:r w:rsidRPr="00504939">
              <w:rPr>
                <w:webHidden/>
                <w:sz w:val="20"/>
                <w:szCs w:val="20"/>
              </w:rPr>
            </w:r>
            <w:r w:rsidRPr="00504939">
              <w:rPr>
                <w:webHidden/>
                <w:sz w:val="20"/>
                <w:szCs w:val="20"/>
              </w:rPr>
              <w:fldChar w:fldCharType="separate"/>
            </w:r>
            <w:r w:rsidR="006B7EB5">
              <w:rPr>
                <w:webHidden/>
                <w:sz w:val="20"/>
                <w:szCs w:val="20"/>
              </w:rPr>
              <w:t>23</w:t>
            </w:r>
            <w:r w:rsidRPr="00504939">
              <w:rPr>
                <w:webHidden/>
                <w:sz w:val="20"/>
                <w:szCs w:val="20"/>
              </w:rPr>
              <w:fldChar w:fldCharType="end"/>
            </w:r>
          </w:hyperlink>
        </w:p>
        <w:p w14:paraId="0F9FACC7" w14:textId="29F70714" w:rsidR="003865B7" w:rsidRPr="00504939" w:rsidRDefault="003865B7" w:rsidP="003865B7">
          <w:pPr>
            <w:pStyle w:val="TOC1"/>
            <w:rPr>
              <w:kern w:val="2"/>
              <w:sz w:val="20"/>
              <w:szCs w:val="20"/>
              <w:lang w:val="en-FJ" w:eastAsia="en-FJ"/>
              <w14:ligatures w14:val="standardContextual"/>
            </w:rPr>
          </w:pPr>
          <w:hyperlink w:anchor="_Toc226793120" w:history="1">
            <w:r w:rsidRPr="00504939">
              <w:rPr>
                <w:rStyle w:val="Hyperlink"/>
                <w:sz w:val="20"/>
                <w:szCs w:val="20"/>
              </w:rPr>
              <w:t>SERMON TOPIC #8    THE DAY THAT DISAPPEARED (CHANGE OF SABBATH TO SUNDAY)</w:t>
            </w:r>
            <w:r w:rsidRPr="00504939">
              <w:rPr>
                <w:webHidden/>
                <w:sz w:val="20"/>
                <w:szCs w:val="20"/>
              </w:rPr>
              <w:tab/>
            </w:r>
            <w:r w:rsidRPr="00504939">
              <w:rPr>
                <w:webHidden/>
                <w:sz w:val="20"/>
                <w:szCs w:val="20"/>
              </w:rPr>
              <w:fldChar w:fldCharType="begin"/>
            </w:r>
            <w:r w:rsidRPr="00504939">
              <w:rPr>
                <w:webHidden/>
                <w:sz w:val="20"/>
                <w:szCs w:val="20"/>
              </w:rPr>
              <w:instrText xml:space="preserve"> PAGEREF _Toc226793120 \h </w:instrText>
            </w:r>
            <w:r w:rsidRPr="00504939">
              <w:rPr>
                <w:webHidden/>
                <w:sz w:val="20"/>
                <w:szCs w:val="20"/>
              </w:rPr>
            </w:r>
            <w:r w:rsidRPr="00504939">
              <w:rPr>
                <w:webHidden/>
                <w:sz w:val="20"/>
                <w:szCs w:val="20"/>
              </w:rPr>
              <w:fldChar w:fldCharType="separate"/>
            </w:r>
            <w:r w:rsidR="006B7EB5">
              <w:rPr>
                <w:webHidden/>
                <w:sz w:val="20"/>
                <w:szCs w:val="20"/>
              </w:rPr>
              <w:t>26</w:t>
            </w:r>
            <w:r w:rsidRPr="00504939">
              <w:rPr>
                <w:webHidden/>
                <w:sz w:val="20"/>
                <w:szCs w:val="20"/>
              </w:rPr>
              <w:fldChar w:fldCharType="end"/>
            </w:r>
          </w:hyperlink>
        </w:p>
        <w:p w14:paraId="7BB40F41" w14:textId="61E16EFC" w:rsidR="003865B7" w:rsidRPr="00504939" w:rsidRDefault="003865B7" w:rsidP="003865B7">
          <w:pPr>
            <w:pStyle w:val="TOC1"/>
            <w:rPr>
              <w:kern w:val="2"/>
              <w:sz w:val="20"/>
              <w:szCs w:val="20"/>
              <w:lang w:val="en-FJ" w:eastAsia="en-FJ"/>
              <w14:ligatures w14:val="standardContextual"/>
            </w:rPr>
          </w:pPr>
          <w:r w:rsidRPr="00504939">
            <w:rPr>
              <w:rStyle w:val="Hyperlink"/>
              <w:sz w:val="20"/>
              <w:szCs w:val="20"/>
            </w:rPr>
            <w:tab/>
          </w:r>
          <w:hyperlink w:anchor="_Toc226793121" w:history="1">
            <w:r w:rsidRPr="00504939">
              <w:rPr>
                <w:rStyle w:val="Hyperlink"/>
                <w:sz w:val="20"/>
                <w:szCs w:val="20"/>
              </w:rPr>
              <w:t>FAMILY FOCUS: THE INFLUENCE OF A CHRISTIAN HOME “</w:t>
            </w:r>
            <w:r w:rsidRPr="00504939">
              <w:rPr>
                <w:webHidden/>
                <w:sz w:val="20"/>
                <w:szCs w:val="20"/>
              </w:rPr>
              <w:tab/>
            </w:r>
            <w:r w:rsidRPr="00504939">
              <w:rPr>
                <w:webHidden/>
                <w:sz w:val="20"/>
                <w:szCs w:val="20"/>
              </w:rPr>
              <w:fldChar w:fldCharType="begin"/>
            </w:r>
            <w:r w:rsidRPr="00504939">
              <w:rPr>
                <w:webHidden/>
                <w:sz w:val="20"/>
                <w:szCs w:val="20"/>
              </w:rPr>
              <w:instrText xml:space="preserve"> PAGEREF _Toc226793121 \h </w:instrText>
            </w:r>
            <w:r w:rsidRPr="00504939">
              <w:rPr>
                <w:webHidden/>
                <w:sz w:val="20"/>
                <w:szCs w:val="20"/>
              </w:rPr>
            </w:r>
            <w:r w:rsidRPr="00504939">
              <w:rPr>
                <w:webHidden/>
                <w:sz w:val="20"/>
                <w:szCs w:val="20"/>
              </w:rPr>
              <w:fldChar w:fldCharType="separate"/>
            </w:r>
            <w:r w:rsidR="006B7EB5">
              <w:rPr>
                <w:webHidden/>
                <w:sz w:val="20"/>
                <w:szCs w:val="20"/>
              </w:rPr>
              <w:t>26</w:t>
            </w:r>
            <w:r w:rsidRPr="00504939">
              <w:rPr>
                <w:webHidden/>
                <w:sz w:val="20"/>
                <w:szCs w:val="20"/>
              </w:rPr>
              <w:fldChar w:fldCharType="end"/>
            </w:r>
          </w:hyperlink>
        </w:p>
        <w:p w14:paraId="45BA1CF6" w14:textId="3C67F628" w:rsidR="003865B7" w:rsidRPr="00504939" w:rsidRDefault="003865B7" w:rsidP="003865B7">
          <w:pPr>
            <w:pStyle w:val="TOC1"/>
            <w:rPr>
              <w:kern w:val="2"/>
              <w:sz w:val="20"/>
              <w:szCs w:val="20"/>
              <w:lang w:val="en-FJ" w:eastAsia="en-FJ"/>
              <w14:ligatures w14:val="standardContextual"/>
            </w:rPr>
          </w:pPr>
          <w:hyperlink w:anchor="_Toc226793122" w:history="1">
            <w:r w:rsidRPr="00504939">
              <w:rPr>
                <w:rStyle w:val="Hyperlink"/>
                <w:sz w:val="20"/>
                <w:szCs w:val="20"/>
              </w:rPr>
              <w:t>SERMON TOPIC #9    THE MYSTERY OF DEATH (STATE OF THE DEAD)</w:t>
            </w:r>
            <w:r w:rsidRPr="00504939">
              <w:rPr>
                <w:webHidden/>
                <w:sz w:val="20"/>
                <w:szCs w:val="20"/>
              </w:rPr>
              <w:tab/>
            </w:r>
            <w:r w:rsidRPr="00504939">
              <w:rPr>
                <w:webHidden/>
                <w:sz w:val="20"/>
                <w:szCs w:val="20"/>
              </w:rPr>
              <w:fldChar w:fldCharType="begin"/>
            </w:r>
            <w:r w:rsidRPr="00504939">
              <w:rPr>
                <w:webHidden/>
                <w:sz w:val="20"/>
                <w:szCs w:val="20"/>
              </w:rPr>
              <w:instrText xml:space="preserve"> PAGEREF _Toc226793122 \h </w:instrText>
            </w:r>
            <w:r w:rsidRPr="00504939">
              <w:rPr>
                <w:webHidden/>
                <w:sz w:val="20"/>
                <w:szCs w:val="20"/>
              </w:rPr>
            </w:r>
            <w:r w:rsidRPr="00504939">
              <w:rPr>
                <w:webHidden/>
                <w:sz w:val="20"/>
                <w:szCs w:val="20"/>
              </w:rPr>
              <w:fldChar w:fldCharType="separate"/>
            </w:r>
            <w:r w:rsidR="006B7EB5">
              <w:rPr>
                <w:webHidden/>
                <w:sz w:val="20"/>
                <w:szCs w:val="20"/>
              </w:rPr>
              <w:t>29</w:t>
            </w:r>
            <w:r w:rsidRPr="00504939">
              <w:rPr>
                <w:webHidden/>
                <w:sz w:val="20"/>
                <w:szCs w:val="20"/>
              </w:rPr>
              <w:fldChar w:fldCharType="end"/>
            </w:r>
          </w:hyperlink>
        </w:p>
        <w:p w14:paraId="0FF5D606" w14:textId="1A41F8BB" w:rsidR="003865B7" w:rsidRPr="00504939" w:rsidRDefault="003865B7" w:rsidP="003865B7">
          <w:pPr>
            <w:pStyle w:val="TOC1"/>
            <w:rPr>
              <w:kern w:val="2"/>
              <w:sz w:val="20"/>
              <w:szCs w:val="20"/>
              <w:lang w:val="en-FJ" w:eastAsia="en-FJ"/>
              <w14:ligatures w14:val="standardContextual"/>
            </w:rPr>
          </w:pPr>
          <w:r w:rsidRPr="00504939">
            <w:rPr>
              <w:rStyle w:val="Hyperlink"/>
              <w:sz w:val="20"/>
              <w:szCs w:val="20"/>
            </w:rPr>
            <w:tab/>
          </w:r>
          <w:hyperlink w:anchor="_Toc226793123" w:history="1">
            <w:r w:rsidRPr="00504939">
              <w:rPr>
                <w:rStyle w:val="Hyperlink"/>
                <w:sz w:val="20"/>
                <w:szCs w:val="20"/>
              </w:rPr>
              <w:t>FAMILY FOCUS: HOUSEHOLD DIALOGUE</w:t>
            </w:r>
            <w:r w:rsidRPr="00504939">
              <w:rPr>
                <w:webHidden/>
                <w:sz w:val="20"/>
                <w:szCs w:val="20"/>
              </w:rPr>
              <w:tab/>
            </w:r>
            <w:r w:rsidRPr="00504939">
              <w:rPr>
                <w:webHidden/>
                <w:sz w:val="20"/>
                <w:szCs w:val="20"/>
              </w:rPr>
              <w:fldChar w:fldCharType="begin"/>
            </w:r>
            <w:r w:rsidRPr="00504939">
              <w:rPr>
                <w:webHidden/>
                <w:sz w:val="20"/>
                <w:szCs w:val="20"/>
              </w:rPr>
              <w:instrText xml:space="preserve"> PAGEREF _Toc226793123 \h </w:instrText>
            </w:r>
            <w:r w:rsidRPr="00504939">
              <w:rPr>
                <w:webHidden/>
                <w:sz w:val="20"/>
                <w:szCs w:val="20"/>
              </w:rPr>
            </w:r>
            <w:r w:rsidRPr="00504939">
              <w:rPr>
                <w:webHidden/>
                <w:sz w:val="20"/>
                <w:szCs w:val="20"/>
              </w:rPr>
              <w:fldChar w:fldCharType="separate"/>
            </w:r>
            <w:r w:rsidR="006B7EB5">
              <w:rPr>
                <w:webHidden/>
                <w:sz w:val="20"/>
                <w:szCs w:val="20"/>
              </w:rPr>
              <w:t>29</w:t>
            </w:r>
            <w:r w:rsidRPr="00504939">
              <w:rPr>
                <w:webHidden/>
                <w:sz w:val="20"/>
                <w:szCs w:val="20"/>
              </w:rPr>
              <w:fldChar w:fldCharType="end"/>
            </w:r>
          </w:hyperlink>
        </w:p>
        <w:p w14:paraId="652050AF" w14:textId="5CF41140" w:rsidR="003865B7" w:rsidRPr="00504939" w:rsidRDefault="003865B7" w:rsidP="003865B7">
          <w:pPr>
            <w:pStyle w:val="TOC1"/>
            <w:rPr>
              <w:kern w:val="2"/>
              <w:sz w:val="20"/>
              <w:szCs w:val="20"/>
              <w:lang w:val="en-FJ" w:eastAsia="en-FJ"/>
              <w14:ligatures w14:val="standardContextual"/>
            </w:rPr>
          </w:pPr>
          <w:hyperlink w:anchor="_Toc226793124" w:history="1">
            <w:r w:rsidRPr="00504939">
              <w:rPr>
                <w:rStyle w:val="Hyperlink"/>
                <w:sz w:val="20"/>
                <w:szCs w:val="20"/>
              </w:rPr>
              <w:t>SERMON TOPIC #10    LIVING LIFE TO THE FULLEST (HEALH &amp; LIFESTYLE)</w:t>
            </w:r>
            <w:r w:rsidRPr="00504939">
              <w:rPr>
                <w:webHidden/>
                <w:sz w:val="20"/>
                <w:szCs w:val="20"/>
              </w:rPr>
              <w:tab/>
            </w:r>
            <w:r w:rsidRPr="00504939">
              <w:rPr>
                <w:webHidden/>
                <w:sz w:val="20"/>
                <w:szCs w:val="20"/>
              </w:rPr>
              <w:fldChar w:fldCharType="begin"/>
            </w:r>
            <w:r w:rsidRPr="00504939">
              <w:rPr>
                <w:webHidden/>
                <w:sz w:val="20"/>
                <w:szCs w:val="20"/>
              </w:rPr>
              <w:instrText xml:space="preserve"> PAGEREF _Toc226793124 \h </w:instrText>
            </w:r>
            <w:r w:rsidRPr="00504939">
              <w:rPr>
                <w:webHidden/>
                <w:sz w:val="20"/>
                <w:szCs w:val="20"/>
              </w:rPr>
            </w:r>
            <w:r w:rsidRPr="00504939">
              <w:rPr>
                <w:webHidden/>
                <w:sz w:val="20"/>
                <w:szCs w:val="20"/>
              </w:rPr>
              <w:fldChar w:fldCharType="separate"/>
            </w:r>
            <w:r w:rsidR="006B7EB5">
              <w:rPr>
                <w:webHidden/>
                <w:sz w:val="20"/>
                <w:szCs w:val="20"/>
              </w:rPr>
              <w:t>33</w:t>
            </w:r>
            <w:r w:rsidRPr="00504939">
              <w:rPr>
                <w:webHidden/>
                <w:sz w:val="20"/>
                <w:szCs w:val="20"/>
              </w:rPr>
              <w:fldChar w:fldCharType="end"/>
            </w:r>
          </w:hyperlink>
        </w:p>
        <w:p w14:paraId="23C445BC" w14:textId="58D4093D" w:rsidR="003865B7" w:rsidRPr="00504939" w:rsidRDefault="003865B7" w:rsidP="003865B7">
          <w:pPr>
            <w:pStyle w:val="TOC1"/>
            <w:rPr>
              <w:kern w:val="2"/>
              <w:sz w:val="20"/>
              <w:szCs w:val="20"/>
              <w:lang w:val="en-FJ" w:eastAsia="en-FJ"/>
              <w14:ligatures w14:val="standardContextual"/>
            </w:rPr>
          </w:pPr>
          <w:r w:rsidRPr="00504939">
            <w:rPr>
              <w:rStyle w:val="Hyperlink"/>
              <w:sz w:val="20"/>
              <w:szCs w:val="20"/>
            </w:rPr>
            <w:tab/>
          </w:r>
          <w:r w:rsidRPr="00504939">
            <w:rPr>
              <w:rStyle w:val="Hyperlink"/>
              <w:color w:val="auto"/>
              <w:sz w:val="20"/>
              <w:szCs w:val="20"/>
              <w:u w:val="none"/>
            </w:rPr>
            <w:t>FAMILY FOCUS</w:t>
          </w:r>
          <w:r w:rsidRPr="00504939">
            <w:rPr>
              <w:rStyle w:val="Hyperlink"/>
              <w:color w:val="auto"/>
              <w:sz w:val="20"/>
              <w:szCs w:val="20"/>
            </w:rPr>
            <w:t xml:space="preserve">: </w:t>
          </w:r>
          <w:hyperlink w:anchor="_Toc226793125" w:history="1">
            <w:r w:rsidRPr="00504939">
              <w:rPr>
                <w:rStyle w:val="Hyperlink"/>
                <w:sz w:val="20"/>
                <w:szCs w:val="20"/>
              </w:rPr>
              <w:t>PRINCIPLES OF A HAPPY HOME</w:t>
            </w:r>
            <w:r w:rsidRPr="00504939">
              <w:rPr>
                <w:webHidden/>
                <w:sz w:val="20"/>
                <w:szCs w:val="20"/>
              </w:rPr>
              <w:tab/>
            </w:r>
            <w:r w:rsidRPr="00504939">
              <w:rPr>
                <w:webHidden/>
                <w:sz w:val="20"/>
                <w:szCs w:val="20"/>
              </w:rPr>
              <w:fldChar w:fldCharType="begin"/>
            </w:r>
            <w:r w:rsidRPr="00504939">
              <w:rPr>
                <w:webHidden/>
                <w:sz w:val="20"/>
                <w:szCs w:val="20"/>
              </w:rPr>
              <w:instrText xml:space="preserve"> PAGEREF _Toc226793125 \h </w:instrText>
            </w:r>
            <w:r w:rsidRPr="00504939">
              <w:rPr>
                <w:webHidden/>
                <w:sz w:val="20"/>
                <w:szCs w:val="20"/>
              </w:rPr>
            </w:r>
            <w:r w:rsidRPr="00504939">
              <w:rPr>
                <w:webHidden/>
                <w:sz w:val="20"/>
                <w:szCs w:val="20"/>
              </w:rPr>
              <w:fldChar w:fldCharType="separate"/>
            </w:r>
            <w:r w:rsidR="006B7EB5">
              <w:rPr>
                <w:webHidden/>
                <w:sz w:val="20"/>
                <w:szCs w:val="20"/>
              </w:rPr>
              <w:t>33</w:t>
            </w:r>
            <w:r w:rsidRPr="00504939">
              <w:rPr>
                <w:webHidden/>
                <w:sz w:val="20"/>
                <w:szCs w:val="20"/>
              </w:rPr>
              <w:fldChar w:fldCharType="end"/>
            </w:r>
          </w:hyperlink>
        </w:p>
        <w:p w14:paraId="06F254C1" w14:textId="5AC58A99" w:rsidR="003865B7" w:rsidRPr="00504939" w:rsidRDefault="003865B7" w:rsidP="003865B7">
          <w:pPr>
            <w:pStyle w:val="TOC1"/>
            <w:rPr>
              <w:kern w:val="2"/>
              <w:sz w:val="20"/>
              <w:szCs w:val="20"/>
              <w:lang w:val="en-FJ" w:eastAsia="en-FJ"/>
              <w14:ligatures w14:val="standardContextual"/>
            </w:rPr>
          </w:pPr>
          <w:hyperlink w:anchor="_Toc226793130" w:history="1">
            <w:r w:rsidRPr="00504939">
              <w:rPr>
                <w:rStyle w:val="Hyperlink"/>
                <w:sz w:val="20"/>
                <w:szCs w:val="20"/>
              </w:rPr>
              <w:t>SERMON TOPIC #11    REVELATIONS LAKE OF FIRE (HELL)</w:t>
            </w:r>
            <w:r w:rsidRPr="00504939">
              <w:rPr>
                <w:webHidden/>
                <w:sz w:val="20"/>
                <w:szCs w:val="20"/>
              </w:rPr>
              <w:tab/>
            </w:r>
            <w:r w:rsidRPr="00504939">
              <w:rPr>
                <w:webHidden/>
                <w:sz w:val="20"/>
                <w:szCs w:val="20"/>
              </w:rPr>
              <w:fldChar w:fldCharType="begin"/>
            </w:r>
            <w:r w:rsidRPr="00504939">
              <w:rPr>
                <w:webHidden/>
                <w:sz w:val="20"/>
                <w:szCs w:val="20"/>
              </w:rPr>
              <w:instrText xml:space="preserve"> PAGEREF _Toc226793130 \h </w:instrText>
            </w:r>
            <w:r w:rsidRPr="00504939">
              <w:rPr>
                <w:webHidden/>
                <w:sz w:val="20"/>
                <w:szCs w:val="20"/>
              </w:rPr>
            </w:r>
            <w:r w:rsidRPr="00504939">
              <w:rPr>
                <w:webHidden/>
                <w:sz w:val="20"/>
                <w:szCs w:val="20"/>
              </w:rPr>
              <w:fldChar w:fldCharType="separate"/>
            </w:r>
            <w:r w:rsidR="006B7EB5">
              <w:rPr>
                <w:webHidden/>
                <w:sz w:val="20"/>
                <w:szCs w:val="20"/>
              </w:rPr>
              <w:t>36</w:t>
            </w:r>
            <w:r w:rsidRPr="00504939">
              <w:rPr>
                <w:webHidden/>
                <w:sz w:val="20"/>
                <w:szCs w:val="20"/>
              </w:rPr>
              <w:fldChar w:fldCharType="end"/>
            </w:r>
          </w:hyperlink>
        </w:p>
        <w:p w14:paraId="19AA308E" w14:textId="4211AC68" w:rsidR="003865B7" w:rsidRPr="00504939" w:rsidRDefault="003865B7" w:rsidP="003865B7">
          <w:pPr>
            <w:pStyle w:val="TOC1"/>
            <w:rPr>
              <w:kern w:val="2"/>
              <w:sz w:val="20"/>
              <w:szCs w:val="20"/>
              <w:lang w:val="en-FJ" w:eastAsia="en-FJ"/>
              <w14:ligatures w14:val="standardContextual"/>
            </w:rPr>
          </w:pPr>
          <w:r w:rsidRPr="00504939">
            <w:rPr>
              <w:rStyle w:val="Hyperlink"/>
              <w:sz w:val="20"/>
              <w:szCs w:val="20"/>
            </w:rPr>
            <w:tab/>
          </w:r>
          <w:hyperlink w:anchor="_Toc226793131" w:history="1">
            <w:r w:rsidRPr="00504939">
              <w:rPr>
                <w:rStyle w:val="Hyperlink"/>
                <w:sz w:val="20"/>
                <w:szCs w:val="20"/>
              </w:rPr>
              <w:t>FAMILY FOCUS:  LAYING HOLD OF THE MIGHTY ONE OF HEAVEN</w:t>
            </w:r>
            <w:r w:rsidRPr="00504939">
              <w:rPr>
                <w:webHidden/>
                <w:sz w:val="20"/>
                <w:szCs w:val="20"/>
              </w:rPr>
              <w:tab/>
            </w:r>
            <w:r w:rsidRPr="00504939">
              <w:rPr>
                <w:webHidden/>
                <w:sz w:val="20"/>
                <w:szCs w:val="20"/>
              </w:rPr>
              <w:fldChar w:fldCharType="begin"/>
            </w:r>
            <w:r w:rsidRPr="00504939">
              <w:rPr>
                <w:webHidden/>
                <w:sz w:val="20"/>
                <w:szCs w:val="20"/>
              </w:rPr>
              <w:instrText xml:space="preserve"> PAGEREF _Toc226793131 \h </w:instrText>
            </w:r>
            <w:r w:rsidRPr="00504939">
              <w:rPr>
                <w:webHidden/>
                <w:sz w:val="20"/>
                <w:szCs w:val="20"/>
              </w:rPr>
            </w:r>
            <w:r w:rsidRPr="00504939">
              <w:rPr>
                <w:webHidden/>
                <w:sz w:val="20"/>
                <w:szCs w:val="20"/>
              </w:rPr>
              <w:fldChar w:fldCharType="separate"/>
            </w:r>
            <w:r w:rsidR="006B7EB5">
              <w:rPr>
                <w:webHidden/>
                <w:sz w:val="20"/>
                <w:szCs w:val="20"/>
              </w:rPr>
              <w:t>36</w:t>
            </w:r>
            <w:r w:rsidRPr="00504939">
              <w:rPr>
                <w:webHidden/>
                <w:sz w:val="20"/>
                <w:szCs w:val="20"/>
              </w:rPr>
              <w:fldChar w:fldCharType="end"/>
            </w:r>
          </w:hyperlink>
        </w:p>
        <w:p w14:paraId="31157328" w14:textId="5CEC826D" w:rsidR="003865B7" w:rsidRPr="00504939" w:rsidRDefault="003865B7" w:rsidP="003865B7">
          <w:pPr>
            <w:pStyle w:val="TOC1"/>
            <w:rPr>
              <w:kern w:val="2"/>
              <w:sz w:val="20"/>
              <w:szCs w:val="20"/>
              <w:lang w:val="en-FJ" w:eastAsia="en-FJ"/>
              <w14:ligatures w14:val="standardContextual"/>
            </w:rPr>
          </w:pPr>
          <w:hyperlink w:anchor="_Toc226793132" w:history="1">
            <w:r w:rsidRPr="00504939">
              <w:rPr>
                <w:rStyle w:val="Hyperlink"/>
                <w:sz w:val="20"/>
                <w:szCs w:val="20"/>
              </w:rPr>
              <w:t>SERMON TOPIC #12    BURIED AND FORGOTTEN BY GOD</w:t>
            </w:r>
            <w:r w:rsidRPr="00504939">
              <w:rPr>
                <w:webHidden/>
                <w:sz w:val="20"/>
                <w:szCs w:val="20"/>
              </w:rPr>
              <w:tab/>
            </w:r>
            <w:r w:rsidRPr="00504939">
              <w:rPr>
                <w:webHidden/>
                <w:sz w:val="20"/>
                <w:szCs w:val="20"/>
              </w:rPr>
              <w:fldChar w:fldCharType="begin"/>
            </w:r>
            <w:r w:rsidRPr="00504939">
              <w:rPr>
                <w:webHidden/>
                <w:sz w:val="20"/>
                <w:szCs w:val="20"/>
              </w:rPr>
              <w:instrText xml:space="preserve"> PAGEREF _Toc226793132 \h </w:instrText>
            </w:r>
            <w:r w:rsidRPr="00504939">
              <w:rPr>
                <w:webHidden/>
                <w:sz w:val="20"/>
                <w:szCs w:val="20"/>
              </w:rPr>
            </w:r>
            <w:r w:rsidRPr="00504939">
              <w:rPr>
                <w:webHidden/>
                <w:sz w:val="20"/>
                <w:szCs w:val="20"/>
              </w:rPr>
              <w:fldChar w:fldCharType="separate"/>
            </w:r>
            <w:r w:rsidR="006B7EB5">
              <w:rPr>
                <w:webHidden/>
                <w:sz w:val="20"/>
                <w:szCs w:val="20"/>
              </w:rPr>
              <w:t>39</w:t>
            </w:r>
            <w:r w:rsidRPr="00504939">
              <w:rPr>
                <w:webHidden/>
                <w:sz w:val="20"/>
                <w:szCs w:val="20"/>
              </w:rPr>
              <w:fldChar w:fldCharType="end"/>
            </w:r>
          </w:hyperlink>
        </w:p>
        <w:p w14:paraId="1EEF8885" w14:textId="7DAA75FE" w:rsidR="003865B7" w:rsidRPr="00504939" w:rsidRDefault="003865B7" w:rsidP="003865B7">
          <w:pPr>
            <w:pStyle w:val="TOC1"/>
            <w:rPr>
              <w:kern w:val="2"/>
              <w:sz w:val="20"/>
              <w:szCs w:val="20"/>
              <w:lang w:val="en-FJ" w:eastAsia="en-FJ"/>
              <w14:ligatures w14:val="standardContextual"/>
            </w:rPr>
          </w:pPr>
          <w:r w:rsidRPr="00504939">
            <w:rPr>
              <w:rStyle w:val="Hyperlink"/>
              <w:sz w:val="20"/>
              <w:szCs w:val="20"/>
            </w:rPr>
            <w:tab/>
          </w:r>
          <w:hyperlink w:anchor="_Toc226793133" w:history="1">
            <w:r w:rsidRPr="00504939">
              <w:rPr>
                <w:rStyle w:val="Hyperlink"/>
                <w:sz w:val="20"/>
                <w:szCs w:val="20"/>
              </w:rPr>
              <w:t>FAMILY FOCUS: THE BIBLE IS THE VOICE OF GOD TO FAMILIES</w:t>
            </w:r>
            <w:r w:rsidRPr="00504939">
              <w:rPr>
                <w:webHidden/>
                <w:sz w:val="20"/>
                <w:szCs w:val="20"/>
              </w:rPr>
              <w:tab/>
            </w:r>
            <w:r w:rsidRPr="00504939">
              <w:rPr>
                <w:webHidden/>
                <w:sz w:val="20"/>
                <w:szCs w:val="20"/>
              </w:rPr>
              <w:fldChar w:fldCharType="begin"/>
            </w:r>
            <w:r w:rsidRPr="00504939">
              <w:rPr>
                <w:webHidden/>
                <w:sz w:val="20"/>
                <w:szCs w:val="20"/>
              </w:rPr>
              <w:instrText xml:space="preserve"> PAGEREF _Toc226793133 \h </w:instrText>
            </w:r>
            <w:r w:rsidRPr="00504939">
              <w:rPr>
                <w:webHidden/>
                <w:sz w:val="20"/>
                <w:szCs w:val="20"/>
              </w:rPr>
            </w:r>
            <w:r w:rsidRPr="00504939">
              <w:rPr>
                <w:webHidden/>
                <w:sz w:val="20"/>
                <w:szCs w:val="20"/>
              </w:rPr>
              <w:fldChar w:fldCharType="separate"/>
            </w:r>
            <w:r w:rsidR="006B7EB5">
              <w:rPr>
                <w:webHidden/>
                <w:sz w:val="20"/>
                <w:szCs w:val="20"/>
              </w:rPr>
              <w:t>39</w:t>
            </w:r>
            <w:r w:rsidRPr="00504939">
              <w:rPr>
                <w:webHidden/>
                <w:sz w:val="20"/>
                <w:szCs w:val="20"/>
              </w:rPr>
              <w:fldChar w:fldCharType="end"/>
            </w:r>
          </w:hyperlink>
        </w:p>
        <w:p w14:paraId="665518A0" w14:textId="65AA8728" w:rsidR="003865B7" w:rsidRPr="00504939" w:rsidRDefault="003865B7" w:rsidP="003865B7">
          <w:pPr>
            <w:pStyle w:val="TOC1"/>
            <w:rPr>
              <w:kern w:val="2"/>
              <w:sz w:val="20"/>
              <w:szCs w:val="20"/>
              <w:lang w:val="en-FJ" w:eastAsia="en-FJ"/>
              <w14:ligatures w14:val="standardContextual"/>
            </w:rPr>
          </w:pPr>
          <w:hyperlink w:anchor="_Toc226793134" w:history="1">
            <w:r w:rsidRPr="00504939">
              <w:rPr>
                <w:rStyle w:val="Hyperlink"/>
                <w:sz w:val="20"/>
                <w:szCs w:val="20"/>
              </w:rPr>
              <w:t>SERMON TOPIC #13  IN SEARCH OF THE CHURCH (IDENTIFYING THE TRUE CHURCH)</w:t>
            </w:r>
            <w:r w:rsidRPr="00504939">
              <w:rPr>
                <w:webHidden/>
                <w:sz w:val="20"/>
                <w:szCs w:val="20"/>
              </w:rPr>
              <w:tab/>
            </w:r>
            <w:r w:rsidRPr="00504939">
              <w:rPr>
                <w:webHidden/>
                <w:sz w:val="20"/>
                <w:szCs w:val="20"/>
              </w:rPr>
              <w:fldChar w:fldCharType="begin"/>
            </w:r>
            <w:r w:rsidRPr="00504939">
              <w:rPr>
                <w:webHidden/>
                <w:sz w:val="20"/>
                <w:szCs w:val="20"/>
              </w:rPr>
              <w:instrText xml:space="preserve"> PAGEREF _Toc226793134 \h </w:instrText>
            </w:r>
            <w:r w:rsidRPr="00504939">
              <w:rPr>
                <w:webHidden/>
                <w:sz w:val="20"/>
                <w:szCs w:val="20"/>
              </w:rPr>
            </w:r>
            <w:r w:rsidRPr="00504939">
              <w:rPr>
                <w:webHidden/>
                <w:sz w:val="20"/>
                <w:szCs w:val="20"/>
              </w:rPr>
              <w:fldChar w:fldCharType="separate"/>
            </w:r>
            <w:r w:rsidR="006B7EB5">
              <w:rPr>
                <w:webHidden/>
                <w:sz w:val="20"/>
                <w:szCs w:val="20"/>
              </w:rPr>
              <w:t>42</w:t>
            </w:r>
            <w:r w:rsidRPr="00504939">
              <w:rPr>
                <w:webHidden/>
                <w:sz w:val="20"/>
                <w:szCs w:val="20"/>
              </w:rPr>
              <w:fldChar w:fldCharType="end"/>
            </w:r>
          </w:hyperlink>
        </w:p>
        <w:p w14:paraId="699EA8CF" w14:textId="7FE82824" w:rsidR="003865B7" w:rsidRPr="00504939" w:rsidRDefault="003865B7" w:rsidP="003865B7">
          <w:pPr>
            <w:pStyle w:val="TOC1"/>
            <w:rPr>
              <w:kern w:val="2"/>
              <w:sz w:val="20"/>
              <w:szCs w:val="20"/>
              <w:lang w:val="en-FJ" w:eastAsia="en-FJ"/>
              <w14:ligatures w14:val="standardContextual"/>
            </w:rPr>
          </w:pPr>
          <w:r w:rsidRPr="00504939">
            <w:rPr>
              <w:rStyle w:val="Hyperlink"/>
              <w:sz w:val="20"/>
              <w:szCs w:val="20"/>
            </w:rPr>
            <w:tab/>
          </w:r>
          <w:hyperlink w:anchor="_Toc226793135" w:history="1">
            <w:r w:rsidRPr="00504939">
              <w:rPr>
                <w:rStyle w:val="Hyperlink"/>
                <w:sz w:val="20"/>
                <w:szCs w:val="20"/>
              </w:rPr>
              <w:t>FAMILY FOCUS THE CHURCH IN THE HOME</w:t>
            </w:r>
            <w:r w:rsidRPr="00504939">
              <w:rPr>
                <w:webHidden/>
                <w:sz w:val="20"/>
                <w:szCs w:val="20"/>
              </w:rPr>
              <w:tab/>
            </w:r>
            <w:r w:rsidRPr="00504939">
              <w:rPr>
                <w:webHidden/>
                <w:sz w:val="20"/>
                <w:szCs w:val="20"/>
              </w:rPr>
              <w:fldChar w:fldCharType="begin"/>
            </w:r>
            <w:r w:rsidRPr="00504939">
              <w:rPr>
                <w:webHidden/>
                <w:sz w:val="20"/>
                <w:szCs w:val="20"/>
              </w:rPr>
              <w:instrText xml:space="preserve"> PAGEREF _Toc226793135 \h </w:instrText>
            </w:r>
            <w:r w:rsidRPr="00504939">
              <w:rPr>
                <w:webHidden/>
                <w:sz w:val="20"/>
                <w:szCs w:val="20"/>
              </w:rPr>
            </w:r>
            <w:r w:rsidRPr="00504939">
              <w:rPr>
                <w:webHidden/>
                <w:sz w:val="20"/>
                <w:szCs w:val="20"/>
              </w:rPr>
              <w:fldChar w:fldCharType="separate"/>
            </w:r>
            <w:r w:rsidR="006B7EB5">
              <w:rPr>
                <w:webHidden/>
                <w:sz w:val="20"/>
                <w:szCs w:val="20"/>
              </w:rPr>
              <w:t>42</w:t>
            </w:r>
            <w:r w:rsidRPr="00504939">
              <w:rPr>
                <w:webHidden/>
                <w:sz w:val="20"/>
                <w:szCs w:val="20"/>
              </w:rPr>
              <w:fldChar w:fldCharType="end"/>
            </w:r>
          </w:hyperlink>
        </w:p>
        <w:p w14:paraId="06BF029E" w14:textId="240E4D81" w:rsidR="003865B7" w:rsidRPr="00504939" w:rsidRDefault="003865B7" w:rsidP="003865B7">
          <w:pPr>
            <w:pStyle w:val="TOC1"/>
            <w:rPr>
              <w:kern w:val="2"/>
              <w:sz w:val="20"/>
              <w:szCs w:val="20"/>
              <w:lang w:val="en-FJ" w:eastAsia="en-FJ"/>
              <w14:ligatures w14:val="standardContextual"/>
            </w:rPr>
          </w:pPr>
          <w:hyperlink w:anchor="_Toc226793136" w:history="1">
            <w:r w:rsidRPr="00504939">
              <w:rPr>
                <w:rStyle w:val="Hyperlink"/>
                <w:sz w:val="20"/>
                <w:szCs w:val="20"/>
              </w:rPr>
              <w:t>SERMON TOPIC #14   THE GIFT OF THE SPIRIT</w:t>
            </w:r>
            <w:r w:rsidRPr="00504939">
              <w:rPr>
                <w:webHidden/>
                <w:sz w:val="20"/>
                <w:szCs w:val="20"/>
              </w:rPr>
              <w:tab/>
            </w:r>
            <w:r w:rsidRPr="00504939">
              <w:rPr>
                <w:webHidden/>
                <w:sz w:val="20"/>
                <w:szCs w:val="20"/>
              </w:rPr>
              <w:fldChar w:fldCharType="begin"/>
            </w:r>
            <w:r w:rsidRPr="00504939">
              <w:rPr>
                <w:webHidden/>
                <w:sz w:val="20"/>
                <w:szCs w:val="20"/>
              </w:rPr>
              <w:instrText xml:space="preserve"> PAGEREF _Toc226793136 \h </w:instrText>
            </w:r>
            <w:r w:rsidRPr="00504939">
              <w:rPr>
                <w:webHidden/>
                <w:sz w:val="20"/>
                <w:szCs w:val="20"/>
              </w:rPr>
            </w:r>
            <w:r w:rsidRPr="00504939">
              <w:rPr>
                <w:webHidden/>
                <w:sz w:val="20"/>
                <w:szCs w:val="20"/>
              </w:rPr>
              <w:fldChar w:fldCharType="separate"/>
            </w:r>
            <w:r w:rsidR="006B7EB5">
              <w:rPr>
                <w:webHidden/>
                <w:sz w:val="20"/>
                <w:szCs w:val="20"/>
              </w:rPr>
              <w:t>45</w:t>
            </w:r>
            <w:r w:rsidRPr="00504939">
              <w:rPr>
                <w:webHidden/>
                <w:sz w:val="20"/>
                <w:szCs w:val="20"/>
              </w:rPr>
              <w:fldChar w:fldCharType="end"/>
            </w:r>
          </w:hyperlink>
        </w:p>
        <w:p w14:paraId="68D40CB6" w14:textId="333362D1" w:rsidR="003865B7" w:rsidRPr="00504939" w:rsidRDefault="003865B7" w:rsidP="003865B7">
          <w:pPr>
            <w:pStyle w:val="TOC1"/>
            <w:rPr>
              <w:kern w:val="2"/>
              <w:sz w:val="20"/>
              <w:szCs w:val="20"/>
              <w:lang w:val="en-FJ" w:eastAsia="en-FJ"/>
              <w14:ligatures w14:val="standardContextual"/>
            </w:rPr>
          </w:pPr>
          <w:r w:rsidRPr="00504939">
            <w:rPr>
              <w:rStyle w:val="Hyperlink"/>
              <w:sz w:val="20"/>
              <w:szCs w:val="20"/>
            </w:rPr>
            <w:tab/>
          </w:r>
          <w:hyperlink w:anchor="_Toc226793137" w:history="1">
            <w:r w:rsidRPr="00504939">
              <w:rPr>
                <w:rStyle w:val="Hyperlink"/>
                <w:sz w:val="20"/>
                <w:szCs w:val="20"/>
              </w:rPr>
              <w:t>FAMILY FOCUS: HOUSEHOLD HARMONY</w:t>
            </w:r>
            <w:r w:rsidRPr="00504939">
              <w:rPr>
                <w:webHidden/>
                <w:sz w:val="20"/>
                <w:szCs w:val="20"/>
              </w:rPr>
              <w:tab/>
            </w:r>
            <w:r w:rsidRPr="00504939">
              <w:rPr>
                <w:webHidden/>
                <w:sz w:val="20"/>
                <w:szCs w:val="20"/>
              </w:rPr>
              <w:fldChar w:fldCharType="begin"/>
            </w:r>
            <w:r w:rsidRPr="00504939">
              <w:rPr>
                <w:webHidden/>
                <w:sz w:val="20"/>
                <w:szCs w:val="20"/>
              </w:rPr>
              <w:instrText xml:space="preserve"> PAGEREF _Toc226793137 \h </w:instrText>
            </w:r>
            <w:r w:rsidRPr="00504939">
              <w:rPr>
                <w:webHidden/>
                <w:sz w:val="20"/>
                <w:szCs w:val="20"/>
              </w:rPr>
            </w:r>
            <w:r w:rsidRPr="00504939">
              <w:rPr>
                <w:webHidden/>
                <w:sz w:val="20"/>
                <w:szCs w:val="20"/>
              </w:rPr>
              <w:fldChar w:fldCharType="separate"/>
            </w:r>
            <w:r w:rsidR="006B7EB5">
              <w:rPr>
                <w:webHidden/>
                <w:sz w:val="20"/>
                <w:szCs w:val="20"/>
              </w:rPr>
              <w:t>45</w:t>
            </w:r>
            <w:r w:rsidRPr="00504939">
              <w:rPr>
                <w:webHidden/>
                <w:sz w:val="20"/>
                <w:szCs w:val="20"/>
              </w:rPr>
              <w:fldChar w:fldCharType="end"/>
            </w:r>
          </w:hyperlink>
        </w:p>
        <w:p w14:paraId="2F31890B" w14:textId="3E147425" w:rsidR="003865B7" w:rsidRPr="00504939" w:rsidRDefault="003865B7">
          <w:pPr>
            <w:rPr>
              <w:sz w:val="20"/>
              <w:szCs w:val="20"/>
            </w:rPr>
          </w:pPr>
          <w:r w:rsidRPr="00504939">
            <w:rPr>
              <w:b/>
              <w:bCs/>
              <w:noProof/>
              <w:sz w:val="20"/>
              <w:szCs w:val="20"/>
            </w:rPr>
            <w:fldChar w:fldCharType="end"/>
          </w:r>
        </w:p>
      </w:sdtContent>
    </w:sdt>
    <w:p w14:paraId="659D9F60" w14:textId="5B213B36" w:rsidR="00BC56D0" w:rsidRDefault="00BC56D0" w:rsidP="005952B1">
      <w:pPr>
        <w:spacing w:after="0" w:line="240" w:lineRule="auto"/>
        <w:rPr>
          <w:sz w:val="20"/>
          <w:szCs w:val="20"/>
        </w:rPr>
      </w:pPr>
    </w:p>
    <w:p w14:paraId="2A59A0D4" w14:textId="77777777" w:rsidR="00504939" w:rsidRDefault="00504939" w:rsidP="005952B1">
      <w:pPr>
        <w:spacing w:after="0" w:line="240" w:lineRule="auto"/>
        <w:rPr>
          <w:sz w:val="20"/>
          <w:szCs w:val="20"/>
        </w:rPr>
      </w:pPr>
    </w:p>
    <w:p w14:paraId="64F3EDA0" w14:textId="77777777" w:rsidR="00504939" w:rsidRDefault="00504939" w:rsidP="005952B1">
      <w:pPr>
        <w:spacing w:after="0" w:line="240" w:lineRule="auto"/>
        <w:rPr>
          <w:sz w:val="20"/>
          <w:szCs w:val="20"/>
        </w:rPr>
      </w:pPr>
    </w:p>
    <w:p w14:paraId="71B98BA9" w14:textId="77777777" w:rsidR="00504939" w:rsidRPr="00504939" w:rsidRDefault="00504939" w:rsidP="005952B1">
      <w:pPr>
        <w:spacing w:after="0" w:line="240" w:lineRule="auto"/>
        <w:rPr>
          <w:sz w:val="20"/>
          <w:szCs w:val="20"/>
        </w:rPr>
      </w:pPr>
    </w:p>
    <w:p w14:paraId="71B510CE" w14:textId="1DA91A7A" w:rsidR="00F67097" w:rsidRPr="00504939" w:rsidRDefault="00F67097" w:rsidP="00F67097">
      <w:pPr>
        <w:pStyle w:val="Heading1"/>
        <w:shd w:val="clear" w:color="auto" w:fill="B6DDE8" w:themeFill="accent5" w:themeFillTint="66"/>
        <w:rPr>
          <w:sz w:val="20"/>
          <w:szCs w:val="20"/>
        </w:rPr>
      </w:pPr>
      <w:bookmarkStart w:id="0" w:name="_Toc226793102"/>
      <w:r w:rsidRPr="00504939">
        <w:rPr>
          <w:rStyle w:val="Strong"/>
          <w:b/>
          <w:bCs/>
          <w:sz w:val="20"/>
          <w:szCs w:val="20"/>
        </w:rPr>
        <w:lastRenderedPageBreak/>
        <w:t>PREFACE</w:t>
      </w:r>
      <w:bookmarkEnd w:id="0"/>
    </w:p>
    <w:p w14:paraId="4A52A140" w14:textId="6C945B49" w:rsidR="00F67097" w:rsidRPr="00504939" w:rsidRDefault="00F67097" w:rsidP="0078249C">
      <w:pPr>
        <w:pStyle w:val="NormalWeb"/>
        <w:jc w:val="both"/>
        <w:rPr>
          <w:rFonts w:asciiTheme="majorHAnsi" w:hAnsiTheme="majorHAnsi" w:cstheme="majorHAnsi"/>
          <w:color w:val="000000"/>
          <w:sz w:val="20"/>
          <w:szCs w:val="20"/>
        </w:rPr>
      </w:pPr>
      <w:r w:rsidRPr="00504939">
        <w:rPr>
          <w:rFonts w:asciiTheme="majorHAnsi" w:hAnsiTheme="majorHAnsi" w:cstheme="majorHAnsi"/>
          <w:color w:val="000000"/>
          <w:sz w:val="20"/>
          <w:szCs w:val="20"/>
        </w:rPr>
        <w:t>Families are at the heart of God’s mission. Strong homes create strong churches, and strong churches build strong communities. As the Trans</w:t>
      </w:r>
      <w:r w:rsidRPr="00504939">
        <w:rPr>
          <w:rFonts w:asciiTheme="majorHAnsi" w:hAnsiTheme="majorHAnsi" w:cstheme="majorHAnsi"/>
          <w:color w:val="000000"/>
          <w:sz w:val="20"/>
          <w:szCs w:val="20"/>
        </w:rPr>
        <w:noBreakHyphen/>
        <w:t xml:space="preserve">Pacific Union Mission prepares </w:t>
      </w:r>
      <w:r w:rsidRPr="00504939">
        <w:rPr>
          <w:rFonts w:asciiTheme="majorHAnsi" w:hAnsiTheme="majorHAnsi" w:cstheme="majorHAnsi"/>
          <w:b/>
          <w:bCs/>
          <w:color w:val="000000"/>
          <w:sz w:val="20"/>
          <w:szCs w:val="20"/>
        </w:rPr>
        <w:t xml:space="preserve">for </w:t>
      </w:r>
      <w:r w:rsidRPr="00504939">
        <w:rPr>
          <w:rStyle w:val="Strong"/>
          <w:rFonts w:asciiTheme="majorHAnsi" w:hAnsiTheme="majorHAnsi" w:cstheme="majorHAnsi"/>
          <w:b w:val="0"/>
          <w:bCs w:val="0"/>
          <w:color w:val="000000"/>
          <w:sz w:val="20"/>
          <w:szCs w:val="20"/>
        </w:rPr>
        <w:t>TPUM for Christ 2026 and beyond</w:t>
      </w:r>
      <w:r w:rsidRPr="00504939">
        <w:rPr>
          <w:rFonts w:asciiTheme="majorHAnsi" w:hAnsiTheme="majorHAnsi" w:cstheme="majorHAnsi"/>
          <w:color w:val="000000"/>
          <w:sz w:val="20"/>
          <w:szCs w:val="20"/>
        </w:rPr>
        <w:t>, the Family Ministries Department has prayerfully developed this resource to support our families, our churches, and our evangelistic outreach.</w:t>
      </w:r>
    </w:p>
    <w:p w14:paraId="5F00FC2D" w14:textId="612CFDEC" w:rsidR="00F67097" w:rsidRPr="00504939" w:rsidRDefault="00F67097" w:rsidP="0078249C">
      <w:pPr>
        <w:pStyle w:val="NormalWeb"/>
        <w:jc w:val="both"/>
        <w:rPr>
          <w:rFonts w:asciiTheme="majorHAnsi" w:hAnsiTheme="majorHAnsi" w:cstheme="majorHAnsi"/>
          <w:color w:val="000000"/>
          <w:sz w:val="20"/>
          <w:szCs w:val="20"/>
        </w:rPr>
      </w:pPr>
      <w:r w:rsidRPr="00504939">
        <w:rPr>
          <w:rFonts w:asciiTheme="majorHAnsi" w:hAnsiTheme="majorHAnsi" w:cstheme="majorHAnsi"/>
          <w:color w:val="000000"/>
          <w:sz w:val="20"/>
          <w:szCs w:val="20"/>
        </w:rPr>
        <w:t>This</w:t>
      </w:r>
      <w:r w:rsidR="0078249C" w:rsidRPr="00504939">
        <w:rPr>
          <w:rFonts w:asciiTheme="majorHAnsi" w:hAnsiTheme="majorHAnsi" w:cstheme="majorHAnsi"/>
          <w:color w:val="000000"/>
          <w:sz w:val="20"/>
          <w:szCs w:val="20"/>
        </w:rPr>
        <w:t xml:space="preserve"> Companion Guide is aligned to the Evangelistic Series, HORIZONS OF HOPE, by Pastor John Bradshaw and</w:t>
      </w:r>
      <w:r w:rsidRPr="00504939">
        <w:rPr>
          <w:rFonts w:asciiTheme="majorHAnsi" w:hAnsiTheme="majorHAnsi" w:cstheme="majorHAnsi"/>
          <w:color w:val="000000"/>
          <w:sz w:val="20"/>
          <w:szCs w:val="20"/>
        </w:rPr>
        <w:t xml:space="preserve"> is designed to be used </w:t>
      </w:r>
      <w:r w:rsidRPr="00504939">
        <w:rPr>
          <w:rStyle w:val="Strong"/>
          <w:rFonts w:asciiTheme="majorHAnsi" w:hAnsiTheme="majorHAnsi" w:cstheme="majorHAnsi"/>
          <w:b w:val="0"/>
          <w:bCs w:val="0"/>
          <w:color w:val="000000"/>
          <w:sz w:val="20"/>
          <w:szCs w:val="20"/>
        </w:rPr>
        <w:t>as a spiritual and relational preliminary</w:t>
      </w:r>
      <w:r w:rsidRPr="00504939">
        <w:rPr>
          <w:rFonts w:asciiTheme="majorHAnsi" w:hAnsiTheme="majorHAnsi" w:cstheme="majorHAnsi"/>
          <w:b/>
          <w:bCs/>
          <w:color w:val="000000"/>
          <w:sz w:val="20"/>
          <w:szCs w:val="20"/>
        </w:rPr>
        <w:t xml:space="preserve"> to the</w:t>
      </w:r>
      <w:r w:rsidRPr="00504939">
        <w:rPr>
          <w:rFonts w:asciiTheme="majorHAnsi" w:hAnsiTheme="majorHAnsi" w:cstheme="majorHAnsi"/>
          <w:color w:val="000000"/>
          <w:sz w:val="20"/>
          <w:szCs w:val="20"/>
        </w:rPr>
        <w:t xml:space="preserve"> </w:t>
      </w:r>
      <w:r w:rsidR="0078249C" w:rsidRPr="00504939">
        <w:rPr>
          <w:rFonts w:asciiTheme="majorHAnsi" w:hAnsiTheme="majorHAnsi" w:cstheme="majorHAnsi"/>
          <w:color w:val="000000"/>
          <w:sz w:val="20"/>
          <w:szCs w:val="20"/>
        </w:rPr>
        <w:t>daily</w:t>
      </w:r>
      <w:r w:rsidRPr="00504939">
        <w:rPr>
          <w:rFonts w:asciiTheme="majorHAnsi" w:hAnsiTheme="majorHAnsi" w:cstheme="majorHAnsi"/>
          <w:color w:val="000000"/>
          <w:sz w:val="20"/>
          <w:szCs w:val="20"/>
        </w:rPr>
        <w:t xml:space="preserve"> evangelistic sermons. Its purpose is to prepare the hearts of families before they hear God’s Word preached </w:t>
      </w:r>
      <w:r w:rsidR="0078249C" w:rsidRPr="00504939">
        <w:rPr>
          <w:rFonts w:asciiTheme="majorHAnsi" w:hAnsiTheme="majorHAnsi" w:cstheme="majorHAnsi"/>
          <w:color w:val="000000"/>
          <w:sz w:val="20"/>
          <w:szCs w:val="20"/>
        </w:rPr>
        <w:t>each day</w:t>
      </w:r>
      <w:r w:rsidRPr="00504939">
        <w:rPr>
          <w:rFonts w:asciiTheme="majorHAnsi" w:hAnsiTheme="majorHAnsi" w:cstheme="majorHAnsi"/>
          <w:color w:val="000000"/>
          <w:sz w:val="20"/>
          <w:szCs w:val="20"/>
        </w:rPr>
        <w:t>—bringing unity to the home, creating a worshipful atmosphere, and opening the way for deeper spiritual transformation.</w:t>
      </w:r>
    </w:p>
    <w:p w14:paraId="43D721B7" w14:textId="77777777" w:rsidR="00F67097" w:rsidRPr="00504939" w:rsidRDefault="00F67097" w:rsidP="0078249C">
      <w:pPr>
        <w:pStyle w:val="NormalWeb"/>
        <w:jc w:val="both"/>
        <w:rPr>
          <w:rFonts w:asciiTheme="majorHAnsi" w:hAnsiTheme="majorHAnsi" w:cstheme="majorHAnsi"/>
          <w:color w:val="000000"/>
          <w:sz w:val="20"/>
          <w:szCs w:val="20"/>
        </w:rPr>
      </w:pPr>
      <w:r w:rsidRPr="00504939">
        <w:rPr>
          <w:rFonts w:asciiTheme="majorHAnsi" w:hAnsiTheme="majorHAnsi" w:cstheme="majorHAnsi"/>
          <w:color w:val="000000"/>
          <w:sz w:val="20"/>
          <w:szCs w:val="20"/>
        </w:rPr>
        <w:t>Each evangelistic sermon topic is paired with:</w:t>
      </w:r>
    </w:p>
    <w:p w14:paraId="139F5BF2" w14:textId="29C55F6F" w:rsidR="00EF7DA9" w:rsidRPr="00504939" w:rsidRDefault="00F67097" w:rsidP="0078249C">
      <w:pPr>
        <w:numPr>
          <w:ilvl w:val="0"/>
          <w:numId w:val="36"/>
        </w:numPr>
        <w:spacing w:before="100" w:beforeAutospacing="1" w:after="100" w:afterAutospacing="1" w:line="240" w:lineRule="auto"/>
        <w:jc w:val="both"/>
        <w:rPr>
          <w:rFonts w:asciiTheme="majorHAnsi" w:eastAsia="Times New Roman" w:hAnsiTheme="majorHAnsi" w:cstheme="majorHAnsi"/>
          <w:color w:val="000000"/>
          <w:sz w:val="20"/>
          <w:szCs w:val="20"/>
        </w:rPr>
      </w:pPr>
      <w:r w:rsidRPr="00504939">
        <w:rPr>
          <w:rFonts w:asciiTheme="majorHAnsi" w:eastAsia="Times New Roman" w:hAnsiTheme="majorHAnsi" w:cstheme="majorHAnsi"/>
          <w:color w:val="000000"/>
          <w:sz w:val="20"/>
          <w:szCs w:val="20"/>
        </w:rPr>
        <w:t xml:space="preserve">A </w:t>
      </w:r>
      <w:r w:rsidR="00576DE2" w:rsidRPr="00504939">
        <w:rPr>
          <w:rStyle w:val="Strong"/>
          <w:rFonts w:asciiTheme="majorHAnsi" w:eastAsia="Times New Roman" w:hAnsiTheme="majorHAnsi" w:cstheme="majorHAnsi"/>
          <w:b w:val="0"/>
          <w:bCs w:val="0"/>
          <w:color w:val="000000"/>
          <w:sz w:val="20"/>
          <w:szCs w:val="20"/>
        </w:rPr>
        <w:t xml:space="preserve">Bible Lesson – read through this lesson for a </w:t>
      </w:r>
      <w:r w:rsidR="003A55D7" w:rsidRPr="00504939">
        <w:rPr>
          <w:rFonts w:asciiTheme="majorHAnsi" w:eastAsia="Times New Roman" w:hAnsiTheme="majorHAnsi" w:cstheme="majorHAnsi"/>
          <w:color w:val="000000"/>
          <w:sz w:val="20"/>
          <w:szCs w:val="20"/>
        </w:rPr>
        <w:t xml:space="preserve">background understanding of the devotional.  </w:t>
      </w:r>
      <w:r w:rsidRPr="00504939">
        <w:rPr>
          <w:rFonts w:asciiTheme="majorHAnsi" w:eastAsia="Times New Roman" w:hAnsiTheme="majorHAnsi" w:cstheme="majorHAnsi"/>
          <w:color w:val="000000"/>
          <w:sz w:val="20"/>
          <w:szCs w:val="20"/>
        </w:rPr>
        <w:t xml:space="preserve"> </w:t>
      </w:r>
    </w:p>
    <w:p w14:paraId="2833C02C" w14:textId="04538273" w:rsidR="00F67097" w:rsidRPr="00504939" w:rsidRDefault="00F67097" w:rsidP="0078249C">
      <w:pPr>
        <w:numPr>
          <w:ilvl w:val="0"/>
          <w:numId w:val="36"/>
        </w:numPr>
        <w:spacing w:before="100" w:beforeAutospacing="1" w:after="100" w:afterAutospacing="1" w:line="240" w:lineRule="auto"/>
        <w:jc w:val="both"/>
        <w:rPr>
          <w:rFonts w:asciiTheme="majorHAnsi" w:eastAsia="Times New Roman" w:hAnsiTheme="majorHAnsi" w:cstheme="majorHAnsi"/>
          <w:color w:val="000000"/>
          <w:sz w:val="20"/>
          <w:szCs w:val="20"/>
        </w:rPr>
      </w:pPr>
      <w:r w:rsidRPr="00504939">
        <w:rPr>
          <w:rFonts w:asciiTheme="majorHAnsi" w:eastAsia="Times New Roman" w:hAnsiTheme="majorHAnsi" w:cstheme="majorHAnsi"/>
          <w:color w:val="000000"/>
          <w:sz w:val="20"/>
          <w:szCs w:val="20"/>
        </w:rPr>
        <w:t xml:space="preserve">A </w:t>
      </w:r>
      <w:r w:rsidR="003E77FE" w:rsidRPr="00504939">
        <w:rPr>
          <w:rFonts w:asciiTheme="majorHAnsi" w:eastAsia="Times New Roman" w:hAnsiTheme="majorHAnsi" w:cstheme="majorHAnsi"/>
          <w:color w:val="000000"/>
          <w:sz w:val="20"/>
          <w:szCs w:val="20"/>
        </w:rPr>
        <w:t xml:space="preserve">Family </w:t>
      </w:r>
      <w:r w:rsidRPr="00504939">
        <w:rPr>
          <w:rStyle w:val="Strong"/>
          <w:rFonts w:asciiTheme="majorHAnsi" w:eastAsia="Times New Roman" w:hAnsiTheme="majorHAnsi" w:cstheme="majorHAnsi"/>
          <w:b w:val="0"/>
          <w:bCs w:val="0"/>
          <w:color w:val="000000"/>
          <w:sz w:val="20"/>
          <w:szCs w:val="20"/>
        </w:rPr>
        <w:t>Devotion</w:t>
      </w:r>
      <w:r w:rsidR="00C22EB2" w:rsidRPr="00504939">
        <w:rPr>
          <w:rStyle w:val="Strong"/>
          <w:rFonts w:asciiTheme="majorHAnsi" w:eastAsia="Times New Roman" w:hAnsiTheme="majorHAnsi" w:cstheme="majorHAnsi"/>
          <w:b w:val="0"/>
          <w:bCs w:val="0"/>
          <w:color w:val="000000"/>
          <w:sz w:val="20"/>
          <w:szCs w:val="20"/>
        </w:rPr>
        <w:t>al</w:t>
      </w:r>
      <w:r w:rsidRPr="00504939">
        <w:rPr>
          <w:rFonts w:asciiTheme="majorHAnsi" w:eastAsia="Times New Roman" w:hAnsiTheme="majorHAnsi" w:cstheme="majorHAnsi"/>
          <w:color w:val="000000"/>
          <w:sz w:val="20"/>
          <w:szCs w:val="20"/>
        </w:rPr>
        <w:t xml:space="preserve"> – </w:t>
      </w:r>
      <w:r w:rsidR="005347F3" w:rsidRPr="00504939">
        <w:rPr>
          <w:rFonts w:asciiTheme="majorHAnsi" w:eastAsia="Times New Roman" w:hAnsiTheme="majorHAnsi" w:cstheme="majorHAnsi"/>
          <w:color w:val="000000"/>
          <w:sz w:val="20"/>
          <w:szCs w:val="20"/>
        </w:rPr>
        <w:t xml:space="preserve">with </w:t>
      </w:r>
      <w:r w:rsidRPr="00504939">
        <w:rPr>
          <w:rFonts w:asciiTheme="majorHAnsi" w:eastAsia="Times New Roman" w:hAnsiTheme="majorHAnsi" w:cstheme="majorHAnsi"/>
          <w:color w:val="000000"/>
          <w:sz w:val="20"/>
          <w:szCs w:val="20"/>
        </w:rPr>
        <w:t xml:space="preserve">a short worship experience including Scripture, </w:t>
      </w:r>
      <w:r w:rsidR="00770795" w:rsidRPr="00504939">
        <w:rPr>
          <w:rFonts w:asciiTheme="majorHAnsi" w:eastAsia="Times New Roman" w:hAnsiTheme="majorHAnsi" w:cstheme="majorHAnsi"/>
          <w:color w:val="000000"/>
          <w:sz w:val="20"/>
          <w:szCs w:val="20"/>
        </w:rPr>
        <w:t xml:space="preserve">a family story, </w:t>
      </w:r>
      <w:r w:rsidRPr="00504939">
        <w:rPr>
          <w:rFonts w:asciiTheme="majorHAnsi" w:eastAsia="Times New Roman" w:hAnsiTheme="majorHAnsi" w:cstheme="majorHAnsi"/>
          <w:color w:val="000000"/>
          <w:sz w:val="20"/>
          <w:szCs w:val="20"/>
        </w:rPr>
        <w:t>reflection questions, an activity, and prayer.</w:t>
      </w:r>
    </w:p>
    <w:p w14:paraId="4E672768" w14:textId="476D9B90" w:rsidR="00D77980" w:rsidRPr="00504939" w:rsidRDefault="00D77980" w:rsidP="0078249C">
      <w:pPr>
        <w:numPr>
          <w:ilvl w:val="0"/>
          <w:numId w:val="36"/>
        </w:numPr>
        <w:spacing w:before="100" w:beforeAutospacing="1" w:after="100" w:afterAutospacing="1" w:line="240" w:lineRule="auto"/>
        <w:jc w:val="both"/>
        <w:rPr>
          <w:rFonts w:asciiTheme="majorHAnsi" w:eastAsia="Times New Roman" w:hAnsiTheme="majorHAnsi" w:cstheme="majorHAnsi"/>
          <w:color w:val="000000"/>
          <w:sz w:val="20"/>
          <w:szCs w:val="20"/>
        </w:rPr>
      </w:pPr>
      <w:r w:rsidRPr="00504939">
        <w:rPr>
          <w:rFonts w:asciiTheme="majorHAnsi" w:eastAsia="Times New Roman" w:hAnsiTheme="majorHAnsi" w:cstheme="majorHAnsi"/>
          <w:color w:val="000000"/>
          <w:sz w:val="20"/>
          <w:szCs w:val="20"/>
        </w:rPr>
        <w:t xml:space="preserve">Adjust these for your context.  </w:t>
      </w:r>
    </w:p>
    <w:p w14:paraId="646019D8" w14:textId="0BB9C636" w:rsidR="00F67097" w:rsidRPr="00504939" w:rsidRDefault="00F67097" w:rsidP="0078249C">
      <w:pPr>
        <w:pStyle w:val="NormalWeb"/>
        <w:jc w:val="both"/>
        <w:rPr>
          <w:rFonts w:asciiTheme="majorHAnsi" w:hAnsiTheme="majorHAnsi" w:cstheme="majorHAnsi"/>
          <w:color w:val="000000"/>
          <w:sz w:val="20"/>
          <w:szCs w:val="20"/>
        </w:rPr>
      </w:pPr>
      <w:r w:rsidRPr="00504939">
        <w:rPr>
          <w:rFonts w:asciiTheme="majorHAnsi" w:hAnsiTheme="majorHAnsi" w:cstheme="majorHAnsi"/>
          <w:color w:val="000000"/>
          <w:sz w:val="20"/>
          <w:szCs w:val="20"/>
        </w:rPr>
        <w:t xml:space="preserve">Together, these </w:t>
      </w:r>
      <w:r w:rsidR="00A7508B" w:rsidRPr="00504939">
        <w:rPr>
          <w:rFonts w:asciiTheme="majorHAnsi" w:hAnsiTheme="majorHAnsi" w:cstheme="majorHAnsi"/>
          <w:color w:val="000000"/>
          <w:sz w:val="20"/>
          <w:szCs w:val="20"/>
        </w:rPr>
        <w:t>segments</w:t>
      </w:r>
      <w:r w:rsidRPr="00504939">
        <w:rPr>
          <w:rFonts w:asciiTheme="majorHAnsi" w:hAnsiTheme="majorHAnsi" w:cstheme="majorHAnsi"/>
          <w:color w:val="000000"/>
          <w:sz w:val="20"/>
          <w:szCs w:val="20"/>
        </w:rPr>
        <w:t xml:space="preserve"> help families:</w:t>
      </w:r>
    </w:p>
    <w:p w14:paraId="55CC66B5" w14:textId="77777777" w:rsidR="00F67097" w:rsidRPr="00504939" w:rsidRDefault="00F67097" w:rsidP="0078249C">
      <w:pPr>
        <w:numPr>
          <w:ilvl w:val="0"/>
          <w:numId w:val="37"/>
        </w:numPr>
        <w:spacing w:before="100" w:beforeAutospacing="1" w:after="100" w:afterAutospacing="1" w:line="240" w:lineRule="auto"/>
        <w:jc w:val="both"/>
        <w:rPr>
          <w:rFonts w:asciiTheme="majorHAnsi" w:eastAsia="Times New Roman" w:hAnsiTheme="majorHAnsi" w:cstheme="majorHAnsi"/>
          <w:color w:val="000000"/>
          <w:sz w:val="20"/>
          <w:szCs w:val="20"/>
        </w:rPr>
      </w:pPr>
      <w:r w:rsidRPr="00504939">
        <w:rPr>
          <w:rFonts w:asciiTheme="majorHAnsi" w:eastAsia="Times New Roman" w:hAnsiTheme="majorHAnsi" w:cstheme="majorHAnsi"/>
          <w:color w:val="000000"/>
          <w:sz w:val="20"/>
          <w:szCs w:val="20"/>
        </w:rPr>
        <w:t>Connect biblical truth with everyday home life</w:t>
      </w:r>
    </w:p>
    <w:p w14:paraId="1D8D1588" w14:textId="77777777" w:rsidR="00F67097" w:rsidRPr="00504939" w:rsidRDefault="00F67097" w:rsidP="0078249C">
      <w:pPr>
        <w:numPr>
          <w:ilvl w:val="0"/>
          <w:numId w:val="37"/>
        </w:numPr>
        <w:spacing w:before="100" w:beforeAutospacing="1" w:after="100" w:afterAutospacing="1" w:line="240" w:lineRule="auto"/>
        <w:jc w:val="both"/>
        <w:rPr>
          <w:rFonts w:asciiTheme="majorHAnsi" w:eastAsia="Times New Roman" w:hAnsiTheme="majorHAnsi" w:cstheme="majorHAnsi"/>
          <w:color w:val="000000"/>
          <w:sz w:val="20"/>
          <w:szCs w:val="20"/>
        </w:rPr>
      </w:pPr>
      <w:r w:rsidRPr="00504939">
        <w:rPr>
          <w:rFonts w:asciiTheme="majorHAnsi" w:eastAsia="Times New Roman" w:hAnsiTheme="majorHAnsi" w:cstheme="majorHAnsi"/>
          <w:color w:val="000000"/>
          <w:sz w:val="20"/>
          <w:szCs w:val="20"/>
        </w:rPr>
        <w:t>Build consistent family worship habits</w:t>
      </w:r>
    </w:p>
    <w:p w14:paraId="487FCBD6" w14:textId="77777777" w:rsidR="00F67097" w:rsidRPr="00504939" w:rsidRDefault="00F67097" w:rsidP="0078249C">
      <w:pPr>
        <w:numPr>
          <w:ilvl w:val="0"/>
          <w:numId w:val="37"/>
        </w:numPr>
        <w:spacing w:before="100" w:beforeAutospacing="1" w:after="100" w:afterAutospacing="1" w:line="240" w:lineRule="auto"/>
        <w:jc w:val="both"/>
        <w:rPr>
          <w:rFonts w:asciiTheme="majorHAnsi" w:eastAsia="Times New Roman" w:hAnsiTheme="majorHAnsi" w:cstheme="majorHAnsi"/>
          <w:color w:val="000000"/>
          <w:sz w:val="20"/>
          <w:szCs w:val="20"/>
        </w:rPr>
      </w:pPr>
      <w:r w:rsidRPr="00504939">
        <w:rPr>
          <w:rFonts w:asciiTheme="majorHAnsi" w:eastAsia="Times New Roman" w:hAnsiTheme="majorHAnsi" w:cstheme="majorHAnsi"/>
          <w:color w:val="000000"/>
          <w:sz w:val="20"/>
          <w:szCs w:val="20"/>
        </w:rPr>
        <w:t>Experience healing, hope, and renewed spiritual strength</w:t>
      </w:r>
    </w:p>
    <w:p w14:paraId="69BBAAE1" w14:textId="7A0F7884" w:rsidR="00F67097" w:rsidRPr="00504939" w:rsidRDefault="00F67097" w:rsidP="0078249C">
      <w:pPr>
        <w:numPr>
          <w:ilvl w:val="0"/>
          <w:numId w:val="37"/>
        </w:numPr>
        <w:spacing w:before="100" w:beforeAutospacing="1" w:after="100" w:afterAutospacing="1" w:line="240" w:lineRule="auto"/>
        <w:jc w:val="both"/>
        <w:rPr>
          <w:rFonts w:asciiTheme="majorHAnsi" w:eastAsia="Times New Roman" w:hAnsiTheme="majorHAnsi" w:cstheme="majorHAnsi"/>
          <w:color w:val="000000"/>
          <w:sz w:val="20"/>
          <w:szCs w:val="20"/>
        </w:rPr>
      </w:pPr>
      <w:r w:rsidRPr="00504939">
        <w:rPr>
          <w:rFonts w:asciiTheme="majorHAnsi" w:eastAsia="Times New Roman" w:hAnsiTheme="majorHAnsi" w:cstheme="majorHAnsi"/>
          <w:color w:val="000000"/>
          <w:sz w:val="20"/>
          <w:szCs w:val="20"/>
        </w:rPr>
        <w:t>Prepare their hearts for the message shared in the evening meeting</w:t>
      </w:r>
    </w:p>
    <w:p w14:paraId="490D887F" w14:textId="77777777" w:rsidR="00DB3DEE" w:rsidRPr="00504939" w:rsidRDefault="00CE3A5A" w:rsidP="0078249C">
      <w:pPr>
        <w:pStyle w:val="NormalWeb"/>
        <w:jc w:val="both"/>
        <w:rPr>
          <w:rFonts w:asciiTheme="majorHAnsi" w:hAnsiTheme="majorHAnsi" w:cstheme="majorHAnsi"/>
          <w:color w:val="000000"/>
          <w:sz w:val="20"/>
          <w:szCs w:val="20"/>
        </w:rPr>
      </w:pPr>
      <w:r w:rsidRPr="00504939">
        <w:rPr>
          <w:rFonts w:asciiTheme="majorHAnsi" w:hAnsiTheme="majorHAnsi" w:cstheme="majorHAnsi"/>
          <w:color w:val="000000"/>
          <w:sz w:val="20"/>
          <w:szCs w:val="20"/>
        </w:rPr>
        <w:t>Th</w:t>
      </w:r>
      <w:r w:rsidR="00E536B6" w:rsidRPr="00504939">
        <w:rPr>
          <w:rFonts w:asciiTheme="majorHAnsi" w:hAnsiTheme="majorHAnsi" w:cstheme="majorHAnsi"/>
          <w:color w:val="000000"/>
          <w:sz w:val="20"/>
          <w:szCs w:val="20"/>
        </w:rPr>
        <w:t>e Bible Lesson in th</w:t>
      </w:r>
      <w:r w:rsidRPr="00504939">
        <w:rPr>
          <w:rFonts w:asciiTheme="majorHAnsi" w:hAnsiTheme="majorHAnsi" w:cstheme="majorHAnsi"/>
          <w:color w:val="000000"/>
          <w:sz w:val="20"/>
          <w:szCs w:val="20"/>
        </w:rPr>
        <w:t xml:space="preserve">is </w:t>
      </w:r>
      <w:r w:rsidR="00A11519" w:rsidRPr="00504939">
        <w:rPr>
          <w:rFonts w:asciiTheme="majorHAnsi" w:hAnsiTheme="majorHAnsi" w:cstheme="majorHAnsi"/>
          <w:color w:val="000000"/>
          <w:sz w:val="20"/>
          <w:szCs w:val="20"/>
        </w:rPr>
        <w:t xml:space="preserve">resource </w:t>
      </w:r>
      <w:r w:rsidRPr="00504939">
        <w:rPr>
          <w:rFonts w:asciiTheme="majorHAnsi" w:hAnsiTheme="majorHAnsi" w:cstheme="majorHAnsi"/>
          <w:color w:val="000000"/>
          <w:sz w:val="20"/>
          <w:szCs w:val="20"/>
        </w:rPr>
        <w:t>was</w:t>
      </w:r>
      <w:r w:rsidR="00F67097" w:rsidRPr="00504939">
        <w:rPr>
          <w:rFonts w:asciiTheme="majorHAnsi" w:hAnsiTheme="majorHAnsi" w:cstheme="majorHAnsi"/>
          <w:color w:val="000000"/>
          <w:sz w:val="20"/>
          <w:szCs w:val="20"/>
        </w:rPr>
        <w:t xml:space="preserve"> thoughtfully adapted for evangelism</w:t>
      </w:r>
      <w:r w:rsidRPr="00504939">
        <w:rPr>
          <w:rFonts w:asciiTheme="majorHAnsi" w:hAnsiTheme="majorHAnsi" w:cstheme="majorHAnsi"/>
          <w:color w:val="000000"/>
          <w:sz w:val="20"/>
          <w:szCs w:val="20"/>
        </w:rPr>
        <w:t xml:space="preserve"> and </w:t>
      </w:r>
      <w:r w:rsidR="00F67097" w:rsidRPr="00504939">
        <w:rPr>
          <w:rFonts w:asciiTheme="majorHAnsi" w:hAnsiTheme="majorHAnsi" w:cstheme="majorHAnsi"/>
          <w:color w:val="000000"/>
          <w:sz w:val="20"/>
          <w:szCs w:val="20"/>
        </w:rPr>
        <w:t xml:space="preserve">family discipleship across the TPUM field. </w:t>
      </w:r>
    </w:p>
    <w:p w14:paraId="5F976748" w14:textId="479700FE" w:rsidR="00F67097" w:rsidRPr="00504939" w:rsidRDefault="00F67097" w:rsidP="0078249C">
      <w:pPr>
        <w:pStyle w:val="NormalWeb"/>
        <w:jc w:val="both"/>
        <w:rPr>
          <w:rFonts w:asciiTheme="majorHAnsi" w:hAnsiTheme="majorHAnsi" w:cstheme="majorHAnsi"/>
          <w:color w:val="000000"/>
          <w:sz w:val="20"/>
          <w:szCs w:val="20"/>
        </w:rPr>
      </w:pPr>
      <w:r w:rsidRPr="00504939">
        <w:rPr>
          <w:rFonts w:asciiTheme="majorHAnsi" w:hAnsiTheme="majorHAnsi" w:cstheme="majorHAnsi"/>
          <w:color w:val="000000"/>
          <w:sz w:val="20"/>
          <w:szCs w:val="20"/>
        </w:rPr>
        <w:t>We acknowledge with gratitude the wisdom</w:t>
      </w:r>
      <w:r w:rsidR="003B5D00" w:rsidRPr="00504939">
        <w:rPr>
          <w:rFonts w:asciiTheme="majorHAnsi" w:hAnsiTheme="majorHAnsi" w:cstheme="majorHAnsi"/>
          <w:color w:val="000000"/>
          <w:sz w:val="20"/>
          <w:szCs w:val="20"/>
        </w:rPr>
        <w:t xml:space="preserve"> </w:t>
      </w:r>
      <w:r w:rsidRPr="00504939">
        <w:rPr>
          <w:rFonts w:asciiTheme="majorHAnsi" w:hAnsiTheme="majorHAnsi" w:cstheme="majorHAnsi"/>
          <w:color w:val="000000"/>
          <w:sz w:val="20"/>
          <w:szCs w:val="20"/>
        </w:rPr>
        <w:t xml:space="preserve">and counsel </w:t>
      </w:r>
      <w:r w:rsidR="00281303" w:rsidRPr="00504939">
        <w:rPr>
          <w:rFonts w:asciiTheme="majorHAnsi" w:hAnsiTheme="majorHAnsi" w:cstheme="majorHAnsi"/>
          <w:color w:val="000000"/>
          <w:sz w:val="20"/>
          <w:szCs w:val="20"/>
        </w:rPr>
        <w:t xml:space="preserve">from </w:t>
      </w:r>
      <w:r w:rsidR="005065E5" w:rsidRPr="00504939">
        <w:rPr>
          <w:rFonts w:asciiTheme="majorHAnsi" w:hAnsiTheme="majorHAnsi" w:cstheme="majorHAnsi"/>
          <w:color w:val="000000"/>
          <w:sz w:val="20"/>
          <w:szCs w:val="20"/>
        </w:rPr>
        <w:t xml:space="preserve">the Family Ministries </w:t>
      </w:r>
      <w:r w:rsidR="00281303" w:rsidRPr="00504939">
        <w:rPr>
          <w:rFonts w:asciiTheme="majorHAnsi" w:hAnsiTheme="majorHAnsi" w:cstheme="majorHAnsi"/>
          <w:color w:val="000000"/>
          <w:sz w:val="20"/>
          <w:szCs w:val="20"/>
        </w:rPr>
        <w:t>D</w:t>
      </w:r>
      <w:r w:rsidR="005065E5" w:rsidRPr="00504939">
        <w:rPr>
          <w:rFonts w:asciiTheme="majorHAnsi" w:hAnsiTheme="majorHAnsi" w:cstheme="majorHAnsi"/>
          <w:color w:val="000000"/>
          <w:sz w:val="20"/>
          <w:szCs w:val="20"/>
        </w:rPr>
        <w:t>irectors</w:t>
      </w:r>
      <w:r w:rsidR="00DB3DEE" w:rsidRPr="00504939">
        <w:rPr>
          <w:rFonts w:asciiTheme="majorHAnsi" w:hAnsiTheme="majorHAnsi" w:cstheme="majorHAnsi"/>
          <w:color w:val="000000"/>
          <w:sz w:val="20"/>
          <w:szCs w:val="20"/>
        </w:rPr>
        <w:t xml:space="preserve">, </w:t>
      </w:r>
      <w:proofErr w:type="gramStart"/>
      <w:r w:rsidR="00DB3DEE" w:rsidRPr="00504939">
        <w:rPr>
          <w:rFonts w:asciiTheme="majorHAnsi" w:hAnsiTheme="majorHAnsi" w:cstheme="majorHAnsi"/>
          <w:color w:val="000000"/>
          <w:sz w:val="20"/>
          <w:szCs w:val="20"/>
        </w:rPr>
        <w:t>Doctor</w:t>
      </w:r>
      <w:r w:rsidR="00AD6080" w:rsidRPr="00504939">
        <w:rPr>
          <w:rFonts w:asciiTheme="majorHAnsi" w:hAnsiTheme="majorHAnsi" w:cstheme="majorHAnsi"/>
          <w:color w:val="000000"/>
          <w:sz w:val="20"/>
          <w:szCs w:val="20"/>
        </w:rPr>
        <w:t xml:space="preserve">’s </w:t>
      </w:r>
      <w:r w:rsidR="005065E5" w:rsidRPr="00504939">
        <w:rPr>
          <w:rFonts w:asciiTheme="majorHAnsi" w:hAnsiTheme="majorHAnsi" w:cstheme="majorHAnsi"/>
          <w:color w:val="000000"/>
          <w:sz w:val="20"/>
          <w:szCs w:val="20"/>
        </w:rPr>
        <w:t xml:space="preserve"> </w:t>
      </w:r>
      <w:r w:rsidR="00281303" w:rsidRPr="00504939">
        <w:rPr>
          <w:rFonts w:asciiTheme="majorHAnsi" w:hAnsiTheme="majorHAnsi" w:cstheme="majorHAnsi"/>
          <w:color w:val="000000"/>
          <w:sz w:val="20"/>
          <w:szCs w:val="20"/>
        </w:rPr>
        <w:t>Willie</w:t>
      </w:r>
      <w:proofErr w:type="gramEnd"/>
      <w:r w:rsidR="00281303" w:rsidRPr="00504939">
        <w:rPr>
          <w:rFonts w:asciiTheme="majorHAnsi" w:hAnsiTheme="majorHAnsi" w:cstheme="majorHAnsi"/>
          <w:color w:val="000000"/>
          <w:sz w:val="20"/>
          <w:szCs w:val="20"/>
        </w:rPr>
        <w:t xml:space="preserve"> and Elaine Oliver</w:t>
      </w:r>
      <w:r w:rsidR="005065E5" w:rsidRPr="00504939">
        <w:rPr>
          <w:rFonts w:asciiTheme="majorHAnsi" w:hAnsiTheme="majorHAnsi" w:cstheme="majorHAnsi"/>
          <w:color w:val="000000"/>
          <w:sz w:val="20"/>
          <w:szCs w:val="20"/>
        </w:rPr>
        <w:t xml:space="preserve"> at the General Conference</w:t>
      </w:r>
      <w:r w:rsidR="00DB3DEE" w:rsidRPr="00504939">
        <w:rPr>
          <w:rFonts w:asciiTheme="majorHAnsi" w:hAnsiTheme="majorHAnsi" w:cstheme="majorHAnsi"/>
          <w:color w:val="000000"/>
          <w:sz w:val="20"/>
          <w:szCs w:val="20"/>
        </w:rPr>
        <w:t xml:space="preserve">, which have shaped this devotional. </w:t>
      </w:r>
    </w:p>
    <w:p w14:paraId="4E62246D" w14:textId="1CB50358" w:rsidR="00F67097" w:rsidRPr="00504939" w:rsidRDefault="00F67097" w:rsidP="0078249C">
      <w:pPr>
        <w:pStyle w:val="NormalWeb"/>
        <w:jc w:val="both"/>
        <w:rPr>
          <w:rFonts w:asciiTheme="majorHAnsi" w:hAnsiTheme="majorHAnsi" w:cstheme="majorHAnsi"/>
          <w:color w:val="000000"/>
          <w:sz w:val="20"/>
          <w:szCs w:val="20"/>
        </w:rPr>
      </w:pPr>
      <w:r w:rsidRPr="00504939">
        <w:rPr>
          <w:rFonts w:asciiTheme="majorHAnsi" w:hAnsiTheme="majorHAnsi" w:cstheme="majorHAnsi"/>
          <w:color w:val="000000"/>
          <w:sz w:val="20"/>
          <w:szCs w:val="20"/>
        </w:rPr>
        <w:t xml:space="preserve">Pastors, speakers, and leaders are encouraged to use the “Transition to Sermon” included at the end of each devotion, providing a smooth and meaningful bridge from family preparation into the </w:t>
      </w:r>
      <w:r w:rsidR="00CE3A5A" w:rsidRPr="00504939">
        <w:rPr>
          <w:rFonts w:asciiTheme="majorHAnsi" w:hAnsiTheme="majorHAnsi" w:cstheme="majorHAnsi"/>
          <w:color w:val="000000"/>
          <w:sz w:val="20"/>
          <w:szCs w:val="20"/>
        </w:rPr>
        <w:t xml:space="preserve">main sermon </w:t>
      </w:r>
      <w:r w:rsidRPr="00504939">
        <w:rPr>
          <w:rFonts w:asciiTheme="majorHAnsi" w:hAnsiTheme="majorHAnsi" w:cstheme="majorHAnsi"/>
          <w:color w:val="000000"/>
          <w:sz w:val="20"/>
          <w:szCs w:val="20"/>
        </w:rPr>
        <w:t>message.</w:t>
      </w:r>
    </w:p>
    <w:p w14:paraId="3C0C292B" w14:textId="7D79BF00" w:rsidR="00F67097" w:rsidRPr="00504939" w:rsidRDefault="00F67097" w:rsidP="0078249C">
      <w:pPr>
        <w:pStyle w:val="NormalWeb"/>
        <w:jc w:val="both"/>
        <w:rPr>
          <w:rFonts w:asciiTheme="majorHAnsi" w:hAnsiTheme="majorHAnsi" w:cstheme="majorHAnsi"/>
          <w:color w:val="000000"/>
          <w:sz w:val="20"/>
          <w:szCs w:val="20"/>
        </w:rPr>
      </w:pPr>
      <w:r w:rsidRPr="00504939">
        <w:rPr>
          <w:rFonts w:asciiTheme="majorHAnsi" w:hAnsiTheme="majorHAnsi" w:cstheme="majorHAnsi"/>
          <w:color w:val="000000"/>
          <w:sz w:val="20"/>
          <w:szCs w:val="20"/>
        </w:rPr>
        <w:t xml:space="preserve">May this </w:t>
      </w:r>
      <w:r w:rsidR="00B00812" w:rsidRPr="00504939">
        <w:rPr>
          <w:rFonts w:asciiTheme="majorHAnsi" w:hAnsiTheme="majorHAnsi" w:cstheme="majorHAnsi"/>
          <w:color w:val="000000"/>
          <w:sz w:val="20"/>
          <w:szCs w:val="20"/>
        </w:rPr>
        <w:t>Guide</w:t>
      </w:r>
      <w:r w:rsidRPr="00504939">
        <w:rPr>
          <w:rFonts w:asciiTheme="majorHAnsi" w:hAnsiTheme="majorHAnsi" w:cstheme="majorHAnsi"/>
          <w:color w:val="000000"/>
          <w:sz w:val="20"/>
          <w:szCs w:val="20"/>
        </w:rPr>
        <w:t xml:space="preserve"> strengthen homes, inspire faith, and help families across the </w:t>
      </w:r>
      <w:r w:rsidR="00C22EB2" w:rsidRPr="00504939">
        <w:rPr>
          <w:rFonts w:asciiTheme="majorHAnsi" w:hAnsiTheme="majorHAnsi" w:cstheme="majorHAnsi"/>
          <w:color w:val="000000"/>
          <w:sz w:val="20"/>
          <w:szCs w:val="20"/>
        </w:rPr>
        <w:t>TPUM</w:t>
      </w:r>
      <w:r w:rsidRPr="00504939">
        <w:rPr>
          <w:rFonts w:asciiTheme="majorHAnsi" w:hAnsiTheme="majorHAnsi" w:cstheme="majorHAnsi"/>
          <w:color w:val="000000"/>
          <w:sz w:val="20"/>
          <w:szCs w:val="20"/>
        </w:rPr>
        <w:t xml:space="preserve"> choose Jesus—together.</w:t>
      </w:r>
    </w:p>
    <w:p w14:paraId="261C3953" w14:textId="02F4454A" w:rsidR="00F67097" w:rsidRPr="00504939" w:rsidRDefault="00CD3881" w:rsidP="0078249C">
      <w:pPr>
        <w:pStyle w:val="NormalWeb"/>
        <w:jc w:val="both"/>
        <w:rPr>
          <w:rFonts w:asciiTheme="majorHAnsi" w:hAnsiTheme="majorHAnsi" w:cstheme="majorHAnsi"/>
          <w:color w:val="000000"/>
          <w:sz w:val="20"/>
          <w:szCs w:val="20"/>
        </w:rPr>
      </w:pPr>
      <w:r w:rsidRPr="00504939">
        <w:rPr>
          <w:rFonts w:asciiTheme="majorHAnsi" w:hAnsiTheme="majorHAnsi" w:cstheme="majorHAnsi"/>
          <w:color w:val="000000"/>
          <w:sz w:val="20"/>
          <w:szCs w:val="20"/>
        </w:rPr>
        <w:t xml:space="preserve">It is my prayer that </w:t>
      </w:r>
      <w:r w:rsidR="00F67097" w:rsidRPr="00504939">
        <w:rPr>
          <w:rFonts w:asciiTheme="majorHAnsi" w:hAnsiTheme="majorHAnsi" w:cstheme="majorHAnsi"/>
          <w:color w:val="000000"/>
          <w:sz w:val="20"/>
          <w:szCs w:val="20"/>
        </w:rPr>
        <w:t>every household become a small church where Christ is welcomed, worshiped, and revealed in daily life.</w:t>
      </w:r>
    </w:p>
    <w:p w14:paraId="23CFE2D2" w14:textId="5F5EB945" w:rsidR="00F67097" w:rsidRDefault="00F67097" w:rsidP="0078249C">
      <w:pPr>
        <w:pStyle w:val="NormalWeb"/>
        <w:jc w:val="both"/>
        <w:rPr>
          <w:rStyle w:val="Strong"/>
          <w:rFonts w:asciiTheme="majorHAnsi" w:hAnsiTheme="majorHAnsi" w:cstheme="majorHAnsi"/>
          <w:b w:val="0"/>
          <w:bCs w:val="0"/>
          <w:color w:val="000000"/>
          <w:sz w:val="20"/>
          <w:szCs w:val="20"/>
        </w:rPr>
      </w:pPr>
      <w:r w:rsidRPr="00504939">
        <w:rPr>
          <w:rStyle w:val="Strong"/>
          <w:rFonts w:asciiTheme="majorHAnsi" w:hAnsiTheme="majorHAnsi" w:cstheme="majorHAnsi"/>
          <w:b w:val="0"/>
          <w:bCs w:val="0"/>
          <w:color w:val="000000"/>
          <w:sz w:val="20"/>
          <w:szCs w:val="20"/>
        </w:rPr>
        <w:t xml:space="preserve">To God be the glory as we </w:t>
      </w:r>
      <w:proofErr w:type="spellStart"/>
      <w:r w:rsidRPr="00504939">
        <w:rPr>
          <w:rStyle w:val="Strong"/>
          <w:rFonts w:asciiTheme="majorHAnsi" w:hAnsiTheme="majorHAnsi" w:cstheme="majorHAnsi"/>
          <w:b w:val="0"/>
          <w:bCs w:val="0"/>
          <w:color w:val="000000"/>
          <w:sz w:val="20"/>
          <w:szCs w:val="20"/>
        </w:rPr>
        <w:t>labor</w:t>
      </w:r>
      <w:proofErr w:type="spellEnd"/>
      <w:r w:rsidRPr="00504939">
        <w:rPr>
          <w:rStyle w:val="Strong"/>
          <w:rFonts w:asciiTheme="majorHAnsi" w:hAnsiTheme="majorHAnsi" w:cstheme="majorHAnsi"/>
          <w:b w:val="0"/>
          <w:bCs w:val="0"/>
          <w:color w:val="000000"/>
          <w:sz w:val="20"/>
          <w:szCs w:val="20"/>
        </w:rPr>
        <w:t>, pray, and prepare for TPUM for Christ 2026—and every mission beyond.</w:t>
      </w:r>
    </w:p>
    <w:p w14:paraId="68808BC9" w14:textId="77777777" w:rsidR="00504939" w:rsidRPr="00504939" w:rsidRDefault="00504939" w:rsidP="0078249C">
      <w:pPr>
        <w:pStyle w:val="NormalWeb"/>
        <w:jc w:val="both"/>
        <w:rPr>
          <w:rStyle w:val="Strong"/>
          <w:rFonts w:asciiTheme="majorHAnsi" w:hAnsiTheme="majorHAnsi" w:cstheme="majorHAnsi"/>
          <w:b w:val="0"/>
          <w:bCs w:val="0"/>
          <w:color w:val="000000"/>
          <w:sz w:val="20"/>
          <w:szCs w:val="20"/>
        </w:rPr>
      </w:pPr>
    </w:p>
    <w:p w14:paraId="76F376F3" w14:textId="0699F0A7" w:rsidR="00CD3881" w:rsidRPr="00504939" w:rsidRDefault="00F25534">
      <w:pPr>
        <w:pStyle w:val="NormalWeb"/>
        <w:rPr>
          <w:rStyle w:val="Strong"/>
          <w:rFonts w:asciiTheme="majorHAnsi" w:hAnsiTheme="majorHAnsi" w:cstheme="majorHAnsi"/>
          <w:color w:val="000000"/>
          <w:sz w:val="20"/>
          <w:szCs w:val="20"/>
        </w:rPr>
      </w:pPr>
      <w:r w:rsidRPr="00504939">
        <w:rPr>
          <w:rFonts w:asciiTheme="majorHAnsi" w:hAnsiTheme="majorHAnsi" w:cstheme="majorHAnsi"/>
          <w:b/>
          <w:bCs/>
          <w:noProof/>
          <w:color w:val="000000"/>
          <w:sz w:val="20"/>
          <w:szCs w:val="20"/>
        </w:rPr>
        <w:drawing>
          <wp:anchor distT="0" distB="0" distL="114300" distR="114300" simplePos="0" relativeHeight="251659776" behindDoc="0" locked="0" layoutInCell="1" allowOverlap="1" wp14:anchorId="0627BF46" wp14:editId="759DA9D0">
            <wp:simplePos x="0" y="0"/>
            <wp:positionH relativeFrom="column">
              <wp:posOffset>1971040</wp:posOffset>
            </wp:positionH>
            <wp:positionV relativeFrom="paragraph">
              <wp:posOffset>222884</wp:posOffset>
            </wp:positionV>
            <wp:extent cx="1914525" cy="686131"/>
            <wp:effectExtent l="0" t="0" r="0" b="0"/>
            <wp:wrapNone/>
            <wp:docPr id="18565138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513837" name="Picture 1856513837"/>
                    <pic:cNvPicPr/>
                  </pic:nvPicPr>
                  <pic:blipFill rotWithShape="1">
                    <a:blip r:embed="rId9"/>
                    <a:srcRect l="11327" t="34430" r="11318" b="37848"/>
                    <a:stretch>
                      <a:fillRect/>
                    </a:stretch>
                  </pic:blipFill>
                  <pic:spPr bwMode="auto">
                    <a:xfrm>
                      <a:off x="0" y="0"/>
                      <a:ext cx="1932448" cy="69255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21A8AF7" w14:textId="06730BD7" w:rsidR="00F67097" w:rsidRDefault="00F67097">
      <w:pPr>
        <w:pStyle w:val="NormalWeb"/>
        <w:rPr>
          <w:rFonts w:asciiTheme="majorHAnsi" w:hAnsiTheme="majorHAnsi" w:cstheme="majorHAnsi"/>
          <w:color w:val="000000"/>
          <w:sz w:val="20"/>
          <w:szCs w:val="20"/>
        </w:rPr>
      </w:pPr>
    </w:p>
    <w:p w14:paraId="2FB66494" w14:textId="77777777" w:rsidR="00504939" w:rsidRPr="00504939" w:rsidRDefault="00504939">
      <w:pPr>
        <w:pStyle w:val="NormalWeb"/>
        <w:rPr>
          <w:rFonts w:asciiTheme="majorHAnsi" w:hAnsiTheme="majorHAnsi" w:cstheme="majorHAnsi"/>
          <w:color w:val="000000"/>
          <w:sz w:val="20"/>
          <w:szCs w:val="20"/>
        </w:rPr>
      </w:pPr>
    </w:p>
    <w:p w14:paraId="0561CD91" w14:textId="6AE23185" w:rsidR="00BC56D0" w:rsidRPr="00504939" w:rsidRDefault="00000000" w:rsidP="005952B1">
      <w:pPr>
        <w:pStyle w:val="Heading1"/>
        <w:shd w:val="clear" w:color="auto" w:fill="B6DDE8" w:themeFill="accent5" w:themeFillTint="66"/>
        <w:rPr>
          <w:sz w:val="20"/>
          <w:szCs w:val="20"/>
        </w:rPr>
      </w:pPr>
      <w:bookmarkStart w:id="1" w:name="_Toc226793103"/>
      <w:r w:rsidRPr="00504939">
        <w:rPr>
          <w:sz w:val="20"/>
          <w:szCs w:val="20"/>
        </w:rPr>
        <w:lastRenderedPageBreak/>
        <w:t xml:space="preserve">SERMON </w:t>
      </w:r>
      <w:r w:rsidR="00E303B9" w:rsidRPr="00504939">
        <w:rPr>
          <w:sz w:val="20"/>
          <w:szCs w:val="20"/>
        </w:rPr>
        <w:t>TOPIC #</w:t>
      </w:r>
      <w:r w:rsidRPr="00504939">
        <w:rPr>
          <w:sz w:val="20"/>
          <w:szCs w:val="20"/>
        </w:rPr>
        <w:t xml:space="preserve">1 — </w:t>
      </w:r>
      <w:r w:rsidR="00AD3B65" w:rsidRPr="00504939">
        <w:rPr>
          <w:sz w:val="20"/>
          <w:szCs w:val="20"/>
        </w:rPr>
        <w:t>CAN GOD BE TRUSTED? (DAN 2)</w:t>
      </w:r>
      <w:bookmarkEnd w:id="1"/>
    </w:p>
    <w:p w14:paraId="336D9A75" w14:textId="77777777" w:rsidR="00504939" w:rsidRDefault="00504939" w:rsidP="00504939">
      <w:pPr>
        <w:pStyle w:val="Heading1"/>
        <w:spacing w:before="0"/>
        <w:rPr>
          <w:sz w:val="20"/>
          <w:szCs w:val="20"/>
        </w:rPr>
      </w:pPr>
      <w:bookmarkStart w:id="2" w:name="_Toc226793104"/>
    </w:p>
    <w:p w14:paraId="1417E698" w14:textId="30046398" w:rsidR="00BC56D0" w:rsidRPr="00504939" w:rsidRDefault="00576DE2" w:rsidP="00504939">
      <w:pPr>
        <w:pStyle w:val="Heading1"/>
        <w:spacing w:before="0"/>
        <w:rPr>
          <w:sz w:val="20"/>
          <w:szCs w:val="20"/>
        </w:rPr>
      </w:pPr>
      <w:r w:rsidRPr="00504939">
        <w:rPr>
          <w:sz w:val="20"/>
          <w:szCs w:val="20"/>
        </w:rPr>
        <w:t xml:space="preserve">BIBLE </w:t>
      </w:r>
      <w:proofErr w:type="gramStart"/>
      <w:r w:rsidRPr="00504939">
        <w:rPr>
          <w:sz w:val="20"/>
          <w:szCs w:val="20"/>
        </w:rPr>
        <w:t xml:space="preserve">LESSON </w:t>
      </w:r>
      <w:r w:rsidR="00B00812" w:rsidRPr="00504939">
        <w:rPr>
          <w:sz w:val="20"/>
          <w:szCs w:val="20"/>
        </w:rPr>
        <w:t xml:space="preserve"> :</w:t>
      </w:r>
      <w:proofErr w:type="gramEnd"/>
      <w:r w:rsidRPr="00504939">
        <w:rPr>
          <w:sz w:val="20"/>
          <w:szCs w:val="20"/>
        </w:rPr>
        <w:t xml:space="preserve"> WHAT DID THEY SEE IN YOUR HOME?</w:t>
      </w:r>
      <w:bookmarkEnd w:id="2"/>
    </w:p>
    <w:p w14:paraId="4049BB51" w14:textId="77777777" w:rsidR="00BC56D0" w:rsidRPr="00504939" w:rsidRDefault="00000000" w:rsidP="005952B1">
      <w:pPr>
        <w:rPr>
          <w:b/>
          <w:bCs/>
          <w:sz w:val="20"/>
          <w:szCs w:val="20"/>
        </w:rPr>
      </w:pPr>
      <w:r w:rsidRPr="00504939">
        <w:rPr>
          <w:rFonts w:ascii="Calibri" w:hAnsi="Calibri"/>
          <w:b/>
          <w:bCs/>
          <w:sz w:val="20"/>
          <w:szCs w:val="20"/>
        </w:rPr>
        <w:t xml:space="preserve">“And he [the prophet] said, ‘What have they seen in your house?’ </w:t>
      </w:r>
      <w:proofErr w:type="gramStart"/>
      <w:r w:rsidRPr="00504939">
        <w:rPr>
          <w:rFonts w:ascii="Calibri" w:hAnsi="Calibri"/>
          <w:b/>
          <w:bCs/>
          <w:sz w:val="20"/>
          <w:szCs w:val="20"/>
        </w:rPr>
        <w:t>So</w:t>
      </w:r>
      <w:proofErr w:type="gramEnd"/>
      <w:r w:rsidRPr="00504939">
        <w:rPr>
          <w:rFonts w:ascii="Calibri" w:hAnsi="Calibri"/>
          <w:b/>
          <w:bCs/>
          <w:sz w:val="20"/>
          <w:szCs w:val="20"/>
        </w:rPr>
        <w:t xml:space="preserve"> Hezekiah answered, ‘They have seen all that is in my house; there is nothing among my treasures that I have not shown them” (Isa. 39:4, NKJV).</w:t>
      </w:r>
    </w:p>
    <w:p w14:paraId="1483D735" w14:textId="77777777" w:rsidR="00BC56D0" w:rsidRPr="00504939" w:rsidRDefault="00000000" w:rsidP="00B32FB4">
      <w:pPr>
        <w:jc w:val="both"/>
        <w:rPr>
          <w:sz w:val="20"/>
          <w:szCs w:val="20"/>
        </w:rPr>
      </w:pPr>
      <w:r w:rsidRPr="00504939">
        <w:rPr>
          <w:rFonts w:ascii="Calibri" w:hAnsi="Calibri"/>
          <w:sz w:val="20"/>
          <w:szCs w:val="20"/>
        </w:rPr>
        <w:t>King Hezekiah was sick with a serious disease, but the Lord heard his prayer and restored his health. When Isaiah told the king that he would be the object of divine grace, he also gave Hezekiah a sign. He said the shadow cast by the sun on the stairway of the palace would go back ten steps. This amazing phenomenon was observed in faraway Mesopotamia. Marduk-Baladan, king of Babylon, sent an embassy to greet Hezekiah upon his recovery. We know Marduk-Baladan had other intentions. He wanted Hezekiah as an ally to fight against Assyria. Honored for the visit of the messengers, Hezekiah did not hesitate to show them all his treasures and his armory. Unaware that he was being proved, Hezekiah absolutely failed. The chronicler said: “God withdrew from him, in order to test him that He might know all that was in his heart” (2 Chron. 32:31, NKJV). By this time the prophet came to the king and asked the question in our opening text: “What did they see in your house?” That same question is asked of us by angels after we have visitors in our own homes. They too ask, “What did they see in your house?”</w:t>
      </w:r>
    </w:p>
    <w:p w14:paraId="65B09F9C" w14:textId="77777777" w:rsidR="00B00812" w:rsidRPr="00504939" w:rsidRDefault="00000000" w:rsidP="00B32FB4">
      <w:pPr>
        <w:jc w:val="both"/>
        <w:rPr>
          <w:rFonts w:ascii="Calibri" w:hAnsi="Calibri"/>
          <w:sz w:val="20"/>
          <w:szCs w:val="20"/>
        </w:rPr>
      </w:pPr>
      <w:r w:rsidRPr="00504939">
        <w:rPr>
          <w:rFonts w:ascii="Calibri" w:hAnsi="Calibri"/>
          <w:sz w:val="20"/>
          <w:szCs w:val="20"/>
        </w:rPr>
        <w:t xml:space="preserve">What people see in our homes can be divided into three groups: First, in some homes people mostly see material possessions. They see rich furniture, fancy curtains, and impressive silverware. Such houses are like museums, but little more. Second, there are some homes where visitors mostly notice the people who live in the house. Perhaps they notice a gentle householder; a talented or conceited housewife; children that sometimes dominate the room like little tyrants. And finally, there are homes where visitors are most impressed, not by the things or people, but the atmosphere of the house. Maybe it is filled with peace and devotion. Visitors leave such homes encouraged in their faith in God. They sensed in these homes the presence of angels. On one occasion Greeks who were visiting Jerusalem went to one of the disciples with an urgent request: “Sir,” they said, “we would like to see Jesus” (John 12:21). Could it be that many people who visit our homes would like to “see Jesus?” Should we disappoint them? Hezekiah lost a magnificent opportunity to testify about God and the great blessing He gave to Hezekiah. Would we make the same mistake? Let us ask ourselves the question, “What did they see in your house?” </w:t>
      </w:r>
    </w:p>
    <w:p w14:paraId="20E3D742" w14:textId="22F6809C" w:rsidR="00BC56D0" w:rsidRPr="00504939" w:rsidRDefault="00000000" w:rsidP="00B32FB4">
      <w:pPr>
        <w:jc w:val="both"/>
        <w:rPr>
          <w:sz w:val="20"/>
          <w:szCs w:val="20"/>
        </w:rPr>
      </w:pPr>
      <w:r w:rsidRPr="00504939">
        <w:rPr>
          <w:rFonts w:ascii="Calibri" w:hAnsi="Calibri"/>
          <w:sz w:val="20"/>
          <w:szCs w:val="20"/>
        </w:rPr>
        <w:t>—Siegfried J. Schwantes, Closer to God, p. 118</w:t>
      </w:r>
    </w:p>
    <w:p w14:paraId="3F2571EC" w14:textId="4A40FA40" w:rsidR="00BC56D0" w:rsidRPr="00504939" w:rsidRDefault="00B32FB4" w:rsidP="005952B1">
      <w:pPr>
        <w:pStyle w:val="Heading4"/>
        <w:rPr>
          <w:color w:val="0070C0"/>
          <w:sz w:val="20"/>
          <w:szCs w:val="20"/>
        </w:rPr>
      </w:pPr>
      <w:r w:rsidRPr="00504939">
        <w:rPr>
          <w:color w:val="0070C0"/>
          <w:sz w:val="20"/>
          <w:szCs w:val="20"/>
        </w:rPr>
        <w:t>FAMILY DEVOTION: WHAT DID THEY SEE IN YOUR HOME?</w:t>
      </w:r>
    </w:p>
    <w:p w14:paraId="1A903D3C" w14:textId="77777777" w:rsidR="00BC56D0" w:rsidRPr="00504939" w:rsidRDefault="00000000" w:rsidP="005952B1">
      <w:pPr>
        <w:rPr>
          <w:b/>
          <w:bCs/>
          <w:sz w:val="20"/>
          <w:szCs w:val="20"/>
        </w:rPr>
      </w:pPr>
      <w:r w:rsidRPr="00504939">
        <w:rPr>
          <w:rFonts w:ascii="Calibri" w:hAnsi="Calibri"/>
          <w:b/>
          <w:bCs/>
          <w:sz w:val="20"/>
          <w:szCs w:val="20"/>
        </w:rPr>
        <w:t>Key Text: Isaiah 39:4; 2 Chronicles 32:31; John 12:21</w:t>
      </w:r>
    </w:p>
    <w:p w14:paraId="2A89D9C0" w14:textId="77777777" w:rsidR="00BC56D0" w:rsidRPr="00504939" w:rsidRDefault="00000000" w:rsidP="005952B1">
      <w:pPr>
        <w:rPr>
          <w:sz w:val="20"/>
          <w:szCs w:val="20"/>
        </w:rPr>
      </w:pPr>
      <w:r w:rsidRPr="00504939">
        <w:rPr>
          <w:rFonts w:ascii="Calibri" w:hAnsi="Calibri"/>
          <w:sz w:val="20"/>
          <w:szCs w:val="20"/>
        </w:rPr>
        <w:t>In Isaiah 39:4, the prophet asks King Hezekiah: “What did they see in your house?” Hezekiah had just been miraculously healed, yet when foreign envoys arrived, he showed them his treasures rather than testifying of God’s goodness. Scripture says, “God withdrew from him, to test him and to know all that was in his heart” (2 Chronicles 32:31).</w:t>
      </w:r>
    </w:p>
    <w:p w14:paraId="05736203" w14:textId="77777777" w:rsidR="00BC56D0" w:rsidRPr="00504939" w:rsidRDefault="00000000" w:rsidP="005952B1">
      <w:pPr>
        <w:rPr>
          <w:rFonts w:ascii="Calibri" w:hAnsi="Calibri"/>
          <w:sz w:val="20"/>
          <w:szCs w:val="20"/>
        </w:rPr>
      </w:pPr>
      <w:r w:rsidRPr="00504939">
        <w:rPr>
          <w:rFonts w:ascii="Calibri" w:hAnsi="Calibri"/>
          <w:sz w:val="20"/>
          <w:szCs w:val="20"/>
        </w:rPr>
        <w:t>That question still searches our homes today. Some houses showcase possessions; others showcase personalities. But the most powerful homes showcase the presence of Jesus—peace, devotion, and humble gratitude. When guests visit, do they see furniture… or do they see Jesus? Many in our communities echo the ancient plea: “Sir, we would like to see Jesus” (John 12:21). May our homes answer that longing.</w:t>
      </w:r>
    </w:p>
    <w:p w14:paraId="489F6302" w14:textId="13EC50DF" w:rsidR="00682836" w:rsidRPr="00504939" w:rsidRDefault="00682836" w:rsidP="00504939">
      <w:pPr>
        <w:spacing w:after="0"/>
        <w:rPr>
          <w:rFonts w:asciiTheme="majorHAnsi" w:hAnsiTheme="majorHAnsi" w:cstheme="majorHAnsi"/>
          <w:b/>
          <w:bCs/>
          <w:i/>
          <w:iCs/>
          <w:color w:val="0070C0"/>
          <w:sz w:val="20"/>
          <w:szCs w:val="20"/>
          <w:lang w:val="en-FJ"/>
        </w:rPr>
      </w:pPr>
      <w:r w:rsidRPr="00504939">
        <w:rPr>
          <w:rFonts w:asciiTheme="majorHAnsi" w:hAnsiTheme="majorHAnsi" w:cstheme="majorHAnsi"/>
          <w:b/>
          <w:bCs/>
          <w:i/>
          <w:iCs/>
          <w:color w:val="0070C0"/>
          <w:sz w:val="20"/>
          <w:szCs w:val="20"/>
          <w:lang w:val="en-FJ"/>
        </w:rPr>
        <w:t xml:space="preserve">FAMILY STORY </w:t>
      </w:r>
    </w:p>
    <w:p w14:paraId="25F26B64" w14:textId="25A6128E" w:rsidR="00682836" w:rsidRPr="00504939" w:rsidRDefault="00682836" w:rsidP="00504939">
      <w:pPr>
        <w:spacing w:after="0"/>
        <w:rPr>
          <w:rFonts w:asciiTheme="majorHAnsi" w:hAnsiTheme="majorHAnsi" w:cstheme="majorHAnsi"/>
          <w:sz w:val="20"/>
          <w:szCs w:val="20"/>
          <w:lang w:val="en-FJ"/>
        </w:rPr>
      </w:pPr>
      <w:r w:rsidRPr="00504939">
        <w:rPr>
          <w:rFonts w:asciiTheme="majorHAnsi" w:hAnsiTheme="majorHAnsi" w:cstheme="majorHAnsi"/>
          <w:sz w:val="20"/>
          <w:szCs w:val="20"/>
          <w:lang w:val="en-FJ"/>
        </w:rPr>
        <w:t xml:space="preserve">There was a family who took good care of their home. It was neat, welcoming, and comfortable. When visitors came over, everything looked right. People often said, </w:t>
      </w:r>
      <w:r w:rsidRPr="00504939">
        <w:rPr>
          <w:rFonts w:asciiTheme="majorHAnsi" w:hAnsiTheme="majorHAnsi" w:cstheme="majorHAnsi"/>
          <w:i/>
          <w:iCs/>
          <w:sz w:val="20"/>
          <w:szCs w:val="20"/>
          <w:lang w:val="en-FJ"/>
        </w:rPr>
        <w:t>“You have a lovely house.”</w:t>
      </w:r>
    </w:p>
    <w:p w14:paraId="600E97A5" w14:textId="77777777" w:rsidR="00682836" w:rsidRPr="00504939" w:rsidRDefault="00682836" w:rsidP="00682836">
      <w:pPr>
        <w:rPr>
          <w:rFonts w:asciiTheme="majorHAnsi" w:hAnsiTheme="majorHAnsi" w:cstheme="majorHAnsi"/>
          <w:sz w:val="20"/>
          <w:szCs w:val="20"/>
          <w:lang w:val="en-FJ"/>
        </w:rPr>
      </w:pPr>
      <w:r w:rsidRPr="00504939">
        <w:rPr>
          <w:rFonts w:asciiTheme="majorHAnsi" w:hAnsiTheme="majorHAnsi" w:cstheme="majorHAnsi"/>
          <w:sz w:val="20"/>
          <w:szCs w:val="20"/>
          <w:lang w:val="en-FJ"/>
        </w:rPr>
        <w:t>And the family appreciated that.</w:t>
      </w:r>
    </w:p>
    <w:p w14:paraId="2ADC7740" w14:textId="77777777" w:rsidR="00682836" w:rsidRPr="00504939" w:rsidRDefault="00682836" w:rsidP="00682836">
      <w:pPr>
        <w:rPr>
          <w:rFonts w:asciiTheme="majorHAnsi" w:hAnsiTheme="majorHAnsi" w:cstheme="majorHAnsi"/>
          <w:sz w:val="20"/>
          <w:szCs w:val="20"/>
          <w:lang w:val="en-FJ"/>
        </w:rPr>
      </w:pPr>
      <w:r w:rsidRPr="00504939">
        <w:rPr>
          <w:rFonts w:asciiTheme="majorHAnsi" w:hAnsiTheme="majorHAnsi" w:cstheme="majorHAnsi"/>
          <w:sz w:val="20"/>
          <w:szCs w:val="20"/>
          <w:lang w:val="en-FJ"/>
        </w:rPr>
        <w:t>But like King Hezekiah, they weren’t doing anything obviously wrong—they were simply showing what mattered most. They showed their home. Their order. Their effort.</w:t>
      </w:r>
    </w:p>
    <w:p w14:paraId="66D791B6" w14:textId="77777777" w:rsidR="00682836" w:rsidRPr="00504939" w:rsidRDefault="00682836" w:rsidP="00682836">
      <w:pPr>
        <w:rPr>
          <w:rFonts w:asciiTheme="majorHAnsi" w:hAnsiTheme="majorHAnsi" w:cstheme="majorHAnsi"/>
          <w:sz w:val="20"/>
          <w:szCs w:val="20"/>
          <w:lang w:val="en-FJ"/>
        </w:rPr>
      </w:pPr>
      <w:r w:rsidRPr="00504939">
        <w:rPr>
          <w:rFonts w:asciiTheme="majorHAnsi" w:hAnsiTheme="majorHAnsi" w:cstheme="majorHAnsi"/>
          <w:sz w:val="20"/>
          <w:szCs w:val="20"/>
          <w:lang w:val="en-FJ"/>
        </w:rPr>
        <w:lastRenderedPageBreak/>
        <w:t>Then a difficult season came. Work became uncertain. Stress entered the home. The children felt it, even when no one spoke about it.</w:t>
      </w:r>
    </w:p>
    <w:p w14:paraId="76FDED8C" w14:textId="77777777" w:rsidR="00682836" w:rsidRPr="00504939" w:rsidRDefault="00682836" w:rsidP="00682836">
      <w:pPr>
        <w:rPr>
          <w:rFonts w:asciiTheme="majorHAnsi" w:hAnsiTheme="majorHAnsi" w:cstheme="majorHAnsi"/>
          <w:sz w:val="20"/>
          <w:szCs w:val="20"/>
          <w:lang w:val="en-FJ"/>
        </w:rPr>
      </w:pPr>
      <w:r w:rsidRPr="00504939">
        <w:rPr>
          <w:rFonts w:asciiTheme="majorHAnsi" w:hAnsiTheme="majorHAnsi" w:cstheme="majorHAnsi"/>
          <w:sz w:val="20"/>
          <w:szCs w:val="20"/>
          <w:lang w:val="en-FJ"/>
        </w:rPr>
        <w:t>One evening, a neighbour unexpectedly came by. She wasn’t there for a visit—she was there because she was struggling. After sitting quietly for a moment, she asked a simple but honest question:</w:t>
      </w:r>
      <w:r w:rsidRPr="00504939">
        <w:rPr>
          <w:rFonts w:asciiTheme="majorHAnsi" w:hAnsiTheme="majorHAnsi" w:cstheme="majorHAnsi"/>
          <w:sz w:val="20"/>
          <w:szCs w:val="20"/>
          <w:lang w:val="en-FJ"/>
        </w:rPr>
        <w:br/>
      </w:r>
      <w:r w:rsidRPr="00504939">
        <w:rPr>
          <w:rFonts w:asciiTheme="majorHAnsi" w:hAnsiTheme="majorHAnsi" w:cstheme="majorHAnsi"/>
          <w:i/>
          <w:iCs/>
          <w:sz w:val="20"/>
          <w:szCs w:val="20"/>
          <w:lang w:val="en-FJ"/>
        </w:rPr>
        <w:t>“How do you keep going when life feels overwhelming?”</w:t>
      </w:r>
    </w:p>
    <w:p w14:paraId="068F0C6C" w14:textId="77777777" w:rsidR="00682836" w:rsidRPr="00504939" w:rsidRDefault="00682836" w:rsidP="00682836">
      <w:pPr>
        <w:rPr>
          <w:rFonts w:asciiTheme="majorHAnsi" w:hAnsiTheme="majorHAnsi" w:cstheme="majorHAnsi"/>
          <w:sz w:val="20"/>
          <w:szCs w:val="20"/>
          <w:lang w:val="en-FJ"/>
        </w:rPr>
      </w:pPr>
      <w:r w:rsidRPr="00504939">
        <w:rPr>
          <w:rFonts w:asciiTheme="majorHAnsi" w:hAnsiTheme="majorHAnsi" w:cstheme="majorHAnsi"/>
          <w:sz w:val="20"/>
          <w:szCs w:val="20"/>
          <w:lang w:val="en-FJ"/>
        </w:rPr>
        <w:t>The room went still.</w:t>
      </w:r>
    </w:p>
    <w:p w14:paraId="38DC48C0" w14:textId="77777777" w:rsidR="00682836" w:rsidRPr="00504939" w:rsidRDefault="00682836" w:rsidP="00682836">
      <w:pPr>
        <w:rPr>
          <w:rFonts w:asciiTheme="majorHAnsi" w:hAnsiTheme="majorHAnsi" w:cstheme="majorHAnsi"/>
          <w:sz w:val="20"/>
          <w:szCs w:val="20"/>
          <w:lang w:val="en-FJ"/>
        </w:rPr>
      </w:pPr>
      <w:r w:rsidRPr="00504939">
        <w:rPr>
          <w:rFonts w:asciiTheme="majorHAnsi" w:hAnsiTheme="majorHAnsi" w:cstheme="majorHAnsi"/>
          <w:sz w:val="20"/>
          <w:szCs w:val="20"/>
          <w:lang w:val="en-FJ"/>
        </w:rPr>
        <w:t>This was their moment—like the moment Isaiah’s question points us to:</w:t>
      </w:r>
      <w:r w:rsidRPr="00504939">
        <w:rPr>
          <w:rFonts w:asciiTheme="majorHAnsi" w:hAnsiTheme="majorHAnsi" w:cstheme="majorHAnsi"/>
          <w:sz w:val="20"/>
          <w:szCs w:val="20"/>
          <w:lang w:val="en-FJ"/>
        </w:rPr>
        <w:br/>
      </w:r>
      <w:r w:rsidRPr="00504939">
        <w:rPr>
          <w:rFonts w:asciiTheme="majorHAnsi" w:hAnsiTheme="majorHAnsi" w:cstheme="majorHAnsi"/>
          <w:i/>
          <w:iCs/>
          <w:sz w:val="20"/>
          <w:szCs w:val="20"/>
          <w:lang w:val="en-FJ"/>
        </w:rPr>
        <w:t>What is really in your house?</w:t>
      </w:r>
    </w:p>
    <w:p w14:paraId="75DFCC75" w14:textId="77777777" w:rsidR="00682836" w:rsidRPr="00504939" w:rsidRDefault="00682836" w:rsidP="00682836">
      <w:pPr>
        <w:rPr>
          <w:rFonts w:asciiTheme="majorHAnsi" w:hAnsiTheme="majorHAnsi" w:cstheme="majorHAnsi"/>
          <w:sz w:val="20"/>
          <w:szCs w:val="20"/>
          <w:lang w:val="en-FJ"/>
        </w:rPr>
      </w:pPr>
      <w:r w:rsidRPr="00504939">
        <w:rPr>
          <w:rFonts w:asciiTheme="majorHAnsi" w:hAnsiTheme="majorHAnsi" w:cstheme="majorHAnsi"/>
          <w:sz w:val="20"/>
          <w:szCs w:val="20"/>
          <w:lang w:val="en-FJ"/>
        </w:rPr>
        <w:t xml:space="preserve">The mother gently answered, </w:t>
      </w:r>
      <w:r w:rsidRPr="00504939">
        <w:rPr>
          <w:rFonts w:asciiTheme="majorHAnsi" w:hAnsiTheme="majorHAnsi" w:cstheme="majorHAnsi"/>
          <w:i/>
          <w:iCs/>
          <w:sz w:val="20"/>
          <w:szCs w:val="20"/>
          <w:lang w:val="en-FJ"/>
        </w:rPr>
        <w:t>“We don’t have it all together. But when we don’t know what to do, we pray.”</w:t>
      </w:r>
    </w:p>
    <w:p w14:paraId="25B39520" w14:textId="77777777" w:rsidR="00682836" w:rsidRPr="00504939" w:rsidRDefault="00682836" w:rsidP="00682836">
      <w:pPr>
        <w:rPr>
          <w:rFonts w:asciiTheme="majorHAnsi" w:hAnsiTheme="majorHAnsi" w:cstheme="majorHAnsi"/>
          <w:sz w:val="20"/>
          <w:szCs w:val="20"/>
          <w:lang w:val="en-FJ"/>
        </w:rPr>
      </w:pPr>
      <w:r w:rsidRPr="00504939">
        <w:rPr>
          <w:rFonts w:asciiTheme="majorHAnsi" w:hAnsiTheme="majorHAnsi" w:cstheme="majorHAnsi"/>
          <w:sz w:val="20"/>
          <w:szCs w:val="20"/>
          <w:lang w:val="en-FJ"/>
        </w:rPr>
        <w:t>Right there—no performance, no long explanation—they prayed.</w:t>
      </w:r>
      <w:r w:rsidRPr="00504939">
        <w:rPr>
          <w:rFonts w:asciiTheme="majorHAnsi" w:hAnsiTheme="majorHAnsi" w:cstheme="majorHAnsi"/>
          <w:sz w:val="20"/>
          <w:szCs w:val="20"/>
          <w:lang w:val="en-FJ"/>
        </w:rPr>
        <w:br/>
        <w:t>The children joined. Tears came. Peace followed.</w:t>
      </w:r>
    </w:p>
    <w:p w14:paraId="756CA066" w14:textId="77777777" w:rsidR="00682836" w:rsidRPr="00504939" w:rsidRDefault="00682836" w:rsidP="00682836">
      <w:pPr>
        <w:rPr>
          <w:rFonts w:asciiTheme="majorHAnsi" w:hAnsiTheme="majorHAnsi" w:cstheme="majorHAnsi"/>
          <w:sz w:val="20"/>
          <w:szCs w:val="20"/>
          <w:lang w:val="en-FJ"/>
        </w:rPr>
      </w:pPr>
      <w:r w:rsidRPr="00504939">
        <w:rPr>
          <w:rFonts w:asciiTheme="majorHAnsi" w:hAnsiTheme="majorHAnsi" w:cstheme="majorHAnsi"/>
          <w:sz w:val="20"/>
          <w:szCs w:val="20"/>
          <w:lang w:val="en-FJ"/>
        </w:rPr>
        <w:t>Later, that neighbour said something unforgettable:</w:t>
      </w:r>
      <w:r w:rsidRPr="00504939">
        <w:rPr>
          <w:rFonts w:asciiTheme="majorHAnsi" w:hAnsiTheme="majorHAnsi" w:cstheme="majorHAnsi"/>
          <w:sz w:val="20"/>
          <w:szCs w:val="20"/>
          <w:lang w:val="en-FJ"/>
        </w:rPr>
        <w:br/>
      </w:r>
      <w:r w:rsidRPr="00504939">
        <w:rPr>
          <w:rFonts w:asciiTheme="majorHAnsi" w:hAnsiTheme="majorHAnsi" w:cstheme="majorHAnsi"/>
          <w:i/>
          <w:iCs/>
          <w:sz w:val="20"/>
          <w:szCs w:val="20"/>
          <w:lang w:val="en-FJ"/>
        </w:rPr>
        <w:t>“I don’t remember your furniture. I don’t remember your house. But I remember that I met Jesus there.”</w:t>
      </w:r>
    </w:p>
    <w:p w14:paraId="63525699" w14:textId="77777777" w:rsidR="00682836" w:rsidRPr="00504939" w:rsidRDefault="00682836" w:rsidP="00682836">
      <w:pPr>
        <w:rPr>
          <w:rFonts w:asciiTheme="majorHAnsi" w:hAnsiTheme="majorHAnsi" w:cstheme="majorHAnsi"/>
          <w:sz w:val="20"/>
          <w:szCs w:val="20"/>
          <w:lang w:val="en-FJ"/>
        </w:rPr>
      </w:pPr>
      <w:r w:rsidRPr="00504939">
        <w:rPr>
          <w:rFonts w:asciiTheme="majorHAnsi" w:hAnsiTheme="majorHAnsi" w:cstheme="majorHAnsi"/>
          <w:sz w:val="20"/>
          <w:szCs w:val="20"/>
          <w:lang w:val="en-FJ"/>
        </w:rPr>
        <w:t>That home didn’t become perfect overnight. Problems didn’t disappear. But something changed. From then on, when people entered that house, they didn’t notice what they owned first—they noticed peace. Gratitude. A quiet presence of God.</w:t>
      </w:r>
    </w:p>
    <w:p w14:paraId="68D11B00" w14:textId="77777777" w:rsidR="00682836" w:rsidRPr="00504939" w:rsidRDefault="00682836" w:rsidP="00682836">
      <w:pPr>
        <w:rPr>
          <w:rFonts w:asciiTheme="majorHAnsi" w:hAnsiTheme="majorHAnsi" w:cstheme="majorHAnsi"/>
          <w:sz w:val="20"/>
          <w:szCs w:val="20"/>
          <w:lang w:val="en-FJ"/>
        </w:rPr>
      </w:pPr>
      <w:r w:rsidRPr="00504939">
        <w:rPr>
          <w:rFonts w:asciiTheme="majorHAnsi" w:hAnsiTheme="majorHAnsi" w:cstheme="majorHAnsi"/>
          <w:sz w:val="20"/>
          <w:szCs w:val="20"/>
          <w:lang w:val="en-FJ"/>
        </w:rPr>
        <w:t>And that brings us back to the searching question of Scripture:</w:t>
      </w:r>
      <w:r w:rsidRPr="00504939">
        <w:rPr>
          <w:rFonts w:asciiTheme="majorHAnsi" w:hAnsiTheme="majorHAnsi" w:cstheme="majorHAnsi"/>
          <w:sz w:val="20"/>
          <w:szCs w:val="20"/>
          <w:lang w:val="en-FJ"/>
        </w:rPr>
        <w:br/>
      </w:r>
      <w:r w:rsidRPr="00504939">
        <w:rPr>
          <w:rFonts w:asciiTheme="majorHAnsi" w:hAnsiTheme="majorHAnsi" w:cstheme="majorHAnsi"/>
          <w:b/>
          <w:bCs/>
          <w:sz w:val="20"/>
          <w:szCs w:val="20"/>
          <w:lang w:val="en-FJ"/>
        </w:rPr>
        <w:t>“What did they see in your house?”</w:t>
      </w:r>
    </w:p>
    <w:p w14:paraId="3905ACA9" w14:textId="77777777" w:rsidR="00682836" w:rsidRPr="00504939" w:rsidRDefault="00682836" w:rsidP="00682836">
      <w:pPr>
        <w:rPr>
          <w:rFonts w:asciiTheme="majorHAnsi" w:hAnsiTheme="majorHAnsi" w:cstheme="majorHAnsi"/>
          <w:sz w:val="20"/>
          <w:szCs w:val="20"/>
          <w:lang w:val="en-FJ"/>
        </w:rPr>
      </w:pPr>
      <w:r w:rsidRPr="00504939">
        <w:rPr>
          <w:rFonts w:asciiTheme="majorHAnsi" w:hAnsiTheme="majorHAnsi" w:cstheme="majorHAnsi"/>
          <w:sz w:val="20"/>
          <w:szCs w:val="20"/>
          <w:lang w:val="en-FJ"/>
        </w:rPr>
        <w:t xml:space="preserve">Many in our communities are still asking, </w:t>
      </w:r>
      <w:r w:rsidRPr="00504939">
        <w:rPr>
          <w:rFonts w:asciiTheme="majorHAnsi" w:hAnsiTheme="majorHAnsi" w:cstheme="majorHAnsi"/>
          <w:i/>
          <w:iCs/>
          <w:sz w:val="20"/>
          <w:szCs w:val="20"/>
          <w:lang w:val="en-FJ"/>
        </w:rPr>
        <w:t>“Sir, we would like to see Jesus.”</w:t>
      </w:r>
      <w:r w:rsidRPr="00504939">
        <w:rPr>
          <w:rFonts w:asciiTheme="majorHAnsi" w:hAnsiTheme="majorHAnsi" w:cstheme="majorHAnsi"/>
          <w:sz w:val="20"/>
          <w:szCs w:val="20"/>
          <w:lang w:val="en-FJ"/>
        </w:rPr>
        <w:br/>
        <w:t>May our homes answer that longing—not with possessions or personalities—but with the presence of Christ.</w:t>
      </w:r>
    </w:p>
    <w:p w14:paraId="3683B69A" w14:textId="3E90E857" w:rsidR="00BC56D0" w:rsidRPr="000A0074" w:rsidRDefault="00B32FB4" w:rsidP="005952B1">
      <w:pPr>
        <w:pStyle w:val="Heading4"/>
        <w:rPr>
          <w:color w:val="0070C0"/>
          <w:sz w:val="20"/>
          <w:szCs w:val="20"/>
        </w:rPr>
      </w:pPr>
      <w:r w:rsidRPr="000A0074">
        <w:rPr>
          <w:color w:val="0070C0"/>
          <w:sz w:val="20"/>
          <w:szCs w:val="20"/>
        </w:rPr>
        <w:t>REFLECTION QUESTIONS</w:t>
      </w:r>
    </w:p>
    <w:p w14:paraId="7600FD8C" w14:textId="77777777" w:rsidR="00BC56D0" w:rsidRPr="00504939" w:rsidRDefault="00000000" w:rsidP="00682836">
      <w:pPr>
        <w:pStyle w:val="ListParagraph"/>
        <w:numPr>
          <w:ilvl w:val="0"/>
          <w:numId w:val="38"/>
        </w:numPr>
        <w:rPr>
          <w:sz w:val="20"/>
          <w:szCs w:val="20"/>
        </w:rPr>
      </w:pPr>
      <w:r w:rsidRPr="00504939">
        <w:rPr>
          <w:rFonts w:ascii="Calibri" w:hAnsi="Calibri"/>
          <w:sz w:val="20"/>
          <w:szCs w:val="20"/>
        </w:rPr>
        <w:t>If someone visited our home this week, what spiritual “atmosphere” would they sense?</w:t>
      </w:r>
    </w:p>
    <w:p w14:paraId="1F0BC844" w14:textId="77777777" w:rsidR="00BC56D0" w:rsidRPr="00504939" w:rsidRDefault="00000000" w:rsidP="00682836">
      <w:pPr>
        <w:pStyle w:val="ListParagraph"/>
        <w:numPr>
          <w:ilvl w:val="0"/>
          <w:numId w:val="38"/>
        </w:numPr>
        <w:rPr>
          <w:sz w:val="20"/>
          <w:szCs w:val="20"/>
        </w:rPr>
      </w:pPr>
      <w:r w:rsidRPr="00504939">
        <w:rPr>
          <w:rFonts w:ascii="Calibri" w:hAnsi="Calibri"/>
          <w:sz w:val="20"/>
          <w:szCs w:val="20"/>
        </w:rPr>
        <w:t>Where have we been tempted to show treasures (achievements, things) instead of testimony (what God has done)?</w:t>
      </w:r>
    </w:p>
    <w:p w14:paraId="220E9B77" w14:textId="77777777" w:rsidR="00BC56D0" w:rsidRPr="00504939" w:rsidRDefault="00000000" w:rsidP="00682836">
      <w:pPr>
        <w:pStyle w:val="ListParagraph"/>
        <w:numPr>
          <w:ilvl w:val="0"/>
          <w:numId w:val="38"/>
        </w:numPr>
        <w:rPr>
          <w:sz w:val="20"/>
          <w:szCs w:val="20"/>
        </w:rPr>
      </w:pPr>
      <w:r w:rsidRPr="00504939">
        <w:rPr>
          <w:rFonts w:ascii="Calibri" w:hAnsi="Calibri"/>
          <w:sz w:val="20"/>
          <w:szCs w:val="20"/>
        </w:rPr>
        <w:t>What one change could we make to help guests “see Jesus” in our home?</w:t>
      </w:r>
    </w:p>
    <w:p w14:paraId="256EF801" w14:textId="3BD3BA84" w:rsidR="00BC56D0" w:rsidRPr="000A0074" w:rsidRDefault="00B32FB4" w:rsidP="005952B1">
      <w:pPr>
        <w:pStyle w:val="Heading4"/>
        <w:rPr>
          <w:color w:val="0070C0"/>
          <w:sz w:val="20"/>
          <w:szCs w:val="20"/>
        </w:rPr>
      </w:pPr>
      <w:r w:rsidRPr="000A0074">
        <w:rPr>
          <w:color w:val="0070C0"/>
          <w:sz w:val="20"/>
          <w:szCs w:val="20"/>
        </w:rPr>
        <w:t>FAMILY ACTIVITY</w:t>
      </w:r>
    </w:p>
    <w:p w14:paraId="2D2CF4B0" w14:textId="77777777" w:rsidR="00BC56D0" w:rsidRPr="00504939" w:rsidRDefault="00000000" w:rsidP="005952B1">
      <w:pPr>
        <w:rPr>
          <w:sz w:val="20"/>
          <w:szCs w:val="20"/>
        </w:rPr>
      </w:pPr>
      <w:r w:rsidRPr="00504939">
        <w:rPr>
          <w:rFonts w:ascii="Calibri" w:hAnsi="Calibri"/>
          <w:sz w:val="20"/>
          <w:szCs w:val="20"/>
        </w:rPr>
        <w:t>As a family, walk through your living spaces and identify one visible sign of faith to add or refresh (e.g., a family prayer corner, a Scripture on the wall, a devotional basket).</w:t>
      </w:r>
    </w:p>
    <w:p w14:paraId="3A86D481" w14:textId="5B7DFB4F" w:rsidR="00BC56D0" w:rsidRPr="000A0074" w:rsidRDefault="00B32FB4" w:rsidP="005952B1">
      <w:pPr>
        <w:pStyle w:val="Heading4"/>
        <w:rPr>
          <w:color w:val="0070C0"/>
          <w:sz w:val="20"/>
          <w:szCs w:val="20"/>
        </w:rPr>
      </w:pPr>
      <w:r w:rsidRPr="000A0074">
        <w:rPr>
          <w:color w:val="0070C0"/>
          <w:sz w:val="20"/>
          <w:szCs w:val="20"/>
        </w:rPr>
        <w:t>TRANSITION TO SERMON</w:t>
      </w:r>
    </w:p>
    <w:p w14:paraId="61933865" w14:textId="77777777" w:rsidR="00BC56D0" w:rsidRPr="00504939" w:rsidRDefault="00000000" w:rsidP="005952B1">
      <w:pPr>
        <w:rPr>
          <w:sz w:val="20"/>
          <w:szCs w:val="20"/>
        </w:rPr>
      </w:pPr>
      <w:r w:rsidRPr="00504939">
        <w:rPr>
          <w:rFonts w:ascii="Calibri" w:hAnsi="Calibri"/>
          <w:sz w:val="20"/>
          <w:szCs w:val="20"/>
        </w:rPr>
        <w:t>Hezekiah’s response reveals how easily we trust in what we can see and count. Tonight’s message asks the larger question that shapes the way we live at home and in the world: Can God truly be trusted?</w:t>
      </w:r>
    </w:p>
    <w:p w14:paraId="041B259B" w14:textId="7483C6A5" w:rsidR="00AD3B65" w:rsidRPr="000A0074" w:rsidRDefault="00B32FB4" w:rsidP="005952B1">
      <w:pPr>
        <w:pStyle w:val="Heading4"/>
        <w:rPr>
          <w:color w:val="0070C0"/>
          <w:sz w:val="20"/>
          <w:szCs w:val="20"/>
        </w:rPr>
      </w:pPr>
      <w:r w:rsidRPr="000A0074">
        <w:rPr>
          <w:color w:val="0070C0"/>
          <w:sz w:val="20"/>
          <w:szCs w:val="20"/>
        </w:rPr>
        <w:t>PRAYER</w:t>
      </w:r>
    </w:p>
    <w:p w14:paraId="207E6D8C" w14:textId="77777777" w:rsidR="00AD3B65" w:rsidRPr="00504939" w:rsidRDefault="00AD3B65" w:rsidP="005952B1">
      <w:pPr>
        <w:rPr>
          <w:sz w:val="20"/>
          <w:szCs w:val="20"/>
        </w:rPr>
      </w:pPr>
      <w:r w:rsidRPr="00504939">
        <w:rPr>
          <w:rFonts w:ascii="Calibri" w:hAnsi="Calibri"/>
          <w:sz w:val="20"/>
          <w:szCs w:val="20"/>
        </w:rPr>
        <w:t>Lord Jesus, may our home display Your presence more than our possessions. Teach us to use every visit and every conversation to point to You. Amen.</w:t>
      </w:r>
    </w:p>
    <w:p w14:paraId="72ADA886" w14:textId="77777777" w:rsidR="00BC56D0" w:rsidRPr="00504939" w:rsidRDefault="00000000" w:rsidP="005952B1">
      <w:pPr>
        <w:pStyle w:val="Heading1"/>
        <w:shd w:val="clear" w:color="auto" w:fill="B6DDE8" w:themeFill="accent5" w:themeFillTint="66"/>
        <w:rPr>
          <w:sz w:val="20"/>
          <w:szCs w:val="20"/>
        </w:rPr>
      </w:pPr>
      <w:bookmarkStart w:id="3" w:name="_Toc226793105"/>
      <w:r w:rsidRPr="00504939">
        <w:rPr>
          <w:sz w:val="20"/>
          <w:szCs w:val="20"/>
        </w:rPr>
        <w:lastRenderedPageBreak/>
        <w:t>SERMON TOPIC #2 — SEEING THE SIGNS</w:t>
      </w:r>
      <w:bookmarkEnd w:id="3"/>
      <w:r w:rsidRPr="00504939">
        <w:rPr>
          <w:sz w:val="20"/>
          <w:szCs w:val="20"/>
        </w:rPr>
        <w:t xml:space="preserve"> </w:t>
      </w:r>
    </w:p>
    <w:p w14:paraId="0B270FB3" w14:textId="394835FB" w:rsidR="00BC56D0" w:rsidRPr="00504939" w:rsidRDefault="00B00812" w:rsidP="005952B1">
      <w:pPr>
        <w:pStyle w:val="Heading1"/>
        <w:rPr>
          <w:sz w:val="20"/>
          <w:szCs w:val="20"/>
        </w:rPr>
      </w:pPr>
      <w:bookmarkStart w:id="4" w:name="_Toc226793106"/>
      <w:r w:rsidRPr="00504939">
        <w:rPr>
          <w:sz w:val="20"/>
          <w:szCs w:val="20"/>
        </w:rPr>
        <w:t xml:space="preserve">FAMILY </w:t>
      </w:r>
      <w:proofErr w:type="gramStart"/>
      <w:r w:rsidRPr="00504939">
        <w:rPr>
          <w:sz w:val="20"/>
          <w:szCs w:val="20"/>
        </w:rPr>
        <w:t>FOCUS :</w:t>
      </w:r>
      <w:proofErr w:type="gramEnd"/>
      <w:r w:rsidRPr="00504939">
        <w:rPr>
          <w:sz w:val="20"/>
          <w:szCs w:val="20"/>
        </w:rPr>
        <w:t xml:space="preserve"> TIME FOR CHILDREN</w:t>
      </w:r>
      <w:bookmarkEnd w:id="4"/>
    </w:p>
    <w:p w14:paraId="7491F29B" w14:textId="77777777" w:rsidR="00BC56D0" w:rsidRPr="00504939" w:rsidRDefault="00000000" w:rsidP="005952B1">
      <w:pPr>
        <w:rPr>
          <w:b/>
          <w:bCs/>
          <w:sz w:val="20"/>
          <w:szCs w:val="20"/>
        </w:rPr>
      </w:pPr>
      <w:r w:rsidRPr="00504939">
        <w:rPr>
          <w:rFonts w:ascii="Calibri" w:hAnsi="Calibri"/>
          <w:b/>
          <w:bCs/>
          <w:sz w:val="20"/>
          <w:szCs w:val="20"/>
        </w:rPr>
        <w:t>“Fathers, do not embitter your children, or they will become discouraged” (Col. 3:21).</w:t>
      </w:r>
    </w:p>
    <w:p w14:paraId="2C96A25F" w14:textId="77777777" w:rsidR="00BC56D0" w:rsidRPr="00504939" w:rsidRDefault="00000000" w:rsidP="00B32FB4">
      <w:pPr>
        <w:jc w:val="both"/>
        <w:rPr>
          <w:sz w:val="20"/>
          <w:szCs w:val="20"/>
        </w:rPr>
      </w:pPr>
      <w:r w:rsidRPr="00504939">
        <w:rPr>
          <w:rFonts w:ascii="Calibri" w:hAnsi="Calibri"/>
          <w:sz w:val="20"/>
          <w:szCs w:val="20"/>
        </w:rPr>
        <w:t xml:space="preserve">I believe there is nothing more annoying to a child than being the orphan of a living father. Yes, do not be surprised by this comment! Listen to this story: After a very busy day in the office, a father was relaxing. He was comfortably sitting on the living room couch reading the newspaper. In that moment his preteen son enters the room. He touches his father’s shoulders and says: “Dad, dad!” His father, who could not take his eyes off the newspaper, said: “What do you want son, how much do you want?” The boy replies: “Dad, I do not want money, I want you!” Similar stories could be shared time and again, but all would have one thing in common. There are countless homes where the father, mother or both are so busy searching for financial or professional success that they do not dedicate time </w:t>
      </w:r>
      <w:proofErr w:type="gramStart"/>
      <w:r w:rsidRPr="00504939">
        <w:rPr>
          <w:rFonts w:ascii="Calibri" w:hAnsi="Calibri"/>
          <w:sz w:val="20"/>
          <w:szCs w:val="20"/>
        </w:rPr>
        <w:t>for</w:t>
      </w:r>
      <w:proofErr w:type="gramEnd"/>
      <w:r w:rsidRPr="00504939">
        <w:rPr>
          <w:rFonts w:ascii="Calibri" w:hAnsi="Calibri"/>
          <w:sz w:val="20"/>
          <w:szCs w:val="20"/>
        </w:rPr>
        <w:t xml:space="preserve"> their children. Many parents believe that financial success would solve their problems.</w:t>
      </w:r>
    </w:p>
    <w:p w14:paraId="29DFD035" w14:textId="77777777" w:rsidR="00BC56D0" w:rsidRPr="00504939" w:rsidRDefault="00000000" w:rsidP="00B32FB4">
      <w:pPr>
        <w:jc w:val="both"/>
        <w:rPr>
          <w:sz w:val="20"/>
          <w:szCs w:val="20"/>
        </w:rPr>
      </w:pPr>
      <w:r w:rsidRPr="00504939">
        <w:rPr>
          <w:rFonts w:ascii="Calibri" w:hAnsi="Calibri"/>
          <w:sz w:val="20"/>
          <w:szCs w:val="20"/>
        </w:rPr>
        <w:t xml:space="preserve">“Dad, I do not want money, I want you!” That is what many children cry for. We </w:t>
      </w:r>
      <w:proofErr w:type="gramStart"/>
      <w:r w:rsidRPr="00504939">
        <w:rPr>
          <w:rFonts w:ascii="Calibri" w:hAnsi="Calibri"/>
          <w:sz w:val="20"/>
          <w:szCs w:val="20"/>
        </w:rPr>
        <w:t>have to</w:t>
      </w:r>
      <w:proofErr w:type="gramEnd"/>
      <w:r w:rsidRPr="00504939">
        <w:rPr>
          <w:rFonts w:ascii="Calibri" w:hAnsi="Calibri"/>
          <w:sz w:val="20"/>
          <w:szCs w:val="20"/>
        </w:rPr>
        <w:t xml:space="preserve"> understand that there is no time better spent by a father or a mother than that which is dedicated to their children. To answer this cry, it takes planning and willpower from the parents to prioritize the attention their children deserve. I say planning because parents should put in their daily schedule some time dedicated to their children. This should be something as sacred and important as a job commitment. It is not just the quantity of time you spend either. You must </w:t>
      </w:r>
      <w:proofErr w:type="gramStart"/>
      <w:r w:rsidRPr="00504939">
        <w:rPr>
          <w:rFonts w:ascii="Calibri" w:hAnsi="Calibri"/>
          <w:sz w:val="20"/>
          <w:szCs w:val="20"/>
        </w:rPr>
        <w:t>genuine</w:t>
      </w:r>
      <w:proofErr w:type="gramEnd"/>
      <w:r w:rsidRPr="00504939">
        <w:rPr>
          <w:rFonts w:ascii="Calibri" w:hAnsi="Calibri"/>
          <w:sz w:val="20"/>
          <w:szCs w:val="20"/>
        </w:rPr>
        <w:t xml:space="preserve"> interact with your children in a quality way as well. It also takes perseverance to make time for children a priority. And remember, it is never too late to dedicate time, love and kindness to your children. At the right time they will return to us everything we have invested in them. They will acknowledge that we gave them something money could not afford – love. —Daily Meditations, p. 346</w:t>
      </w:r>
    </w:p>
    <w:p w14:paraId="7EF34DAF" w14:textId="2FF6EB94" w:rsidR="00BC56D0" w:rsidRPr="00504939" w:rsidRDefault="00B32FB4" w:rsidP="005952B1">
      <w:pPr>
        <w:pStyle w:val="Heading4"/>
        <w:rPr>
          <w:color w:val="0070C0"/>
          <w:sz w:val="20"/>
          <w:szCs w:val="20"/>
        </w:rPr>
      </w:pPr>
      <w:r w:rsidRPr="00504939">
        <w:rPr>
          <w:color w:val="0070C0"/>
          <w:sz w:val="20"/>
          <w:szCs w:val="20"/>
        </w:rPr>
        <w:t xml:space="preserve">FAMILY DEVOTION: TIME FOR CHILDREN </w:t>
      </w:r>
    </w:p>
    <w:p w14:paraId="56F83386" w14:textId="77777777" w:rsidR="00BC56D0" w:rsidRPr="00504939" w:rsidRDefault="00000000" w:rsidP="005952B1">
      <w:pPr>
        <w:rPr>
          <w:sz w:val="20"/>
          <w:szCs w:val="20"/>
        </w:rPr>
      </w:pPr>
      <w:r w:rsidRPr="00504939">
        <w:rPr>
          <w:rFonts w:ascii="Calibri" w:hAnsi="Calibri"/>
          <w:sz w:val="20"/>
          <w:szCs w:val="20"/>
        </w:rPr>
        <w:t>Key Text: “Fathers, do not embitter your children, or they will become discouraged” (Colossians 3:21).</w:t>
      </w:r>
    </w:p>
    <w:p w14:paraId="0ADD8CC0" w14:textId="77777777" w:rsidR="00BC56D0" w:rsidRPr="00504939" w:rsidRDefault="00000000" w:rsidP="005952B1">
      <w:pPr>
        <w:rPr>
          <w:sz w:val="20"/>
          <w:szCs w:val="20"/>
        </w:rPr>
      </w:pPr>
      <w:r w:rsidRPr="00504939">
        <w:rPr>
          <w:rFonts w:ascii="Calibri" w:hAnsi="Calibri"/>
          <w:sz w:val="20"/>
          <w:szCs w:val="20"/>
        </w:rPr>
        <w:t>Children today face many pressures—but one of the deepest wounds a child carries is the absence of a present parent who is still physically alive. This is the message behind the story you shared:</w:t>
      </w:r>
    </w:p>
    <w:p w14:paraId="706D58E5" w14:textId="77777777" w:rsidR="00BC56D0" w:rsidRPr="00504939" w:rsidRDefault="00000000" w:rsidP="005952B1">
      <w:pPr>
        <w:rPr>
          <w:sz w:val="20"/>
          <w:szCs w:val="20"/>
        </w:rPr>
      </w:pPr>
      <w:r w:rsidRPr="00504939">
        <w:rPr>
          <w:rFonts w:ascii="Calibri" w:hAnsi="Calibri"/>
          <w:sz w:val="20"/>
          <w:szCs w:val="20"/>
        </w:rPr>
        <w:t>A tired father comes home, sinks into his chair, opens the newspaper, and barely acknowledges his child. The child, gently touching the father’s shoulder, asks for attention. The father assumes the request is for money. The child answers with heartbreaking simplicity:</w:t>
      </w:r>
    </w:p>
    <w:p w14:paraId="2DF83D68" w14:textId="77777777" w:rsidR="00BC56D0" w:rsidRPr="00504939" w:rsidRDefault="00000000" w:rsidP="005952B1">
      <w:pPr>
        <w:rPr>
          <w:sz w:val="20"/>
          <w:szCs w:val="20"/>
        </w:rPr>
      </w:pPr>
      <w:r w:rsidRPr="00504939">
        <w:rPr>
          <w:rFonts w:ascii="Calibri" w:hAnsi="Calibri"/>
          <w:sz w:val="20"/>
          <w:szCs w:val="20"/>
        </w:rPr>
        <w:t>“Dad, I do not want money, I want you.”</w:t>
      </w:r>
    </w:p>
    <w:p w14:paraId="27588E22" w14:textId="77777777" w:rsidR="00BC56D0" w:rsidRPr="00504939" w:rsidRDefault="00000000" w:rsidP="005952B1">
      <w:pPr>
        <w:rPr>
          <w:sz w:val="20"/>
          <w:szCs w:val="20"/>
        </w:rPr>
      </w:pPr>
      <w:r w:rsidRPr="00504939">
        <w:rPr>
          <w:rFonts w:ascii="Calibri" w:hAnsi="Calibri"/>
          <w:sz w:val="20"/>
          <w:szCs w:val="20"/>
        </w:rPr>
        <w:t>This cry echoes in countless homes. Parents chase financial security and professional success, believing these things will solve family problems. But no amount of money replaces time, presence, conversation, listening, and love.</w:t>
      </w:r>
    </w:p>
    <w:p w14:paraId="0B516F8B" w14:textId="77777777" w:rsidR="00BC56D0" w:rsidRPr="00504939" w:rsidRDefault="00000000" w:rsidP="005952B1">
      <w:pPr>
        <w:rPr>
          <w:rFonts w:ascii="Calibri" w:hAnsi="Calibri"/>
          <w:sz w:val="20"/>
          <w:szCs w:val="20"/>
        </w:rPr>
      </w:pPr>
      <w:r w:rsidRPr="00504939">
        <w:rPr>
          <w:rFonts w:ascii="Calibri" w:hAnsi="Calibri"/>
          <w:sz w:val="20"/>
          <w:szCs w:val="20"/>
        </w:rPr>
        <w:t>The truth is simple:</w:t>
      </w:r>
      <w:r w:rsidRPr="00504939">
        <w:rPr>
          <w:rFonts w:ascii="Calibri" w:hAnsi="Calibri"/>
          <w:sz w:val="20"/>
          <w:szCs w:val="20"/>
        </w:rPr>
        <w:br/>
        <w:t>A child’s greatest need is not what money can buy, but what love can offer.</w:t>
      </w:r>
    </w:p>
    <w:p w14:paraId="4E30DC05" w14:textId="77777777" w:rsidR="00BC56D0" w:rsidRPr="00504939" w:rsidRDefault="00000000" w:rsidP="005952B1">
      <w:pPr>
        <w:rPr>
          <w:sz w:val="20"/>
          <w:szCs w:val="20"/>
        </w:rPr>
      </w:pPr>
      <w:r w:rsidRPr="00504939">
        <w:rPr>
          <w:rFonts w:ascii="Calibri" w:hAnsi="Calibri"/>
          <w:sz w:val="20"/>
          <w:szCs w:val="20"/>
        </w:rPr>
        <w:t xml:space="preserve">To meet this need </w:t>
      </w:r>
      <w:proofErr w:type="gramStart"/>
      <w:r w:rsidRPr="00504939">
        <w:rPr>
          <w:rFonts w:ascii="Calibri" w:hAnsi="Calibri"/>
          <w:sz w:val="20"/>
          <w:szCs w:val="20"/>
        </w:rPr>
        <w:t>requires</w:t>
      </w:r>
      <w:proofErr w:type="gramEnd"/>
      <w:r w:rsidRPr="00504939">
        <w:rPr>
          <w:rFonts w:ascii="Calibri" w:hAnsi="Calibri"/>
          <w:sz w:val="20"/>
          <w:szCs w:val="20"/>
        </w:rPr>
        <w:t>:</w:t>
      </w:r>
    </w:p>
    <w:p w14:paraId="107B19DA" w14:textId="0BA8CBA4" w:rsidR="00BC56D0" w:rsidRPr="00504939" w:rsidRDefault="00000000" w:rsidP="005952B1">
      <w:pPr>
        <w:rPr>
          <w:sz w:val="20"/>
          <w:szCs w:val="20"/>
        </w:rPr>
      </w:pPr>
      <w:r w:rsidRPr="00504939">
        <w:rPr>
          <w:rFonts w:ascii="Calibri" w:hAnsi="Calibri"/>
          <w:sz w:val="20"/>
          <w:szCs w:val="20"/>
        </w:rPr>
        <w:t>1. Planning</w:t>
      </w:r>
      <w:r w:rsidR="00212F7B">
        <w:rPr>
          <w:rFonts w:ascii="Calibri" w:hAnsi="Calibri"/>
          <w:sz w:val="20"/>
          <w:szCs w:val="20"/>
        </w:rPr>
        <w:t xml:space="preserve"> - </w:t>
      </w:r>
      <w:r w:rsidRPr="00504939">
        <w:rPr>
          <w:rFonts w:ascii="Calibri" w:hAnsi="Calibri"/>
          <w:sz w:val="20"/>
          <w:szCs w:val="20"/>
        </w:rPr>
        <w:t>Time with children must be intentional, scheduled, protected—just like any other important commitment.</w:t>
      </w:r>
    </w:p>
    <w:p w14:paraId="253B3237" w14:textId="641469DE" w:rsidR="00BC56D0" w:rsidRPr="00504939" w:rsidRDefault="00000000" w:rsidP="005952B1">
      <w:pPr>
        <w:rPr>
          <w:sz w:val="20"/>
          <w:szCs w:val="20"/>
        </w:rPr>
      </w:pPr>
      <w:r w:rsidRPr="00504939">
        <w:rPr>
          <w:rFonts w:ascii="Calibri" w:hAnsi="Calibri"/>
          <w:sz w:val="20"/>
          <w:szCs w:val="20"/>
        </w:rPr>
        <w:t>2. Quality Interaction</w:t>
      </w:r>
      <w:r w:rsidR="00212F7B">
        <w:rPr>
          <w:rFonts w:ascii="Calibri" w:hAnsi="Calibri"/>
          <w:sz w:val="20"/>
          <w:szCs w:val="20"/>
        </w:rPr>
        <w:t xml:space="preserve"> - </w:t>
      </w:r>
      <w:r w:rsidRPr="00504939">
        <w:rPr>
          <w:rFonts w:ascii="Calibri" w:hAnsi="Calibri"/>
          <w:sz w:val="20"/>
          <w:szCs w:val="20"/>
        </w:rPr>
        <w:t>Being physically present is not enough. Children need engaged presence: listening, laughing, playing, praying.</w:t>
      </w:r>
    </w:p>
    <w:p w14:paraId="702C2457" w14:textId="1EDCFDD9" w:rsidR="00BC56D0" w:rsidRPr="00504939" w:rsidRDefault="00000000" w:rsidP="005952B1">
      <w:pPr>
        <w:rPr>
          <w:sz w:val="20"/>
          <w:szCs w:val="20"/>
        </w:rPr>
      </w:pPr>
      <w:r w:rsidRPr="00504939">
        <w:rPr>
          <w:rFonts w:ascii="Calibri" w:hAnsi="Calibri"/>
          <w:sz w:val="20"/>
          <w:szCs w:val="20"/>
        </w:rPr>
        <w:t>3. Perseverance</w:t>
      </w:r>
      <w:r w:rsidR="00212F7B">
        <w:rPr>
          <w:rFonts w:ascii="Calibri" w:hAnsi="Calibri"/>
          <w:sz w:val="20"/>
          <w:szCs w:val="20"/>
        </w:rPr>
        <w:t xml:space="preserve"> - </w:t>
      </w:r>
      <w:r w:rsidRPr="00504939">
        <w:rPr>
          <w:rFonts w:ascii="Calibri" w:hAnsi="Calibri"/>
          <w:sz w:val="20"/>
          <w:szCs w:val="20"/>
        </w:rPr>
        <w:t>Even when tired, stressed, or overwhelmed, love must remain consistent.</w:t>
      </w:r>
      <w:r w:rsidR="00D61AD4" w:rsidRPr="00504939">
        <w:rPr>
          <w:rFonts w:ascii="Calibri" w:hAnsi="Calibri"/>
          <w:sz w:val="20"/>
          <w:szCs w:val="20"/>
        </w:rPr>
        <w:t xml:space="preserve">  </w:t>
      </w:r>
      <w:r w:rsidRPr="00504939">
        <w:rPr>
          <w:rFonts w:ascii="Calibri" w:hAnsi="Calibri"/>
          <w:sz w:val="20"/>
          <w:szCs w:val="20"/>
        </w:rPr>
        <w:t>And the beautiful promise is this:</w:t>
      </w:r>
    </w:p>
    <w:p w14:paraId="687B06A7" w14:textId="77777777" w:rsidR="00BC56D0" w:rsidRPr="00504939" w:rsidRDefault="00000000" w:rsidP="005952B1">
      <w:pPr>
        <w:rPr>
          <w:sz w:val="20"/>
          <w:szCs w:val="20"/>
        </w:rPr>
      </w:pPr>
      <w:r w:rsidRPr="00504939">
        <w:rPr>
          <w:rFonts w:ascii="Calibri" w:hAnsi="Calibri"/>
          <w:sz w:val="20"/>
          <w:szCs w:val="20"/>
        </w:rPr>
        <w:lastRenderedPageBreak/>
        <w:t>It is never too late to give your children time, love, and kindness.</w:t>
      </w:r>
      <w:r w:rsidRPr="00504939">
        <w:rPr>
          <w:rFonts w:ascii="Calibri" w:hAnsi="Calibri"/>
          <w:sz w:val="20"/>
          <w:szCs w:val="20"/>
        </w:rPr>
        <w:br/>
        <w:t xml:space="preserve">The seeds </w:t>
      </w:r>
      <w:proofErr w:type="gramStart"/>
      <w:r w:rsidRPr="00504939">
        <w:rPr>
          <w:rFonts w:ascii="Calibri" w:hAnsi="Calibri"/>
          <w:sz w:val="20"/>
          <w:szCs w:val="20"/>
        </w:rPr>
        <w:t>sown</w:t>
      </w:r>
      <w:proofErr w:type="gramEnd"/>
      <w:r w:rsidRPr="00504939">
        <w:rPr>
          <w:rFonts w:ascii="Calibri" w:hAnsi="Calibri"/>
          <w:sz w:val="20"/>
          <w:szCs w:val="20"/>
        </w:rPr>
        <w:t xml:space="preserve"> today will grow into gratitude and emotional strength tomorrow.</w:t>
      </w:r>
      <w:r w:rsidRPr="00504939">
        <w:rPr>
          <w:rFonts w:ascii="Calibri" w:hAnsi="Calibri"/>
          <w:sz w:val="20"/>
          <w:szCs w:val="20"/>
        </w:rPr>
        <w:br/>
        <w:t>And when children finally understand, they will say:</w:t>
      </w:r>
    </w:p>
    <w:p w14:paraId="52BB27FB" w14:textId="77777777" w:rsidR="00BC56D0" w:rsidRPr="00504939" w:rsidRDefault="00000000" w:rsidP="005952B1">
      <w:pPr>
        <w:rPr>
          <w:sz w:val="20"/>
          <w:szCs w:val="20"/>
        </w:rPr>
      </w:pPr>
      <w:r w:rsidRPr="00504939">
        <w:rPr>
          <w:rFonts w:ascii="Calibri" w:hAnsi="Calibri"/>
          <w:sz w:val="20"/>
          <w:szCs w:val="20"/>
        </w:rPr>
        <w:t>“You gave me something money could not afford—love.”</w:t>
      </w:r>
    </w:p>
    <w:p w14:paraId="70F9B6ED" w14:textId="77777777" w:rsidR="00BC56D0" w:rsidRPr="00504939" w:rsidRDefault="00000000" w:rsidP="005952B1">
      <w:pPr>
        <w:rPr>
          <w:rFonts w:ascii="Calibri" w:hAnsi="Calibri"/>
          <w:sz w:val="20"/>
          <w:szCs w:val="20"/>
        </w:rPr>
      </w:pPr>
      <w:r w:rsidRPr="00504939">
        <w:rPr>
          <w:rFonts w:ascii="Calibri" w:hAnsi="Calibri"/>
          <w:sz w:val="20"/>
          <w:szCs w:val="20"/>
        </w:rPr>
        <w:t>— Adapted from Daily Meditations, p. 346</w:t>
      </w:r>
    </w:p>
    <w:p w14:paraId="056CCBE2" w14:textId="0886712E" w:rsidR="007003B8" w:rsidRPr="00504939" w:rsidRDefault="007003B8" w:rsidP="005952B1">
      <w:pPr>
        <w:rPr>
          <w:rFonts w:ascii="Calibri" w:hAnsi="Calibri"/>
          <w:b/>
          <w:bCs/>
          <w:i/>
          <w:iCs/>
          <w:color w:val="0070C0"/>
          <w:sz w:val="20"/>
          <w:szCs w:val="20"/>
        </w:rPr>
      </w:pPr>
      <w:r w:rsidRPr="00504939">
        <w:rPr>
          <w:rFonts w:ascii="Calibri" w:hAnsi="Calibri"/>
          <w:b/>
          <w:bCs/>
          <w:i/>
          <w:iCs/>
          <w:color w:val="0070C0"/>
          <w:sz w:val="20"/>
          <w:szCs w:val="20"/>
        </w:rPr>
        <w:t>FAMILY STORY</w:t>
      </w:r>
    </w:p>
    <w:p w14:paraId="732248CE" w14:textId="77777777" w:rsidR="007003B8" w:rsidRPr="00504939" w:rsidRDefault="007003B8" w:rsidP="007003B8">
      <w:pPr>
        <w:rPr>
          <w:rFonts w:ascii="Calibri" w:hAnsi="Calibri"/>
          <w:sz w:val="20"/>
          <w:szCs w:val="20"/>
          <w:lang w:val="en-FJ"/>
        </w:rPr>
      </w:pPr>
      <w:r w:rsidRPr="00504939">
        <w:rPr>
          <w:rFonts w:ascii="Calibri" w:hAnsi="Calibri"/>
          <w:sz w:val="20"/>
          <w:szCs w:val="20"/>
          <w:lang w:val="en-FJ"/>
        </w:rPr>
        <w:t>Every evening, Mark came home tired.</w:t>
      </w:r>
      <w:r w:rsidRPr="00504939">
        <w:rPr>
          <w:rFonts w:ascii="Calibri" w:hAnsi="Calibri"/>
          <w:sz w:val="20"/>
          <w:szCs w:val="20"/>
          <w:lang w:val="en-FJ"/>
        </w:rPr>
        <w:br/>
        <w:t>He loved his family deeply, but his days were long, his responsibilities heavy, and his mind often full even when his body was home.</w:t>
      </w:r>
    </w:p>
    <w:p w14:paraId="05500385" w14:textId="77777777" w:rsidR="007003B8" w:rsidRPr="00504939" w:rsidRDefault="007003B8" w:rsidP="007003B8">
      <w:pPr>
        <w:rPr>
          <w:rFonts w:ascii="Calibri" w:hAnsi="Calibri"/>
          <w:sz w:val="20"/>
          <w:szCs w:val="20"/>
          <w:lang w:val="en-FJ"/>
        </w:rPr>
      </w:pPr>
      <w:r w:rsidRPr="00504939">
        <w:rPr>
          <w:rFonts w:ascii="Calibri" w:hAnsi="Calibri"/>
          <w:sz w:val="20"/>
          <w:szCs w:val="20"/>
          <w:lang w:val="en-FJ"/>
        </w:rPr>
        <w:t xml:space="preserve">Dinner was eaten quickly. Homework was supervised from a distance. Then Mark would sink into his chair, scroll through his phone, glance at emails, and tell himself, </w:t>
      </w:r>
      <w:r w:rsidRPr="00504939">
        <w:rPr>
          <w:rFonts w:ascii="Calibri" w:hAnsi="Calibri"/>
          <w:i/>
          <w:iCs/>
          <w:sz w:val="20"/>
          <w:szCs w:val="20"/>
          <w:lang w:val="en-FJ"/>
        </w:rPr>
        <w:t>“I’m doing this for them.”</w:t>
      </w:r>
    </w:p>
    <w:p w14:paraId="69A3C261" w14:textId="77777777" w:rsidR="007003B8" w:rsidRPr="00504939" w:rsidRDefault="007003B8" w:rsidP="007003B8">
      <w:pPr>
        <w:rPr>
          <w:rFonts w:ascii="Calibri" w:hAnsi="Calibri"/>
          <w:sz w:val="20"/>
          <w:szCs w:val="20"/>
          <w:lang w:val="en-FJ"/>
        </w:rPr>
      </w:pPr>
      <w:r w:rsidRPr="00504939">
        <w:rPr>
          <w:rFonts w:ascii="Calibri" w:hAnsi="Calibri"/>
          <w:sz w:val="20"/>
          <w:szCs w:val="20"/>
          <w:lang w:val="en-FJ"/>
        </w:rPr>
        <w:t>One night, his young son, Daniel, stood quietly beside him.</w:t>
      </w:r>
      <w:r w:rsidRPr="00504939">
        <w:rPr>
          <w:rFonts w:ascii="Calibri" w:hAnsi="Calibri"/>
          <w:sz w:val="20"/>
          <w:szCs w:val="20"/>
          <w:lang w:val="en-FJ"/>
        </w:rPr>
        <w:br/>
        <w:t>Mark barely noticed—until a small hand touched his arm.</w:t>
      </w:r>
    </w:p>
    <w:p w14:paraId="4A6504DD" w14:textId="77777777" w:rsidR="007003B8" w:rsidRPr="00504939" w:rsidRDefault="007003B8" w:rsidP="007003B8">
      <w:pPr>
        <w:rPr>
          <w:rFonts w:ascii="Calibri" w:hAnsi="Calibri"/>
          <w:sz w:val="20"/>
          <w:szCs w:val="20"/>
          <w:lang w:val="en-FJ"/>
        </w:rPr>
      </w:pPr>
      <w:r w:rsidRPr="00504939">
        <w:rPr>
          <w:rFonts w:ascii="Calibri" w:hAnsi="Calibri"/>
          <w:sz w:val="20"/>
          <w:szCs w:val="20"/>
          <w:lang w:val="en-FJ"/>
        </w:rPr>
        <w:t>“Yes, son?” Mark said without looking up.</w:t>
      </w:r>
      <w:r w:rsidRPr="00504939">
        <w:rPr>
          <w:rFonts w:ascii="Calibri" w:hAnsi="Calibri"/>
          <w:sz w:val="20"/>
          <w:szCs w:val="20"/>
          <w:lang w:val="en-FJ"/>
        </w:rPr>
        <w:br/>
        <w:t>Daniel hesitated, then asked softly, “Dad… can we play for a little while?”</w:t>
      </w:r>
    </w:p>
    <w:p w14:paraId="20787545" w14:textId="77777777" w:rsidR="007003B8" w:rsidRPr="00504939" w:rsidRDefault="007003B8" w:rsidP="007003B8">
      <w:pPr>
        <w:rPr>
          <w:rFonts w:ascii="Calibri" w:hAnsi="Calibri"/>
          <w:sz w:val="20"/>
          <w:szCs w:val="20"/>
          <w:lang w:val="en-FJ"/>
        </w:rPr>
      </w:pPr>
      <w:r w:rsidRPr="00504939">
        <w:rPr>
          <w:rFonts w:ascii="Calibri" w:hAnsi="Calibri"/>
          <w:sz w:val="20"/>
          <w:szCs w:val="20"/>
          <w:lang w:val="en-FJ"/>
        </w:rPr>
        <w:t>Mark sighed, already exhausted. “Tomorrow,” he said. “Daddy is tired today.”</w:t>
      </w:r>
    </w:p>
    <w:p w14:paraId="48378985" w14:textId="77777777" w:rsidR="007003B8" w:rsidRPr="00504939" w:rsidRDefault="007003B8" w:rsidP="007003B8">
      <w:pPr>
        <w:rPr>
          <w:rFonts w:ascii="Calibri" w:hAnsi="Calibri"/>
          <w:sz w:val="20"/>
          <w:szCs w:val="20"/>
          <w:lang w:val="en-FJ"/>
        </w:rPr>
      </w:pPr>
      <w:r w:rsidRPr="00504939">
        <w:rPr>
          <w:rFonts w:ascii="Calibri" w:hAnsi="Calibri"/>
          <w:sz w:val="20"/>
          <w:szCs w:val="20"/>
          <w:lang w:val="en-FJ"/>
        </w:rPr>
        <w:t>Daniel nodded and walked away. But before bedtime, he returned—holding a folded piece of paper.</w:t>
      </w:r>
      <w:r w:rsidRPr="00504939">
        <w:rPr>
          <w:rFonts w:ascii="Calibri" w:hAnsi="Calibri"/>
          <w:sz w:val="20"/>
          <w:szCs w:val="20"/>
          <w:lang w:val="en-FJ"/>
        </w:rPr>
        <w:br/>
        <w:t>Mark assumed it might be another drawing or school note. He opened it casually.</w:t>
      </w:r>
    </w:p>
    <w:p w14:paraId="15A388AA" w14:textId="77777777" w:rsidR="007003B8" w:rsidRPr="00504939" w:rsidRDefault="007003B8" w:rsidP="007003B8">
      <w:pPr>
        <w:rPr>
          <w:rFonts w:ascii="Calibri" w:hAnsi="Calibri"/>
          <w:sz w:val="20"/>
          <w:szCs w:val="20"/>
          <w:lang w:val="en-FJ"/>
        </w:rPr>
      </w:pPr>
      <w:r w:rsidRPr="00504939">
        <w:rPr>
          <w:rFonts w:ascii="Calibri" w:hAnsi="Calibri"/>
          <w:sz w:val="20"/>
          <w:szCs w:val="20"/>
          <w:lang w:val="en-FJ"/>
        </w:rPr>
        <w:t>Inside were a few words written carefully in uneven letters:</w:t>
      </w:r>
    </w:p>
    <w:p w14:paraId="3DBE90F7" w14:textId="77777777" w:rsidR="007003B8" w:rsidRPr="00504939" w:rsidRDefault="007003B8" w:rsidP="007003B8">
      <w:pPr>
        <w:rPr>
          <w:rFonts w:ascii="Calibri" w:hAnsi="Calibri"/>
          <w:sz w:val="20"/>
          <w:szCs w:val="20"/>
          <w:lang w:val="en-FJ"/>
        </w:rPr>
      </w:pPr>
      <w:r w:rsidRPr="00504939">
        <w:rPr>
          <w:rFonts w:ascii="Calibri" w:hAnsi="Calibri"/>
          <w:sz w:val="20"/>
          <w:szCs w:val="20"/>
          <w:lang w:val="en-FJ"/>
        </w:rPr>
        <w:t>“Dad, I know you buy things for us. But I don’t want things. I want you.”</w:t>
      </w:r>
    </w:p>
    <w:p w14:paraId="52CC17D7" w14:textId="77777777" w:rsidR="007003B8" w:rsidRPr="00504939" w:rsidRDefault="007003B8" w:rsidP="007003B8">
      <w:pPr>
        <w:rPr>
          <w:rFonts w:ascii="Calibri" w:hAnsi="Calibri"/>
          <w:sz w:val="20"/>
          <w:szCs w:val="20"/>
          <w:lang w:val="en-FJ"/>
        </w:rPr>
      </w:pPr>
      <w:r w:rsidRPr="00504939">
        <w:rPr>
          <w:rFonts w:ascii="Calibri" w:hAnsi="Calibri"/>
          <w:sz w:val="20"/>
          <w:szCs w:val="20"/>
          <w:lang w:val="en-FJ"/>
        </w:rPr>
        <w:t>Mark felt something break inside him.</w:t>
      </w:r>
    </w:p>
    <w:p w14:paraId="7ABB7136" w14:textId="77777777" w:rsidR="007003B8" w:rsidRPr="00504939" w:rsidRDefault="007003B8" w:rsidP="007003B8">
      <w:pPr>
        <w:rPr>
          <w:rFonts w:ascii="Calibri" w:hAnsi="Calibri"/>
          <w:sz w:val="20"/>
          <w:szCs w:val="20"/>
          <w:lang w:val="en-FJ"/>
        </w:rPr>
      </w:pPr>
      <w:r w:rsidRPr="00504939">
        <w:rPr>
          <w:rFonts w:ascii="Calibri" w:hAnsi="Calibri"/>
          <w:sz w:val="20"/>
          <w:szCs w:val="20"/>
          <w:lang w:val="en-FJ"/>
        </w:rPr>
        <w:t>That night, he realized the painful truth:</w:t>
      </w:r>
      <w:r w:rsidRPr="00504939">
        <w:rPr>
          <w:rFonts w:ascii="Calibri" w:hAnsi="Calibri"/>
          <w:sz w:val="20"/>
          <w:szCs w:val="20"/>
          <w:lang w:val="en-FJ"/>
        </w:rPr>
        <w:br/>
        <w:t>He had been present in the house—but absent in the relationship.</w:t>
      </w:r>
    </w:p>
    <w:p w14:paraId="03F32A38" w14:textId="77777777" w:rsidR="007003B8" w:rsidRPr="00504939" w:rsidRDefault="007003B8" w:rsidP="007003B8">
      <w:pPr>
        <w:rPr>
          <w:rFonts w:ascii="Calibri" w:hAnsi="Calibri"/>
          <w:sz w:val="20"/>
          <w:szCs w:val="20"/>
          <w:lang w:val="en-FJ"/>
        </w:rPr>
      </w:pPr>
      <w:r w:rsidRPr="00504939">
        <w:rPr>
          <w:rFonts w:ascii="Calibri" w:hAnsi="Calibri"/>
          <w:sz w:val="20"/>
          <w:szCs w:val="20"/>
          <w:lang w:val="en-FJ"/>
        </w:rPr>
        <w:t>The next day, Mark changed something simple but powerful.</w:t>
      </w:r>
      <w:r w:rsidRPr="00504939">
        <w:rPr>
          <w:rFonts w:ascii="Calibri" w:hAnsi="Calibri"/>
          <w:sz w:val="20"/>
          <w:szCs w:val="20"/>
          <w:lang w:val="en-FJ"/>
        </w:rPr>
        <w:br/>
        <w:t>He started planning time—not leftover time, but intentional time.</w:t>
      </w:r>
      <w:r w:rsidRPr="00504939">
        <w:rPr>
          <w:rFonts w:ascii="Calibri" w:hAnsi="Calibri"/>
          <w:sz w:val="20"/>
          <w:szCs w:val="20"/>
          <w:lang w:val="en-FJ"/>
        </w:rPr>
        <w:br/>
        <w:t>Fifteen minutes became sacred. Phones were put away. The television stayed off.</w:t>
      </w:r>
    </w:p>
    <w:p w14:paraId="22A754BA" w14:textId="77777777" w:rsidR="007003B8" w:rsidRPr="00504939" w:rsidRDefault="007003B8" w:rsidP="007003B8">
      <w:pPr>
        <w:rPr>
          <w:rFonts w:ascii="Calibri" w:hAnsi="Calibri"/>
          <w:sz w:val="20"/>
          <w:szCs w:val="20"/>
          <w:lang w:val="en-FJ"/>
        </w:rPr>
      </w:pPr>
      <w:r w:rsidRPr="00504939">
        <w:rPr>
          <w:rFonts w:ascii="Calibri" w:hAnsi="Calibri"/>
          <w:sz w:val="20"/>
          <w:szCs w:val="20"/>
          <w:lang w:val="en-FJ"/>
        </w:rPr>
        <w:t>They talked. They laughed. They prayed.</w:t>
      </w:r>
    </w:p>
    <w:p w14:paraId="086A27C2" w14:textId="77777777" w:rsidR="007003B8" w:rsidRPr="00504939" w:rsidRDefault="007003B8" w:rsidP="007003B8">
      <w:pPr>
        <w:rPr>
          <w:rFonts w:ascii="Calibri" w:hAnsi="Calibri"/>
          <w:sz w:val="20"/>
          <w:szCs w:val="20"/>
          <w:lang w:val="en-FJ"/>
        </w:rPr>
      </w:pPr>
      <w:r w:rsidRPr="00504939">
        <w:rPr>
          <w:rFonts w:ascii="Calibri" w:hAnsi="Calibri"/>
          <w:sz w:val="20"/>
          <w:szCs w:val="20"/>
          <w:lang w:val="en-FJ"/>
        </w:rPr>
        <w:t>Some days Mark was still tired. Some nights he still felt overwhelmed. But he chose consistency over convenience. Presence over productivity.</w:t>
      </w:r>
    </w:p>
    <w:p w14:paraId="6B83FC30" w14:textId="77777777" w:rsidR="007003B8" w:rsidRPr="00504939" w:rsidRDefault="007003B8" w:rsidP="007003B8">
      <w:pPr>
        <w:rPr>
          <w:rFonts w:ascii="Calibri" w:hAnsi="Calibri"/>
          <w:sz w:val="20"/>
          <w:szCs w:val="20"/>
          <w:lang w:val="en-FJ"/>
        </w:rPr>
      </w:pPr>
      <w:r w:rsidRPr="00504939">
        <w:rPr>
          <w:rFonts w:ascii="Calibri" w:hAnsi="Calibri"/>
          <w:sz w:val="20"/>
          <w:szCs w:val="20"/>
          <w:lang w:val="en-FJ"/>
        </w:rPr>
        <w:t>Years later, Daniel would say,</w:t>
      </w:r>
      <w:r w:rsidRPr="00504939">
        <w:rPr>
          <w:rFonts w:ascii="Calibri" w:hAnsi="Calibri"/>
          <w:sz w:val="20"/>
          <w:szCs w:val="20"/>
          <w:lang w:val="en-FJ"/>
        </w:rPr>
        <w:br/>
        <w:t>“Dad didn’t give me everything money could buy—but he gave me what mattered most. He gave me himself.”</w:t>
      </w:r>
    </w:p>
    <w:p w14:paraId="416EBEEA" w14:textId="77777777" w:rsidR="007003B8" w:rsidRPr="00504939" w:rsidRDefault="007003B8" w:rsidP="007003B8">
      <w:pPr>
        <w:rPr>
          <w:rFonts w:ascii="Calibri" w:hAnsi="Calibri"/>
          <w:sz w:val="20"/>
          <w:szCs w:val="20"/>
          <w:lang w:val="en-FJ"/>
        </w:rPr>
      </w:pPr>
      <w:r w:rsidRPr="00504939">
        <w:rPr>
          <w:rFonts w:ascii="Calibri" w:hAnsi="Calibri"/>
          <w:sz w:val="20"/>
          <w:szCs w:val="20"/>
          <w:lang w:val="en-FJ"/>
        </w:rPr>
        <w:t>And that made all the difference.</w:t>
      </w:r>
    </w:p>
    <w:p w14:paraId="36EB8DC5" w14:textId="481B0DBF" w:rsidR="00BC56D0" w:rsidRPr="00504939" w:rsidRDefault="00B32FB4" w:rsidP="005952B1">
      <w:pPr>
        <w:pStyle w:val="Heading4"/>
        <w:rPr>
          <w:color w:val="0070C0"/>
          <w:sz w:val="20"/>
          <w:szCs w:val="20"/>
        </w:rPr>
      </w:pPr>
      <w:r w:rsidRPr="00504939">
        <w:rPr>
          <w:color w:val="0070C0"/>
          <w:sz w:val="20"/>
          <w:szCs w:val="20"/>
        </w:rPr>
        <w:lastRenderedPageBreak/>
        <w:t>REFLECTION QUESTIONS</w:t>
      </w:r>
    </w:p>
    <w:p w14:paraId="05AA9929" w14:textId="77777777" w:rsidR="00BC56D0" w:rsidRPr="00504939" w:rsidRDefault="00000000" w:rsidP="007003B8">
      <w:pPr>
        <w:pStyle w:val="ListParagraph"/>
        <w:numPr>
          <w:ilvl w:val="0"/>
          <w:numId w:val="39"/>
        </w:numPr>
        <w:rPr>
          <w:sz w:val="20"/>
          <w:szCs w:val="20"/>
        </w:rPr>
      </w:pPr>
      <w:r w:rsidRPr="00504939">
        <w:rPr>
          <w:rFonts w:ascii="Calibri" w:hAnsi="Calibri"/>
          <w:sz w:val="20"/>
          <w:szCs w:val="20"/>
        </w:rPr>
        <w:t xml:space="preserve">In what ways do our children ask for our attention that we may be overlooking? </w:t>
      </w:r>
    </w:p>
    <w:p w14:paraId="7CC25E28" w14:textId="77777777" w:rsidR="00BC56D0" w:rsidRPr="00504939" w:rsidRDefault="00000000" w:rsidP="007003B8">
      <w:pPr>
        <w:pStyle w:val="ListParagraph"/>
        <w:numPr>
          <w:ilvl w:val="0"/>
          <w:numId w:val="39"/>
        </w:numPr>
        <w:rPr>
          <w:sz w:val="20"/>
          <w:szCs w:val="20"/>
        </w:rPr>
      </w:pPr>
      <w:r w:rsidRPr="00504939">
        <w:rPr>
          <w:rFonts w:ascii="Calibri" w:hAnsi="Calibri"/>
          <w:sz w:val="20"/>
          <w:szCs w:val="20"/>
        </w:rPr>
        <w:t xml:space="preserve">What habits or distractions prevent us from giving quality time? </w:t>
      </w:r>
    </w:p>
    <w:p w14:paraId="47A32170" w14:textId="77777777" w:rsidR="00BC56D0" w:rsidRPr="00504939" w:rsidRDefault="00000000" w:rsidP="007003B8">
      <w:pPr>
        <w:pStyle w:val="ListParagraph"/>
        <w:numPr>
          <w:ilvl w:val="0"/>
          <w:numId w:val="39"/>
        </w:numPr>
        <w:rPr>
          <w:sz w:val="20"/>
          <w:szCs w:val="20"/>
        </w:rPr>
      </w:pPr>
      <w:r w:rsidRPr="00504939">
        <w:rPr>
          <w:rFonts w:ascii="Calibri" w:hAnsi="Calibri"/>
          <w:sz w:val="20"/>
          <w:szCs w:val="20"/>
        </w:rPr>
        <w:t xml:space="preserve">How can we make our home a place where children feel valued, heard, and loved? </w:t>
      </w:r>
    </w:p>
    <w:p w14:paraId="584697BC" w14:textId="77777777" w:rsidR="00BC56D0" w:rsidRPr="00504939" w:rsidRDefault="00000000" w:rsidP="007003B8">
      <w:pPr>
        <w:pStyle w:val="ListParagraph"/>
        <w:numPr>
          <w:ilvl w:val="0"/>
          <w:numId w:val="39"/>
        </w:numPr>
        <w:rPr>
          <w:sz w:val="20"/>
          <w:szCs w:val="20"/>
        </w:rPr>
      </w:pPr>
      <w:r w:rsidRPr="00504939">
        <w:rPr>
          <w:rFonts w:ascii="Calibri" w:hAnsi="Calibri"/>
          <w:sz w:val="20"/>
          <w:szCs w:val="20"/>
        </w:rPr>
        <w:t>What one change can we make today to be more present with our children?</w:t>
      </w:r>
    </w:p>
    <w:p w14:paraId="5A396BE5" w14:textId="77777777" w:rsidR="007003B8" w:rsidRPr="00504939" w:rsidRDefault="007003B8" w:rsidP="007003B8">
      <w:pPr>
        <w:pStyle w:val="ListParagraph"/>
        <w:rPr>
          <w:sz w:val="20"/>
          <w:szCs w:val="20"/>
        </w:rPr>
      </w:pPr>
    </w:p>
    <w:p w14:paraId="2737DD2B" w14:textId="7225A6E9" w:rsidR="00BC56D0" w:rsidRPr="00504939" w:rsidRDefault="00B32FB4" w:rsidP="005952B1">
      <w:pPr>
        <w:pStyle w:val="Heading4"/>
        <w:rPr>
          <w:color w:val="0070C0"/>
          <w:sz w:val="20"/>
          <w:szCs w:val="20"/>
        </w:rPr>
      </w:pPr>
      <w:r w:rsidRPr="00504939">
        <w:rPr>
          <w:color w:val="0070C0"/>
          <w:sz w:val="20"/>
          <w:szCs w:val="20"/>
        </w:rPr>
        <w:t>FAMILY ACTIVITY</w:t>
      </w:r>
    </w:p>
    <w:p w14:paraId="252C743E" w14:textId="77777777" w:rsidR="00BC56D0" w:rsidRPr="00504939" w:rsidRDefault="00000000" w:rsidP="005952B1">
      <w:pPr>
        <w:rPr>
          <w:sz w:val="20"/>
          <w:szCs w:val="20"/>
        </w:rPr>
      </w:pPr>
      <w:r w:rsidRPr="00504939">
        <w:rPr>
          <w:rFonts w:ascii="Calibri" w:hAnsi="Calibri"/>
          <w:sz w:val="20"/>
          <w:szCs w:val="20"/>
        </w:rPr>
        <w:t>“Ten-Minute Reconnect”</w:t>
      </w:r>
      <w:r w:rsidRPr="00504939">
        <w:rPr>
          <w:rFonts w:ascii="Calibri" w:hAnsi="Calibri"/>
          <w:sz w:val="20"/>
          <w:szCs w:val="20"/>
        </w:rPr>
        <w:br/>
        <w:t>This evening, gather the family and do the following:</w:t>
      </w:r>
    </w:p>
    <w:p w14:paraId="35743C26" w14:textId="77777777" w:rsidR="00BC56D0" w:rsidRPr="00504939" w:rsidRDefault="00000000" w:rsidP="005952B1">
      <w:pPr>
        <w:rPr>
          <w:sz w:val="20"/>
          <w:szCs w:val="20"/>
        </w:rPr>
      </w:pPr>
      <w:r w:rsidRPr="00504939">
        <w:rPr>
          <w:rFonts w:ascii="Calibri" w:hAnsi="Calibri"/>
          <w:sz w:val="20"/>
          <w:szCs w:val="20"/>
        </w:rPr>
        <w:t>Put away all devices.</w:t>
      </w:r>
    </w:p>
    <w:p w14:paraId="47345E89" w14:textId="77777777" w:rsidR="00BC56D0" w:rsidRPr="00504939" w:rsidRDefault="00000000" w:rsidP="005952B1">
      <w:pPr>
        <w:rPr>
          <w:sz w:val="20"/>
          <w:szCs w:val="20"/>
        </w:rPr>
      </w:pPr>
      <w:r w:rsidRPr="00504939">
        <w:rPr>
          <w:rFonts w:ascii="Calibri" w:hAnsi="Calibri"/>
          <w:sz w:val="20"/>
          <w:szCs w:val="20"/>
        </w:rPr>
        <w:t>Sit together and let each person share one highlight and one challenge from the day.</w:t>
      </w:r>
    </w:p>
    <w:p w14:paraId="3F1B9AB7" w14:textId="77777777" w:rsidR="00BC56D0" w:rsidRPr="00504939" w:rsidRDefault="00000000" w:rsidP="005952B1">
      <w:pPr>
        <w:rPr>
          <w:sz w:val="20"/>
          <w:szCs w:val="20"/>
        </w:rPr>
      </w:pPr>
      <w:r w:rsidRPr="00504939">
        <w:rPr>
          <w:rFonts w:ascii="Calibri" w:hAnsi="Calibri"/>
          <w:sz w:val="20"/>
          <w:szCs w:val="20"/>
        </w:rPr>
        <w:t xml:space="preserve">Parents respond with empathy, not advice—simply </w:t>
      </w:r>
      <w:proofErr w:type="gramStart"/>
      <w:r w:rsidRPr="00504939">
        <w:rPr>
          <w:rFonts w:ascii="Calibri" w:hAnsi="Calibri"/>
          <w:sz w:val="20"/>
          <w:szCs w:val="20"/>
        </w:rPr>
        <w:t>listen</w:t>
      </w:r>
      <w:proofErr w:type="gramEnd"/>
      <w:r w:rsidRPr="00504939">
        <w:rPr>
          <w:rFonts w:ascii="Calibri" w:hAnsi="Calibri"/>
          <w:sz w:val="20"/>
          <w:szCs w:val="20"/>
        </w:rPr>
        <w:t>.</w:t>
      </w:r>
    </w:p>
    <w:p w14:paraId="210B3C5E" w14:textId="77777777" w:rsidR="00BC56D0" w:rsidRPr="00504939" w:rsidRDefault="00000000" w:rsidP="005952B1">
      <w:pPr>
        <w:rPr>
          <w:sz w:val="20"/>
          <w:szCs w:val="20"/>
        </w:rPr>
      </w:pPr>
      <w:r w:rsidRPr="00504939">
        <w:rPr>
          <w:rFonts w:ascii="Calibri" w:hAnsi="Calibri"/>
          <w:sz w:val="20"/>
          <w:szCs w:val="20"/>
        </w:rPr>
        <w:t>End with a short prayer of gratitude for each child by name.</w:t>
      </w:r>
    </w:p>
    <w:p w14:paraId="4717AC7A" w14:textId="77777777" w:rsidR="00BC56D0" w:rsidRPr="00504939" w:rsidRDefault="00000000" w:rsidP="005952B1">
      <w:pPr>
        <w:rPr>
          <w:sz w:val="20"/>
          <w:szCs w:val="20"/>
        </w:rPr>
      </w:pPr>
      <w:r w:rsidRPr="00504939">
        <w:rPr>
          <w:rFonts w:ascii="Calibri" w:hAnsi="Calibri"/>
          <w:sz w:val="20"/>
          <w:szCs w:val="20"/>
        </w:rPr>
        <w:t>This small daily ritual builds connection, safety, and trust.</w:t>
      </w:r>
    </w:p>
    <w:p w14:paraId="7240A55A" w14:textId="5BE2006D" w:rsidR="00BC56D0" w:rsidRPr="00504939" w:rsidRDefault="00B32FB4" w:rsidP="005952B1">
      <w:pPr>
        <w:pStyle w:val="Heading4"/>
        <w:rPr>
          <w:color w:val="0070C0"/>
          <w:sz w:val="20"/>
          <w:szCs w:val="20"/>
        </w:rPr>
      </w:pPr>
      <w:r w:rsidRPr="00504939">
        <w:rPr>
          <w:color w:val="0070C0"/>
          <w:sz w:val="20"/>
          <w:szCs w:val="20"/>
        </w:rPr>
        <w:t>TRANSITION TO SERMON</w:t>
      </w:r>
    </w:p>
    <w:p w14:paraId="35145027" w14:textId="77777777" w:rsidR="00BC56D0" w:rsidRPr="00504939" w:rsidRDefault="00000000" w:rsidP="005952B1">
      <w:pPr>
        <w:rPr>
          <w:sz w:val="20"/>
          <w:szCs w:val="20"/>
        </w:rPr>
      </w:pPr>
      <w:r w:rsidRPr="00504939">
        <w:rPr>
          <w:rFonts w:ascii="Calibri" w:hAnsi="Calibri"/>
          <w:sz w:val="20"/>
          <w:szCs w:val="20"/>
        </w:rPr>
        <w:t>Just as children send signals when they need our presence, God also sends signs because He longs for a relationship with us. Too often, we are distracted, busy, overwhelmed, or caught up in life—but the signs continue:</w:t>
      </w:r>
    </w:p>
    <w:p w14:paraId="6753B5B7" w14:textId="77777777" w:rsidR="00BC56D0" w:rsidRPr="00504939" w:rsidRDefault="00000000" w:rsidP="005952B1">
      <w:pPr>
        <w:pStyle w:val="ListParagraph"/>
        <w:numPr>
          <w:ilvl w:val="0"/>
          <w:numId w:val="12"/>
        </w:numPr>
        <w:rPr>
          <w:sz w:val="20"/>
          <w:szCs w:val="20"/>
        </w:rPr>
      </w:pPr>
      <w:r w:rsidRPr="00504939">
        <w:rPr>
          <w:rFonts w:ascii="Calibri" w:hAnsi="Calibri"/>
          <w:sz w:val="20"/>
          <w:szCs w:val="20"/>
        </w:rPr>
        <w:t>signs of His love,</w:t>
      </w:r>
    </w:p>
    <w:p w14:paraId="116F2D9C" w14:textId="77777777" w:rsidR="00BC56D0" w:rsidRPr="00504939" w:rsidRDefault="00000000" w:rsidP="005952B1">
      <w:pPr>
        <w:pStyle w:val="ListParagraph"/>
        <w:numPr>
          <w:ilvl w:val="0"/>
          <w:numId w:val="12"/>
        </w:numPr>
        <w:rPr>
          <w:sz w:val="20"/>
          <w:szCs w:val="20"/>
        </w:rPr>
      </w:pPr>
      <w:r w:rsidRPr="00504939">
        <w:rPr>
          <w:rFonts w:ascii="Calibri" w:hAnsi="Calibri"/>
          <w:sz w:val="20"/>
          <w:szCs w:val="20"/>
        </w:rPr>
        <w:t>signs of His warnings,</w:t>
      </w:r>
    </w:p>
    <w:p w14:paraId="7135845F" w14:textId="77777777" w:rsidR="00BC56D0" w:rsidRPr="00504939" w:rsidRDefault="00000000" w:rsidP="005952B1">
      <w:pPr>
        <w:pStyle w:val="ListParagraph"/>
        <w:numPr>
          <w:ilvl w:val="0"/>
          <w:numId w:val="12"/>
        </w:numPr>
        <w:rPr>
          <w:sz w:val="20"/>
          <w:szCs w:val="20"/>
        </w:rPr>
      </w:pPr>
      <w:r w:rsidRPr="00504939">
        <w:rPr>
          <w:rFonts w:ascii="Calibri" w:hAnsi="Calibri"/>
          <w:sz w:val="20"/>
          <w:szCs w:val="20"/>
        </w:rPr>
        <w:t>signs pointing us toward hope, salvation, and eternity.</w:t>
      </w:r>
    </w:p>
    <w:p w14:paraId="60FA87D0" w14:textId="77777777" w:rsidR="00BC56D0" w:rsidRPr="00504939" w:rsidRDefault="00000000" w:rsidP="005952B1">
      <w:pPr>
        <w:rPr>
          <w:sz w:val="20"/>
          <w:szCs w:val="20"/>
        </w:rPr>
      </w:pPr>
      <w:r w:rsidRPr="00504939">
        <w:rPr>
          <w:rFonts w:ascii="Calibri" w:hAnsi="Calibri"/>
          <w:sz w:val="20"/>
          <w:szCs w:val="20"/>
        </w:rPr>
        <w:t>The question for every family and every heart is:</w:t>
      </w:r>
    </w:p>
    <w:p w14:paraId="06392C34" w14:textId="77777777" w:rsidR="00BC56D0" w:rsidRPr="00504939" w:rsidRDefault="00000000" w:rsidP="005952B1">
      <w:pPr>
        <w:rPr>
          <w:sz w:val="20"/>
          <w:szCs w:val="20"/>
        </w:rPr>
      </w:pPr>
      <w:r w:rsidRPr="00504939">
        <w:rPr>
          <w:rFonts w:ascii="Calibri" w:hAnsi="Calibri"/>
          <w:sz w:val="20"/>
          <w:szCs w:val="20"/>
        </w:rPr>
        <w:t>Are we paying attention to the signs God is giving us?</w:t>
      </w:r>
    </w:p>
    <w:p w14:paraId="5A61811C" w14:textId="77777777" w:rsidR="00BC56D0" w:rsidRPr="00504939" w:rsidRDefault="00000000" w:rsidP="005952B1">
      <w:pPr>
        <w:rPr>
          <w:sz w:val="20"/>
          <w:szCs w:val="20"/>
        </w:rPr>
      </w:pPr>
      <w:r w:rsidRPr="00504939">
        <w:rPr>
          <w:rFonts w:ascii="Calibri" w:hAnsi="Calibri"/>
          <w:sz w:val="20"/>
          <w:szCs w:val="20"/>
        </w:rPr>
        <w:t>As we move into tonight’s message, Seeing the Signs, let us open our hearts to recognize God’s voice, God’s timing, and God’s call for our lives.</w:t>
      </w:r>
    </w:p>
    <w:p w14:paraId="69A2EE2E" w14:textId="6BBBB82D" w:rsidR="00BC56D0" w:rsidRPr="00504939" w:rsidRDefault="00B32FB4" w:rsidP="005952B1">
      <w:pPr>
        <w:pStyle w:val="Heading4"/>
        <w:rPr>
          <w:color w:val="0070C0"/>
          <w:sz w:val="20"/>
          <w:szCs w:val="20"/>
        </w:rPr>
      </w:pPr>
      <w:r w:rsidRPr="00504939">
        <w:rPr>
          <w:color w:val="0070C0"/>
          <w:sz w:val="20"/>
          <w:szCs w:val="20"/>
        </w:rPr>
        <w:t>PRAYER</w:t>
      </w:r>
    </w:p>
    <w:p w14:paraId="2A9840D7" w14:textId="79767CF8" w:rsidR="00BC56D0" w:rsidRPr="00504939" w:rsidRDefault="00000000" w:rsidP="005952B1">
      <w:pPr>
        <w:rPr>
          <w:sz w:val="20"/>
          <w:szCs w:val="20"/>
        </w:rPr>
      </w:pPr>
      <w:r w:rsidRPr="00504939">
        <w:rPr>
          <w:rFonts w:ascii="Calibri" w:hAnsi="Calibri"/>
          <w:sz w:val="20"/>
          <w:szCs w:val="20"/>
        </w:rPr>
        <w:t>Dear Heavenly Father,</w:t>
      </w:r>
      <w:r w:rsidRPr="00504939">
        <w:rPr>
          <w:rFonts w:ascii="Calibri" w:hAnsi="Calibri"/>
          <w:sz w:val="20"/>
          <w:szCs w:val="20"/>
        </w:rPr>
        <w:br/>
        <w:t>Teach us to give our children the gift of ourselves.</w:t>
      </w:r>
      <w:r w:rsidRPr="00504939">
        <w:rPr>
          <w:rFonts w:ascii="Calibri" w:hAnsi="Calibri"/>
          <w:sz w:val="20"/>
          <w:szCs w:val="20"/>
        </w:rPr>
        <w:br/>
        <w:t>Help us slow down, look up, and notice the hearts You have entrusted to us.</w:t>
      </w:r>
      <w:r w:rsidRPr="00504939">
        <w:rPr>
          <w:rFonts w:ascii="Calibri" w:hAnsi="Calibri"/>
          <w:sz w:val="20"/>
          <w:szCs w:val="20"/>
        </w:rPr>
        <w:br/>
        <w:t>May our home be filled with patience, love, and presence.</w:t>
      </w:r>
      <w:r w:rsidRPr="00504939">
        <w:rPr>
          <w:rFonts w:ascii="Calibri" w:hAnsi="Calibri"/>
          <w:sz w:val="20"/>
          <w:szCs w:val="20"/>
        </w:rPr>
        <w:br/>
        <w:t>Give us the wisdom to prioritize what truly matters and the grace to begin again wherever we’ve fallen short.</w:t>
      </w:r>
      <w:r w:rsidR="00AD3B65" w:rsidRPr="00504939">
        <w:rPr>
          <w:rFonts w:ascii="Calibri" w:hAnsi="Calibri"/>
          <w:sz w:val="20"/>
          <w:szCs w:val="20"/>
        </w:rPr>
        <w:t xml:space="preserve">    </w:t>
      </w:r>
      <w:r w:rsidRPr="00504939">
        <w:rPr>
          <w:rFonts w:ascii="Calibri" w:hAnsi="Calibri"/>
          <w:sz w:val="20"/>
          <w:szCs w:val="20"/>
        </w:rPr>
        <w:t>In Jesus’ name, Amen.</w:t>
      </w:r>
    </w:p>
    <w:p w14:paraId="2DFC41B0" w14:textId="77777777" w:rsidR="00BC56D0" w:rsidRPr="00504939" w:rsidRDefault="00BC56D0" w:rsidP="005952B1">
      <w:pPr>
        <w:rPr>
          <w:sz w:val="20"/>
          <w:szCs w:val="20"/>
        </w:rPr>
      </w:pPr>
    </w:p>
    <w:p w14:paraId="1035B213" w14:textId="77777777" w:rsidR="007003B8" w:rsidRPr="00504939" w:rsidRDefault="007003B8" w:rsidP="005952B1">
      <w:pPr>
        <w:rPr>
          <w:sz w:val="20"/>
          <w:szCs w:val="20"/>
        </w:rPr>
      </w:pPr>
    </w:p>
    <w:p w14:paraId="6D43E014" w14:textId="77777777" w:rsidR="007003B8" w:rsidRPr="00504939" w:rsidRDefault="007003B8" w:rsidP="005952B1">
      <w:pPr>
        <w:rPr>
          <w:sz w:val="20"/>
          <w:szCs w:val="20"/>
        </w:rPr>
      </w:pPr>
    </w:p>
    <w:p w14:paraId="72E5E953" w14:textId="77777777" w:rsidR="00BC56D0" w:rsidRPr="00504939" w:rsidRDefault="00000000" w:rsidP="005952B1">
      <w:pPr>
        <w:pStyle w:val="Heading1"/>
        <w:shd w:val="clear" w:color="auto" w:fill="B6DDE8" w:themeFill="accent5" w:themeFillTint="66"/>
        <w:rPr>
          <w:sz w:val="20"/>
          <w:szCs w:val="20"/>
        </w:rPr>
      </w:pPr>
      <w:bookmarkStart w:id="5" w:name="_Toc226793107"/>
      <w:r w:rsidRPr="00504939">
        <w:rPr>
          <w:sz w:val="20"/>
          <w:szCs w:val="20"/>
        </w:rPr>
        <w:lastRenderedPageBreak/>
        <w:t>SERMON TOPIC #3 — THE SECOND COMING OF JESUS</w:t>
      </w:r>
      <w:bookmarkEnd w:id="5"/>
    </w:p>
    <w:p w14:paraId="3C51659F" w14:textId="77777777" w:rsidR="00D61AD4" w:rsidRPr="00504939" w:rsidRDefault="00D61AD4" w:rsidP="005952B1">
      <w:pPr>
        <w:pStyle w:val="Heading1"/>
        <w:spacing w:before="0" w:line="240" w:lineRule="auto"/>
        <w:rPr>
          <w:sz w:val="20"/>
          <w:szCs w:val="20"/>
        </w:rPr>
      </w:pPr>
    </w:p>
    <w:p w14:paraId="79350431" w14:textId="3CF0525D" w:rsidR="00BC56D0" w:rsidRPr="00504939" w:rsidRDefault="00B00812" w:rsidP="005952B1">
      <w:pPr>
        <w:pStyle w:val="Heading1"/>
        <w:spacing w:before="0" w:line="240" w:lineRule="auto"/>
        <w:rPr>
          <w:sz w:val="20"/>
          <w:szCs w:val="20"/>
        </w:rPr>
      </w:pPr>
      <w:bookmarkStart w:id="6" w:name="_Toc226793108"/>
      <w:r w:rsidRPr="00504939">
        <w:rPr>
          <w:sz w:val="20"/>
          <w:szCs w:val="20"/>
        </w:rPr>
        <w:t xml:space="preserve">FAMILY </w:t>
      </w:r>
      <w:proofErr w:type="gramStart"/>
      <w:r w:rsidRPr="00504939">
        <w:rPr>
          <w:sz w:val="20"/>
          <w:szCs w:val="20"/>
        </w:rPr>
        <w:t>FOCUS :</w:t>
      </w:r>
      <w:proofErr w:type="gramEnd"/>
      <w:r w:rsidRPr="00504939">
        <w:rPr>
          <w:sz w:val="20"/>
          <w:szCs w:val="20"/>
        </w:rPr>
        <w:t xml:space="preserve">  AN ARGUMENT INFIDELS CANNOT RESIST</w:t>
      </w:r>
      <w:bookmarkEnd w:id="6"/>
    </w:p>
    <w:p w14:paraId="01EED380" w14:textId="77777777" w:rsidR="00BC56D0" w:rsidRPr="00504939" w:rsidRDefault="00000000" w:rsidP="005952B1">
      <w:pPr>
        <w:pStyle w:val="Heading1"/>
        <w:spacing w:before="0" w:line="240" w:lineRule="auto"/>
        <w:rPr>
          <w:color w:val="000000" w:themeColor="text1"/>
          <w:sz w:val="20"/>
          <w:szCs w:val="20"/>
        </w:rPr>
      </w:pPr>
      <w:bookmarkStart w:id="7" w:name="_Toc224746557"/>
      <w:bookmarkStart w:id="8" w:name="_Toc224746685"/>
      <w:bookmarkStart w:id="9" w:name="_Toc226793109"/>
      <w:r w:rsidRPr="00504939">
        <w:rPr>
          <w:color w:val="000000" w:themeColor="text1"/>
          <w:sz w:val="20"/>
          <w:szCs w:val="20"/>
        </w:rPr>
        <w:t>“While ye have light, believe in the light, that ye may be the children of light” (John 12:36).</w:t>
      </w:r>
      <w:bookmarkEnd w:id="7"/>
      <w:bookmarkEnd w:id="8"/>
      <w:bookmarkEnd w:id="9"/>
    </w:p>
    <w:p w14:paraId="4234872D" w14:textId="490CDFC5" w:rsidR="00BC56D0" w:rsidRPr="00504939" w:rsidRDefault="00BC56D0" w:rsidP="005952B1">
      <w:pPr>
        <w:spacing w:line="240" w:lineRule="auto"/>
        <w:rPr>
          <w:sz w:val="20"/>
          <w:szCs w:val="20"/>
        </w:rPr>
      </w:pPr>
    </w:p>
    <w:p w14:paraId="7432B398" w14:textId="77777777" w:rsidR="00BC56D0" w:rsidRPr="00504939" w:rsidRDefault="00000000" w:rsidP="00B32FB4">
      <w:pPr>
        <w:jc w:val="both"/>
        <w:rPr>
          <w:sz w:val="20"/>
          <w:szCs w:val="20"/>
        </w:rPr>
      </w:pPr>
      <w:r w:rsidRPr="00504939">
        <w:rPr>
          <w:rFonts w:ascii="Calibri" w:hAnsi="Calibri"/>
          <w:sz w:val="20"/>
          <w:szCs w:val="20"/>
        </w:rPr>
        <w:t xml:space="preserve">A well-ordered Christian household is an argument that the infidel cannot resist. He finds no place for his cavils [trivial faultfinding]. And the children of such a household are prepared to meet the sophistries of infidelity. They have accepted the Bible as the basis of their faith, and they have a firm foundation that cannot be swept away by the incoming tide of skepticism. </w:t>
      </w:r>
    </w:p>
    <w:p w14:paraId="5820D4CA" w14:textId="77777777" w:rsidR="00BC56D0" w:rsidRPr="00504939" w:rsidRDefault="00000000" w:rsidP="00B32FB4">
      <w:pPr>
        <w:jc w:val="both"/>
        <w:rPr>
          <w:sz w:val="20"/>
          <w:szCs w:val="20"/>
        </w:rPr>
      </w:pPr>
      <w:r w:rsidRPr="00504939">
        <w:rPr>
          <w:rFonts w:ascii="Calibri" w:hAnsi="Calibri"/>
          <w:sz w:val="20"/>
          <w:szCs w:val="20"/>
        </w:rPr>
        <w:t>Said Christ, “Ye are the light of the world” (Matt. 5:14). He has committed talents to our keeping What are we doing with His entrusted gifts? What are we doing with His entrusted gifts? Are we letting our light shine by using them for His glory and the benefit of our fellow men, or are we using them to advance our own selfish interests? Many are using them selfishly. They do not seem to realize that we are all judgment-</w:t>
      </w:r>
      <w:proofErr w:type="gramStart"/>
      <w:r w:rsidRPr="00504939">
        <w:rPr>
          <w:rFonts w:ascii="Calibri" w:hAnsi="Calibri"/>
          <w:sz w:val="20"/>
          <w:szCs w:val="20"/>
        </w:rPr>
        <w:t>bound, and</w:t>
      </w:r>
      <w:proofErr w:type="gramEnd"/>
      <w:r w:rsidRPr="00504939">
        <w:rPr>
          <w:rFonts w:ascii="Calibri" w:hAnsi="Calibri"/>
          <w:sz w:val="20"/>
          <w:szCs w:val="20"/>
        </w:rPr>
        <w:t xml:space="preserve"> must soon give an account for the use we have made of our God-given opportunities to do good. But what excuse will they give in that great day for not using in the cause of God their skill, their education, their tact, and their perseverance and zeal?</w:t>
      </w:r>
    </w:p>
    <w:p w14:paraId="7E902BE9" w14:textId="77777777" w:rsidR="00BC56D0" w:rsidRPr="00504939" w:rsidRDefault="00000000" w:rsidP="00B32FB4">
      <w:pPr>
        <w:jc w:val="both"/>
        <w:rPr>
          <w:sz w:val="20"/>
          <w:szCs w:val="20"/>
        </w:rPr>
      </w:pPr>
      <w:r w:rsidRPr="00504939">
        <w:rPr>
          <w:rFonts w:ascii="Calibri" w:hAnsi="Calibri"/>
          <w:sz w:val="20"/>
          <w:szCs w:val="20"/>
        </w:rPr>
        <w:t xml:space="preserve">We need divine help if we would keep our lights burning. But Jesus died to provide that aid. He extends the invitation: “Let him take hold of my strength, that he may make peace with me; and he shall make peace with me” (Isa 27:5). Cling to the arm of Infinite Power; then you will find Him precious to your soul, and all heaven will be at your command. “If we walk in the light, as he is in the light” (1 John 1:7), we shall have the companionship of holy angels. To “Joshua” it was said, “Thus saith the Lord of hosts: If thou wilt walk in my ways, and if thou wilt keep my charge, ... I will give </w:t>
      </w:r>
      <w:proofErr w:type="spellStart"/>
      <w:r w:rsidRPr="00504939">
        <w:rPr>
          <w:rFonts w:ascii="Calibri" w:hAnsi="Calibri"/>
          <w:sz w:val="20"/>
          <w:szCs w:val="20"/>
        </w:rPr>
        <w:t>thee</w:t>
      </w:r>
      <w:proofErr w:type="spellEnd"/>
      <w:r w:rsidRPr="00504939">
        <w:rPr>
          <w:rFonts w:ascii="Calibri" w:hAnsi="Calibri"/>
          <w:sz w:val="20"/>
          <w:szCs w:val="20"/>
        </w:rPr>
        <w:t xml:space="preserve"> places to walk among these that stand by” (Zech. 3:7). And who are “these that stand by”? They are the angels of God. Joshua must have a living, confiding trust in God every day; and then angels would walk with him, and the power of God would rest upon him in all his labors. </w:t>
      </w:r>
    </w:p>
    <w:p w14:paraId="7BF18460" w14:textId="77777777" w:rsidR="00BC56D0" w:rsidRPr="00504939" w:rsidRDefault="00000000" w:rsidP="00B32FB4">
      <w:pPr>
        <w:jc w:val="both"/>
        <w:rPr>
          <w:sz w:val="20"/>
          <w:szCs w:val="20"/>
        </w:rPr>
      </w:pPr>
      <w:r w:rsidRPr="00504939">
        <w:rPr>
          <w:rFonts w:ascii="Calibri" w:hAnsi="Calibri"/>
          <w:sz w:val="20"/>
          <w:szCs w:val="20"/>
        </w:rPr>
        <w:t xml:space="preserve">Then, Christian friends, fathers and mothers, let your light grow dim—no, never! Let your heart grow faint, or your hands </w:t>
      </w:r>
      <w:proofErr w:type="gramStart"/>
      <w:r w:rsidRPr="00504939">
        <w:rPr>
          <w:rFonts w:ascii="Calibri" w:hAnsi="Calibri"/>
          <w:sz w:val="20"/>
          <w:szCs w:val="20"/>
        </w:rPr>
        <w:t>weary—</w:t>
      </w:r>
      <w:proofErr w:type="gramEnd"/>
      <w:r w:rsidRPr="00504939">
        <w:rPr>
          <w:rFonts w:ascii="Calibri" w:hAnsi="Calibri"/>
          <w:sz w:val="20"/>
          <w:szCs w:val="20"/>
        </w:rPr>
        <w:t xml:space="preserve"> no, never! And by and by the portals of the celestial city will be opened to you; and you may present yourselves and your children before the throne, saying, “Here am I, and the children whom Thou hast given me” (Isa. 8:18). And what a reward for faithfulness that will be, to see your children crowned with immortal life in the beautiful city of God! – Signs of the Times, Jan. 14, 1886.</w:t>
      </w:r>
    </w:p>
    <w:p w14:paraId="1D178B0E" w14:textId="77777777" w:rsidR="00BC56D0" w:rsidRPr="00504939" w:rsidRDefault="00000000" w:rsidP="005952B1">
      <w:pPr>
        <w:rPr>
          <w:sz w:val="20"/>
          <w:szCs w:val="20"/>
        </w:rPr>
      </w:pPr>
      <w:r w:rsidRPr="00504939">
        <w:rPr>
          <w:rFonts w:ascii="Calibri" w:hAnsi="Calibri"/>
          <w:sz w:val="20"/>
          <w:szCs w:val="20"/>
        </w:rPr>
        <w:t>-Ellen G White, Our Father Cares, p.296</w:t>
      </w:r>
    </w:p>
    <w:p w14:paraId="11F5B08D" w14:textId="54EB9AD3" w:rsidR="00BC56D0" w:rsidRPr="00504939" w:rsidRDefault="00B32FB4" w:rsidP="005952B1">
      <w:pPr>
        <w:pStyle w:val="Heading4"/>
        <w:rPr>
          <w:color w:val="0070C0"/>
          <w:sz w:val="20"/>
          <w:szCs w:val="20"/>
        </w:rPr>
      </w:pPr>
      <w:r w:rsidRPr="00504939">
        <w:rPr>
          <w:color w:val="0070C0"/>
          <w:sz w:val="20"/>
          <w:szCs w:val="20"/>
        </w:rPr>
        <w:t>FAMILY DEVOTION: AN ARGUMENT INFIDELS CANNOT RESIST</w:t>
      </w:r>
    </w:p>
    <w:p w14:paraId="47CF6390" w14:textId="78A752B2" w:rsidR="00BC56D0" w:rsidRPr="00504939" w:rsidRDefault="00AD3B65" w:rsidP="005952B1">
      <w:pPr>
        <w:rPr>
          <w:b/>
          <w:bCs/>
          <w:sz w:val="20"/>
          <w:szCs w:val="20"/>
        </w:rPr>
      </w:pPr>
      <w:r w:rsidRPr="00504939">
        <w:rPr>
          <w:rFonts w:ascii="Calibri" w:hAnsi="Calibri"/>
          <w:b/>
          <w:bCs/>
          <w:sz w:val="20"/>
          <w:szCs w:val="20"/>
        </w:rPr>
        <w:t>Key Text:</w:t>
      </w:r>
      <w:proofErr w:type="gramStart"/>
      <w:r w:rsidRPr="00504939">
        <w:rPr>
          <w:rFonts w:ascii="Calibri" w:hAnsi="Calibri"/>
          <w:b/>
          <w:bCs/>
          <w:sz w:val="20"/>
          <w:szCs w:val="20"/>
        </w:rPr>
        <w:t xml:space="preserve">   “</w:t>
      </w:r>
      <w:proofErr w:type="gramEnd"/>
      <w:r w:rsidRPr="00504939">
        <w:rPr>
          <w:rFonts w:ascii="Calibri" w:hAnsi="Calibri"/>
          <w:b/>
          <w:bCs/>
          <w:sz w:val="20"/>
          <w:szCs w:val="20"/>
        </w:rPr>
        <w:t>While ye have light, believe in the light, that ye may be the children of light.” (John 12:36)</w:t>
      </w:r>
    </w:p>
    <w:p w14:paraId="6DE59A10" w14:textId="77777777" w:rsidR="00BC56D0" w:rsidRPr="00504939" w:rsidRDefault="00000000" w:rsidP="005952B1">
      <w:pPr>
        <w:rPr>
          <w:sz w:val="20"/>
          <w:szCs w:val="20"/>
        </w:rPr>
      </w:pPr>
      <w:r w:rsidRPr="00504939">
        <w:rPr>
          <w:rFonts w:ascii="Calibri" w:hAnsi="Calibri"/>
          <w:sz w:val="20"/>
          <w:szCs w:val="20"/>
        </w:rPr>
        <w:t xml:space="preserve">Scripture teaches that a well-ordered Christian home is a powerful witness—so strong that even unbelievers cannot resist its influence. </w:t>
      </w:r>
    </w:p>
    <w:p w14:paraId="1C543ED7" w14:textId="77777777" w:rsidR="00BC56D0" w:rsidRPr="00504939" w:rsidRDefault="00000000" w:rsidP="005952B1">
      <w:pPr>
        <w:rPr>
          <w:sz w:val="20"/>
          <w:szCs w:val="20"/>
        </w:rPr>
      </w:pPr>
      <w:r w:rsidRPr="00504939">
        <w:rPr>
          <w:rFonts w:ascii="Calibri" w:hAnsi="Calibri"/>
          <w:sz w:val="20"/>
          <w:szCs w:val="20"/>
        </w:rPr>
        <w:t>A home filled with kindness, prayer, discipline, and love becomes a living sermon. Its influence spreads from the family outward, shaping children, neighbors, and even society itself.</w:t>
      </w:r>
    </w:p>
    <w:p w14:paraId="66FB8EA7" w14:textId="77777777" w:rsidR="00BC56D0" w:rsidRPr="00504939" w:rsidRDefault="00000000" w:rsidP="005952B1">
      <w:pPr>
        <w:rPr>
          <w:sz w:val="20"/>
          <w:szCs w:val="20"/>
        </w:rPr>
      </w:pPr>
      <w:r w:rsidRPr="00504939">
        <w:rPr>
          <w:rFonts w:ascii="Calibri" w:hAnsi="Calibri"/>
          <w:sz w:val="20"/>
          <w:szCs w:val="20"/>
        </w:rPr>
        <w:t>Jesus said:</w:t>
      </w:r>
    </w:p>
    <w:p w14:paraId="5B9C809F" w14:textId="6134EC37" w:rsidR="00BC56D0" w:rsidRPr="00504939" w:rsidRDefault="00000000" w:rsidP="005952B1">
      <w:pPr>
        <w:rPr>
          <w:sz w:val="20"/>
          <w:szCs w:val="20"/>
        </w:rPr>
      </w:pPr>
      <w:r w:rsidRPr="00504939">
        <w:rPr>
          <w:rFonts w:ascii="Calibri" w:hAnsi="Calibri"/>
          <w:sz w:val="20"/>
          <w:szCs w:val="20"/>
        </w:rPr>
        <w:t xml:space="preserve">“Ye are the light of the world.” (Matthew 5:14) </w:t>
      </w:r>
    </w:p>
    <w:p w14:paraId="1DFF3971" w14:textId="77777777" w:rsidR="00BC56D0" w:rsidRPr="00504939" w:rsidRDefault="00000000" w:rsidP="005952B1">
      <w:pPr>
        <w:rPr>
          <w:sz w:val="20"/>
          <w:szCs w:val="20"/>
        </w:rPr>
      </w:pPr>
      <w:r w:rsidRPr="00504939">
        <w:rPr>
          <w:rFonts w:ascii="Calibri" w:hAnsi="Calibri"/>
          <w:sz w:val="20"/>
          <w:szCs w:val="20"/>
        </w:rPr>
        <w:t xml:space="preserve">Every family has been entrusted with </w:t>
      </w:r>
      <w:proofErr w:type="gramStart"/>
      <w:r w:rsidRPr="00504939">
        <w:rPr>
          <w:rFonts w:ascii="Calibri" w:hAnsi="Calibri"/>
          <w:sz w:val="20"/>
          <w:szCs w:val="20"/>
        </w:rPr>
        <w:t>talents—</w:t>
      </w:r>
      <w:proofErr w:type="gramEnd"/>
      <w:r w:rsidRPr="00504939">
        <w:rPr>
          <w:rFonts w:ascii="Calibri" w:hAnsi="Calibri"/>
          <w:sz w:val="20"/>
          <w:szCs w:val="20"/>
        </w:rPr>
        <w:t>time, influence, abilities, resources—and heaven asks:</w:t>
      </w:r>
      <w:r w:rsidRPr="00504939">
        <w:rPr>
          <w:rFonts w:ascii="Calibri" w:hAnsi="Calibri"/>
          <w:sz w:val="20"/>
          <w:szCs w:val="20"/>
        </w:rPr>
        <w:br/>
        <w:t>What are we doing with His gifts?</w:t>
      </w:r>
      <w:r w:rsidRPr="00504939">
        <w:rPr>
          <w:rFonts w:ascii="Calibri" w:hAnsi="Calibri"/>
          <w:sz w:val="20"/>
          <w:szCs w:val="20"/>
        </w:rPr>
        <w:br/>
        <w:t>Are we shining His light or advancing our own interests?</w:t>
      </w:r>
    </w:p>
    <w:p w14:paraId="634B6A2F" w14:textId="77777777" w:rsidR="00BC56D0" w:rsidRPr="00504939" w:rsidRDefault="00000000" w:rsidP="005952B1">
      <w:pPr>
        <w:rPr>
          <w:sz w:val="20"/>
          <w:szCs w:val="20"/>
        </w:rPr>
      </w:pPr>
      <w:r w:rsidRPr="00504939">
        <w:rPr>
          <w:rFonts w:ascii="Calibri" w:hAnsi="Calibri"/>
          <w:sz w:val="20"/>
          <w:szCs w:val="20"/>
        </w:rPr>
        <w:lastRenderedPageBreak/>
        <w:t>We are reminded that we are judgment-bound, accountable for how we use our opportunities for good. But God does not leave us to struggle alone. He offers divine strength:</w:t>
      </w:r>
    </w:p>
    <w:p w14:paraId="5F356783" w14:textId="77777777" w:rsidR="00BC56D0" w:rsidRPr="00504939" w:rsidRDefault="00000000" w:rsidP="005952B1">
      <w:pPr>
        <w:rPr>
          <w:sz w:val="20"/>
          <w:szCs w:val="20"/>
        </w:rPr>
      </w:pPr>
      <w:r w:rsidRPr="00504939">
        <w:rPr>
          <w:rFonts w:ascii="Calibri" w:hAnsi="Calibri"/>
          <w:sz w:val="20"/>
          <w:szCs w:val="20"/>
        </w:rPr>
        <w:t xml:space="preserve">“Let him take hold of My strength… and he shall make peace with Me.” (Isaiah 27:5) </w:t>
      </w:r>
    </w:p>
    <w:p w14:paraId="1ED0EFA6" w14:textId="77777777" w:rsidR="00BC56D0" w:rsidRPr="00504939" w:rsidRDefault="00000000" w:rsidP="005952B1">
      <w:pPr>
        <w:rPr>
          <w:sz w:val="20"/>
          <w:szCs w:val="20"/>
        </w:rPr>
      </w:pPr>
      <w:r w:rsidRPr="00504939">
        <w:rPr>
          <w:rFonts w:ascii="Calibri" w:hAnsi="Calibri"/>
          <w:sz w:val="20"/>
          <w:szCs w:val="20"/>
        </w:rPr>
        <w:t>When a family “takes hold” of God’s strength:</w:t>
      </w:r>
    </w:p>
    <w:p w14:paraId="4E9C34B0" w14:textId="37ED2074" w:rsidR="00BC56D0" w:rsidRPr="00504939" w:rsidRDefault="00000000" w:rsidP="009D2FAE">
      <w:pPr>
        <w:spacing w:after="0"/>
        <w:rPr>
          <w:sz w:val="20"/>
          <w:szCs w:val="20"/>
        </w:rPr>
      </w:pPr>
      <w:r w:rsidRPr="00504939">
        <w:rPr>
          <w:rFonts w:ascii="Calibri" w:hAnsi="Calibri"/>
          <w:sz w:val="20"/>
          <w:szCs w:val="20"/>
        </w:rPr>
        <w:t>Angels walk beside them</w:t>
      </w:r>
      <w:r w:rsidR="009D2FAE" w:rsidRPr="00504939">
        <w:rPr>
          <w:rFonts w:ascii="Calibri" w:hAnsi="Calibri"/>
          <w:sz w:val="20"/>
          <w:szCs w:val="20"/>
        </w:rPr>
        <w:t xml:space="preserve">. </w:t>
      </w:r>
      <w:r w:rsidRPr="00504939">
        <w:rPr>
          <w:rFonts w:ascii="Calibri" w:hAnsi="Calibri"/>
          <w:sz w:val="20"/>
          <w:szCs w:val="20"/>
        </w:rPr>
        <w:t>Their home becomes a light in a dark world</w:t>
      </w:r>
      <w:r w:rsidR="009D2FAE" w:rsidRPr="00504939">
        <w:rPr>
          <w:rFonts w:ascii="Calibri" w:hAnsi="Calibri"/>
          <w:sz w:val="20"/>
          <w:szCs w:val="20"/>
        </w:rPr>
        <w:t xml:space="preserve">. </w:t>
      </w:r>
      <w:r w:rsidRPr="00504939">
        <w:rPr>
          <w:rFonts w:ascii="Calibri" w:hAnsi="Calibri"/>
          <w:sz w:val="20"/>
          <w:szCs w:val="20"/>
        </w:rPr>
        <w:t>Their children develop unshakable faith</w:t>
      </w:r>
    </w:p>
    <w:p w14:paraId="599E2AE3" w14:textId="7B46E488" w:rsidR="00BC56D0" w:rsidRPr="00504939" w:rsidRDefault="00000000" w:rsidP="009D2FAE">
      <w:pPr>
        <w:spacing w:after="0"/>
        <w:rPr>
          <w:rFonts w:ascii="Calibri" w:hAnsi="Calibri"/>
          <w:sz w:val="20"/>
          <w:szCs w:val="20"/>
        </w:rPr>
      </w:pPr>
      <w:r w:rsidRPr="00504939">
        <w:rPr>
          <w:rFonts w:ascii="Calibri" w:hAnsi="Calibri"/>
          <w:sz w:val="20"/>
          <w:szCs w:val="20"/>
        </w:rPr>
        <w:t>Their influence continues far beyond their walls</w:t>
      </w:r>
      <w:r w:rsidR="009D2FAE" w:rsidRPr="00504939">
        <w:rPr>
          <w:rFonts w:ascii="Calibri" w:hAnsi="Calibri"/>
          <w:sz w:val="20"/>
          <w:szCs w:val="20"/>
        </w:rPr>
        <w:t>.</w:t>
      </w:r>
    </w:p>
    <w:p w14:paraId="27F7EFCD" w14:textId="77777777" w:rsidR="009D2FAE" w:rsidRPr="00504939" w:rsidRDefault="009D2FAE" w:rsidP="009D2FAE">
      <w:pPr>
        <w:spacing w:after="0"/>
        <w:rPr>
          <w:sz w:val="20"/>
          <w:szCs w:val="20"/>
        </w:rPr>
      </w:pPr>
    </w:p>
    <w:p w14:paraId="23E03656" w14:textId="3B4FB5AB" w:rsidR="00BC56D0" w:rsidRPr="00504939" w:rsidRDefault="00000000" w:rsidP="005952B1">
      <w:pPr>
        <w:rPr>
          <w:sz w:val="20"/>
          <w:szCs w:val="20"/>
        </w:rPr>
      </w:pPr>
      <w:r w:rsidRPr="00504939">
        <w:rPr>
          <w:rFonts w:ascii="Calibri" w:hAnsi="Calibri"/>
          <w:sz w:val="20"/>
          <w:szCs w:val="20"/>
        </w:rPr>
        <w:t>And one glorious day, faithful parents will stand before God and say</w:t>
      </w:r>
      <w:proofErr w:type="gramStart"/>
      <w:r w:rsidRPr="00504939">
        <w:rPr>
          <w:rFonts w:ascii="Calibri" w:hAnsi="Calibri"/>
          <w:sz w:val="20"/>
          <w:szCs w:val="20"/>
        </w:rPr>
        <w:t>:</w:t>
      </w:r>
      <w:r w:rsidR="009D2FAE" w:rsidRPr="00504939">
        <w:rPr>
          <w:rFonts w:ascii="Calibri" w:hAnsi="Calibri"/>
          <w:sz w:val="20"/>
          <w:szCs w:val="20"/>
        </w:rPr>
        <w:t xml:space="preserve">  </w:t>
      </w:r>
      <w:r w:rsidRPr="00504939">
        <w:rPr>
          <w:rFonts w:ascii="Calibri" w:hAnsi="Calibri"/>
          <w:sz w:val="20"/>
          <w:szCs w:val="20"/>
        </w:rPr>
        <w:t>“</w:t>
      </w:r>
      <w:proofErr w:type="gramEnd"/>
      <w:r w:rsidRPr="00504939">
        <w:rPr>
          <w:rFonts w:ascii="Calibri" w:hAnsi="Calibri"/>
          <w:sz w:val="20"/>
          <w:szCs w:val="20"/>
        </w:rPr>
        <w:t xml:space="preserve">Here am I, and the children whom Thou hast given me.” (Isaiah 8:18) </w:t>
      </w:r>
    </w:p>
    <w:p w14:paraId="3DB71BF9" w14:textId="77777777" w:rsidR="00BC56D0" w:rsidRPr="00504939" w:rsidRDefault="00000000" w:rsidP="005952B1">
      <w:pPr>
        <w:rPr>
          <w:sz w:val="20"/>
          <w:szCs w:val="20"/>
        </w:rPr>
      </w:pPr>
      <w:r w:rsidRPr="00504939">
        <w:rPr>
          <w:rFonts w:ascii="Calibri" w:hAnsi="Calibri"/>
          <w:sz w:val="20"/>
          <w:szCs w:val="20"/>
        </w:rPr>
        <w:t>What a reward—to see our children crowned with eternal life when Jesus returns!</w:t>
      </w:r>
    </w:p>
    <w:p w14:paraId="34B8E8D0" w14:textId="77777777" w:rsidR="00BC56D0" w:rsidRPr="00504939" w:rsidRDefault="00000000" w:rsidP="005952B1">
      <w:pPr>
        <w:rPr>
          <w:rFonts w:ascii="Calibri" w:hAnsi="Calibri"/>
          <w:sz w:val="20"/>
          <w:szCs w:val="20"/>
        </w:rPr>
      </w:pPr>
      <w:r w:rsidRPr="00504939">
        <w:rPr>
          <w:rFonts w:ascii="Calibri" w:hAnsi="Calibri"/>
          <w:sz w:val="20"/>
          <w:szCs w:val="20"/>
        </w:rPr>
        <w:t>The Second Coming is not only a future event—it is the destiny toward which every Christian home is moving. And the decisions we make today help prepare our families for that glorious moment.</w:t>
      </w:r>
    </w:p>
    <w:p w14:paraId="48D2486F" w14:textId="77777777" w:rsidR="005D519C" w:rsidRPr="00504939" w:rsidRDefault="007003B8" w:rsidP="00AE4AEE">
      <w:pPr>
        <w:spacing w:after="0"/>
        <w:rPr>
          <w:rFonts w:ascii="Calibri" w:hAnsi="Calibri"/>
          <w:b/>
          <w:bCs/>
          <w:i/>
          <w:iCs/>
          <w:color w:val="0070C0"/>
          <w:sz w:val="20"/>
          <w:szCs w:val="20"/>
        </w:rPr>
      </w:pPr>
      <w:r w:rsidRPr="00504939">
        <w:rPr>
          <w:rFonts w:ascii="Calibri" w:hAnsi="Calibri"/>
          <w:b/>
          <w:bCs/>
          <w:i/>
          <w:iCs/>
          <w:color w:val="0070C0"/>
          <w:sz w:val="20"/>
          <w:szCs w:val="20"/>
        </w:rPr>
        <w:t xml:space="preserve">FAMILY STORY </w:t>
      </w:r>
    </w:p>
    <w:p w14:paraId="20030A75" w14:textId="77777777" w:rsidR="00B82BF5" w:rsidRDefault="005D519C" w:rsidP="00AE4AEE">
      <w:pPr>
        <w:spacing w:after="0"/>
        <w:rPr>
          <w:rFonts w:asciiTheme="majorHAnsi" w:eastAsiaTheme="majorEastAsia" w:hAnsiTheme="majorHAnsi" w:cstheme="majorBidi"/>
          <w:sz w:val="20"/>
          <w:szCs w:val="20"/>
          <w:lang w:val="en-FJ"/>
        </w:rPr>
      </w:pPr>
      <w:r w:rsidRPr="00504939">
        <w:rPr>
          <w:rFonts w:asciiTheme="majorHAnsi" w:hAnsiTheme="majorHAnsi" w:cstheme="majorHAnsi"/>
          <w:sz w:val="20"/>
          <w:szCs w:val="20"/>
          <w:lang w:val="en-FJ"/>
        </w:rPr>
        <w:t>In</w:t>
      </w:r>
      <w:r w:rsidRPr="00504939">
        <w:rPr>
          <w:rFonts w:asciiTheme="majorHAnsi" w:eastAsiaTheme="majorEastAsia" w:hAnsiTheme="majorHAnsi" w:cstheme="majorHAnsi"/>
          <w:sz w:val="20"/>
          <w:szCs w:val="20"/>
          <w:lang w:val="en-FJ"/>
        </w:rPr>
        <w:t xml:space="preserve"> a small </w:t>
      </w:r>
      <w:r w:rsidRPr="00504939">
        <w:rPr>
          <w:rFonts w:asciiTheme="majorHAnsi" w:hAnsiTheme="majorHAnsi" w:cstheme="majorHAnsi"/>
          <w:sz w:val="20"/>
          <w:szCs w:val="20"/>
          <w:lang w:val="en-FJ"/>
        </w:rPr>
        <w:t>neighbourhood</w:t>
      </w:r>
      <w:r w:rsidRPr="00504939">
        <w:rPr>
          <w:rFonts w:asciiTheme="majorHAnsi" w:eastAsiaTheme="majorEastAsia" w:hAnsiTheme="majorHAnsi" w:cstheme="majorHAnsi"/>
          <w:sz w:val="20"/>
          <w:szCs w:val="20"/>
          <w:lang w:val="en-FJ"/>
        </w:rPr>
        <w:t>,</w:t>
      </w:r>
      <w:r w:rsidRPr="00504939">
        <w:rPr>
          <w:rFonts w:asciiTheme="majorHAnsi" w:eastAsiaTheme="majorEastAsia" w:hAnsiTheme="majorHAnsi" w:cstheme="majorBidi"/>
          <w:sz w:val="20"/>
          <w:szCs w:val="20"/>
          <w:lang w:val="en-FJ"/>
        </w:rPr>
        <w:t xml:space="preserve"> there stood a house that looked ordinary during the day—but at night, something about it stood out.  Its porch light was always on.</w:t>
      </w:r>
      <w:r w:rsidR="00B82BF5">
        <w:rPr>
          <w:rFonts w:asciiTheme="majorHAnsi" w:eastAsiaTheme="majorEastAsia" w:hAnsiTheme="majorHAnsi" w:cstheme="majorBidi"/>
          <w:sz w:val="20"/>
          <w:szCs w:val="20"/>
          <w:lang w:val="en-FJ"/>
        </w:rPr>
        <w:t xml:space="preserve"> </w:t>
      </w:r>
    </w:p>
    <w:p w14:paraId="13E7B1A2" w14:textId="77777777" w:rsidR="00B82BF5" w:rsidRPr="00313569" w:rsidRDefault="005D519C" w:rsidP="00B82BF5">
      <w:pPr>
        <w:rPr>
          <w:rFonts w:asciiTheme="majorHAnsi" w:hAnsiTheme="majorHAnsi" w:cstheme="majorHAnsi"/>
          <w:sz w:val="20"/>
          <w:szCs w:val="20"/>
          <w:lang w:val="en-FJ"/>
        </w:rPr>
      </w:pPr>
      <w:proofErr w:type="gramStart"/>
      <w:r w:rsidRPr="00313569">
        <w:rPr>
          <w:rFonts w:asciiTheme="majorHAnsi" w:hAnsiTheme="majorHAnsi" w:cstheme="majorHAnsi"/>
          <w:sz w:val="20"/>
          <w:szCs w:val="20"/>
          <w:lang w:val="en-FJ"/>
        </w:rPr>
        <w:t>Neighbour’s</w:t>
      </w:r>
      <w:proofErr w:type="gramEnd"/>
      <w:r w:rsidRPr="00313569">
        <w:rPr>
          <w:rFonts w:asciiTheme="majorHAnsi" w:hAnsiTheme="majorHAnsi" w:cstheme="majorHAnsi"/>
          <w:sz w:val="20"/>
          <w:szCs w:val="20"/>
          <w:lang w:val="en-FJ"/>
        </w:rPr>
        <w:t xml:space="preserve"> noticed it. Children felt safe walking past it. Visitors often paused without knowing why. There was no sign on the door. No preaching from the windows. Yet something about that home quietly spoke.</w:t>
      </w:r>
      <w:r w:rsidR="00B82BF5" w:rsidRPr="00313569">
        <w:rPr>
          <w:rFonts w:asciiTheme="majorHAnsi" w:hAnsiTheme="majorHAnsi" w:cstheme="majorHAnsi"/>
          <w:sz w:val="20"/>
          <w:szCs w:val="20"/>
          <w:lang w:val="en-FJ"/>
        </w:rPr>
        <w:t xml:space="preserve"> </w:t>
      </w:r>
    </w:p>
    <w:p w14:paraId="013985F4" w14:textId="77777777" w:rsidR="00B82BF5" w:rsidRPr="00313569" w:rsidRDefault="005D519C" w:rsidP="00B82BF5">
      <w:pPr>
        <w:rPr>
          <w:rFonts w:asciiTheme="majorHAnsi" w:hAnsiTheme="majorHAnsi" w:cstheme="majorHAnsi"/>
          <w:sz w:val="20"/>
          <w:szCs w:val="20"/>
          <w:lang w:val="en-FJ"/>
        </w:rPr>
      </w:pPr>
      <w:r w:rsidRPr="00313569">
        <w:rPr>
          <w:rFonts w:asciiTheme="majorHAnsi" w:hAnsiTheme="majorHAnsi" w:cstheme="majorHAnsi"/>
          <w:sz w:val="20"/>
          <w:szCs w:val="20"/>
          <w:lang w:val="en-FJ"/>
        </w:rPr>
        <w:t>Inside lived a family who had made a simple decision: Christ would be welcome in every room of their home.</w:t>
      </w:r>
    </w:p>
    <w:p w14:paraId="7FFD1C61" w14:textId="7AE368D4" w:rsidR="005D519C" w:rsidRPr="00313569" w:rsidRDefault="005D519C" w:rsidP="00B82BF5">
      <w:pPr>
        <w:rPr>
          <w:rFonts w:asciiTheme="majorHAnsi" w:hAnsiTheme="majorHAnsi" w:cstheme="majorHAnsi"/>
          <w:sz w:val="20"/>
          <w:szCs w:val="20"/>
          <w:lang w:val="en-FJ"/>
        </w:rPr>
      </w:pPr>
      <w:r w:rsidRPr="00313569">
        <w:rPr>
          <w:rFonts w:asciiTheme="majorHAnsi" w:hAnsiTheme="majorHAnsi" w:cstheme="majorHAnsi"/>
          <w:sz w:val="20"/>
          <w:szCs w:val="20"/>
          <w:lang w:val="en-FJ"/>
        </w:rPr>
        <w:t>Each morning began with prayer. Not long, not complicated—but sincere. The parents gathered their children, opened the Scriptures, and asked God for strength for the day. Sometimes the children fidgeted. Sometimes the parents were tired. But they stayed faithful.</w:t>
      </w:r>
    </w:p>
    <w:p w14:paraId="1A194653" w14:textId="77777777" w:rsidR="005D519C" w:rsidRPr="00504939" w:rsidRDefault="005D519C" w:rsidP="005D519C">
      <w:pPr>
        <w:pStyle w:val="Heading4"/>
        <w:rPr>
          <w:b w:val="0"/>
          <w:bCs w:val="0"/>
          <w:i w:val="0"/>
          <w:iCs w:val="0"/>
          <w:color w:val="auto"/>
          <w:sz w:val="20"/>
          <w:szCs w:val="20"/>
          <w:lang w:val="en-FJ"/>
        </w:rPr>
      </w:pPr>
      <w:r w:rsidRPr="00504939">
        <w:rPr>
          <w:b w:val="0"/>
          <w:bCs w:val="0"/>
          <w:i w:val="0"/>
          <w:iCs w:val="0"/>
          <w:color w:val="auto"/>
          <w:sz w:val="20"/>
          <w:szCs w:val="20"/>
          <w:lang w:val="en-FJ"/>
        </w:rPr>
        <w:t>And though no one called them famous, heaven recorded their faithfulness.</w:t>
      </w:r>
    </w:p>
    <w:p w14:paraId="56AB973F" w14:textId="77777777" w:rsidR="005D519C" w:rsidRPr="00504939" w:rsidRDefault="005D519C" w:rsidP="005D519C">
      <w:pPr>
        <w:pStyle w:val="Heading4"/>
        <w:rPr>
          <w:b w:val="0"/>
          <w:bCs w:val="0"/>
          <w:i w:val="0"/>
          <w:iCs w:val="0"/>
          <w:color w:val="auto"/>
          <w:sz w:val="20"/>
          <w:szCs w:val="20"/>
          <w:lang w:val="en-FJ"/>
        </w:rPr>
      </w:pPr>
      <w:r w:rsidRPr="00504939">
        <w:rPr>
          <w:b w:val="0"/>
          <w:bCs w:val="0"/>
          <w:i w:val="0"/>
          <w:iCs w:val="0"/>
          <w:color w:val="auto"/>
          <w:sz w:val="20"/>
          <w:szCs w:val="20"/>
          <w:lang w:val="en-FJ"/>
        </w:rPr>
        <w:t>One day soon—when the skies split open and the Light of the World returns—those parents will stand before God, not empty</w:t>
      </w:r>
      <w:r w:rsidRPr="00504939">
        <w:rPr>
          <w:b w:val="0"/>
          <w:bCs w:val="0"/>
          <w:i w:val="0"/>
          <w:iCs w:val="0"/>
          <w:color w:val="auto"/>
          <w:sz w:val="20"/>
          <w:szCs w:val="20"/>
          <w:lang w:val="en-FJ"/>
        </w:rPr>
        <w:noBreakHyphen/>
        <w:t>handed, but hopeful, and say with joy:</w:t>
      </w:r>
    </w:p>
    <w:p w14:paraId="0FD63577" w14:textId="77777777" w:rsidR="005D519C" w:rsidRPr="00504939" w:rsidRDefault="005D519C" w:rsidP="005D519C">
      <w:pPr>
        <w:pStyle w:val="Heading4"/>
        <w:rPr>
          <w:b w:val="0"/>
          <w:bCs w:val="0"/>
          <w:i w:val="0"/>
          <w:iCs w:val="0"/>
          <w:color w:val="auto"/>
          <w:sz w:val="20"/>
          <w:szCs w:val="20"/>
          <w:lang w:val="en-FJ"/>
        </w:rPr>
      </w:pPr>
      <w:r w:rsidRPr="00504939">
        <w:rPr>
          <w:b w:val="0"/>
          <w:bCs w:val="0"/>
          <w:i w:val="0"/>
          <w:iCs w:val="0"/>
          <w:color w:val="auto"/>
          <w:sz w:val="20"/>
          <w:szCs w:val="20"/>
          <w:lang w:val="en-FJ"/>
        </w:rPr>
        <w:t>“Here am I, and the children whom Thou hast given me.”</w:t>
      </w:r>
    </w:p>
    <w:p w14:paraId="27CDC716" w14:textId="77777777" w:rsidR="005D519C" w:rsidRPr="00504939" w:rsidRDefault="005D519C" w:rsidP="005D519C">
      <w:pPr>
        <w:pStyle w:val="Heading4"/>
        <w:rPr>
          <w:b w:val="0"/>
          <w:bCs w:val="0"/>
          <w:i w:val="0"/>
          <w:iCs w:val="0"/>
          <w:color w:val="auto"/>
          <w:sz w:val="20"/>
          <w:szCs w:val="20"/>
          <w:lang w:val="en-FJ"/>
        </w:rPr>
      </w:pPr>
      <w:r w:rsidRPr="00504939">
        <w:rPr>
          <w:b w:val="0"/>
          <w:bCs w:val="0"/>
          <w:i w:val="0"/>
          <w:iCs w:val="0"/>
          <w:color w:val="auto"/>
          <w:sz w:val="20"/>
          <w:szCs w:val="20"/>
          <w:lang w:val="en-FJ"/>
        </w:rPr>
        <w:t>And the light that once shone quietly from their home will shine forever.</w:t>
      </w:r>
    </w:p>
    <w:p w14:paraId="149C8D7B" w14:textId="197694F9" w:rsidR="00BC56D0" w:rsidRPr="00504939" w:rsidRDefault="00B32FB4" w:rsidP="005952B1">
      <w:pPr>
        <w:pStyle w:val="Heading4"/>
        <w:rPr>
          <w:color w:val="0070C0"/>
          <w:sz w:val="20"/>
          <w:szCs w:val="20"/>
        </w:rPr>
      </w:pPr>
      <w:r w:rsidRPr="00504939">
        <w:rPr>
          <w:color w:val="0070C0"/>
          <w:sz w:val="20"/>
          <w:szCs w:val="20"/>
        </w:rPr>
        <w:t>REFLECTION QUESTIONS:</w:t>
      </w:r>
    </w:p>
    <w:p w14:paraId="54EC5491" w14:textId="5F3FA79E" w:rsidR="00BC56D0" w:rsidRPr="00504939" w:rsidRDefault="00000000" w:rsidP="005952B1">
      <w:pPr>
        <w:pStyle w:val="ListParagraph"/>
        <w:numPr>
          <w:ilvl w:val="0"/>
          <w:numId w:val="14"/>
        </w:numPr>
        <w:rPr>
          <w:sz w:val="20"/>
          <w:szCs w:val="20"/>
        </w:rPr>
      </w:pPr>
      <w:r w:rsidRPr="00504939">
        <w:rPr>
          <w:rFonts w:ascii="Calibri" w:hAnsi="Calibri"/>
          <w:sz w:val="20"/>
          <w:szCs w:val="20"/>
        </w:rPr>
        <w:t xml:space="preserve">What does it mean for our home to be a “light” in today’s world? </w:t>
      </w:r>
    </w:p>
    <w:p w14:paraId="097527F4" w14:textId="6FD8F4CE" w:rsidR="00BC56D0" w:rsidRPr="00504939" w:rsidRDefault="00000000" w:rsidP="005952B1">
      <w:pPr>
        <w:pStyle w:val="ListParagraph"/>
        <w:numPr>
          <w:ilvl w:val="0"/>
          <w:numId w:val="14"/>
        </w:numPr>
        <w:rPr>
          <w:sz w:val="20"/>
          <w:szCs w:val="20"/>
        </w:rPr>
      </w:pPr>
      <w:r w:rsidRPr="00504939">
        <w:rPr>
          <w:rFonts w:ascii="Calibri" w:hAnsi="Calibri"/>
          <w:sz w:val="20"/>
          <w:szCs w:val="20"/>
        </w:rPr>
        <w:t xml:space="preserve">Are there talents (gifts, time, influence) God entrusted to us that we are not using for His glory? </w:t>
      </w:r>
    </w:p>
    <w:p w14:paraId="6E8A76FB" w14:textId="6CC3EBB9" w:rsidR="00BC56D0" w:rsidRPr="00504939" w:rsidRDefault="00000000" w:rsidP="005952B1">
      <w:pPr>
        <w:pStyle w:val="ListParagraph"/>
        <w:numPr>
          <w:ilvl w:val="0"/>
          <w:numId w:val="14"/>
        </w:numPr>
        <w:rPr>
          <w:sz w:val="20"/>
          <w:szCs w:val="20"/>
        </w:rPr>
      </w:pPr>
      <w:r w:rsidRPr="00504939">
        <w:rPr>
          <w:rFonts w:ascii="Calibri" w:hAnsi="Calibri"/>
          <w:sz w:val="20"/>
          <w:szCs w:val="20"/>
        </w:rPr>
        <w:t xml:space="preserve">What small daily habits would help our home reflect the character of Christ more clearly? </w:t>
      </w:r>
    </w:p>
    <w:p w14:paraId="510375FE" w14:textId="4E7CCF35" w:rsidR="00BC56D0" w:rsidRPr="00AE4AEE" w:rsidRDefault="00000000" w:rsidP="005952B1">
      <w:pPr>
        <w:pStyle w:val="ListParagraph"/>
        <w:numPr>
          <w:ilvl w:val="0"/>
          <w:numId w:val="14"/>
        </w:numPr>
        <w:rPr>
          <w:sz w:val="20"/>
          <w:szCs w:val="20"/>
        </w:rPr>
      </w:pPr>
      <w:r w:rsidRPr="00504939">
        <w:rPr>
          <w:rFonts w:ascii="Calibri" w:hAnsi="Calibri"/>
          <w:sz w:val="20"/>
          <w:szCs w:val="20"/>
        </w:rPr>
        <w:t>How can we encourage our children to develop their own living faith?</w:t>
      </w:r>
    </w:p>
    <w:p w14:paraId="7DBA9C58" w14:textId="2C4D5562" w:rsidR="00BC56D0" w:rsidRPr="00504939" w:rsidRDefault="00B32FB4" w:rsidP="005952B1">
      <w:pPr>
        <w:pStyle w:val="Heading4"/>
        <w:rPr>
          <w:color w:val="0070C0"/>
          <w:sz w:val="20"/>
          <w:szCs w:val="20"/>
        </w:rPr>
      </w:pPr>
      <w:r w:rsidRPr="00504939">
        <w:rPr>
          <w:color w:val="0070C0"/>
          <w:sz w:val="20"/>
          <w:szCs w:val="20"/>
        </w:rPr>
        <w:t>FAMILY ACTIVITY:</w:t>
      </w:r>
    </w:p>
    <w:p w14:paraId="7B0CD7D2" w14:textId="77777777" w:rsidR="00BC56D0" w:rsidRPr="00017547" w:rsidRDefault="00000000" w:rsidP="00017547">
      <w:pPr>
        <w:pStyle w:val="ListParagraph"/>
        <w:numPr>
          <w:ilvl w:val="0"/>
          <w:numId w:val="43"/>
        </w:numPr>
        <w:spacing w:after="0" w:line="240" w:lineRule="auto"/>
        <w:rPr>
          <w:sz w:val="20"/>
          <w:szCs w:val="20"/>
        </w:rPr>
      </w:pPr>
      <w:r w:rsidRPr="00017547">
        <w:rPr>
          <w:rFonts w:ascii="Calibri" w:hAnsi="Calibri"/>
          <w:sz w:val="20"/>
          <w:szCs w:val="20"/>
        </w:rPr>
        <w:t>Create a “Family Light Plan”</w:t>
      </w:r>
      <w:r w:rsidRPr="00017547">
        <w:rPr>
          <w:rFonts w:ascii="Calibri" w:hAnsi="Calibri"/>
          <w:sz w:val="20"/>
          <w:szCs w:val="20"/>
        </w:rPr>
        <w:br/>
        <w:t>Together, list three simple ways your home can shine more of Christ’s light this week. Examples:</w:t>
      </w:r>
    </w:p>
    <w:p w14:paraId="36C09D3C" w14:textId="6918A811" w:rsidR="00BC56D0" w:rsidRPr="00017547" w:rsidRDefault="00000000" w:rsidP="00017547">
      <w:pPr>
        <w:pStyle w:val="ListParagraph"/>
        <w:numPr>
          <w:ilvl w:val="0"/>
          <w:numId w:val="43"/>
        </w:numPr>
        <w:spacing w:after="0" w:line="240" w:lineRule="auto"/>
        <w:rPr>
          <w:sz w:val="20"/>
          <w:szCs w:val="20"/>
        </w:rPr>
      </w:pPr>
      <w:r w:rsidRPr="00017547">
        <w:rPr>
          <w:rFonts w:ascii="Calibri" w:hAnsi="Calibri"/>
          <w:sz w:val="20"/>
          <w:szCs w:val="20"/>
        </w:rPr>
        <w:t>A family prayer time before school or bed</w:t>
      </w:r>
      <w:r w:rsidR="00017547" w:rsidRPr="00017547">
        <w:rPr>
          <w:rFonts w:ascii="Calibri" w:hAnsi="Calibri"/>
          <w:sz w:val="20"/>
          <w:szCs w:val="20"/>
        </w:rPr>
        <w:t>.</w:t>
      </w:r>
    </w:p>
    <w:p w14:paraId="165CC9B6" w14:textId="77777777" w:rsidR="00BC56D0" w:rsidRPr="00017547" w:rsidRDefault="00000000" w:rsidP="00017547">
      <w:pPr>
        <w:pStyle w:val="ListParagraph"/>
        <w:numPr>
          <w:ilvl w:val="0"/>
          <w:numId w:val="43"/>
        </w:numPr>
        <w:spacing w:after="0" w:line="240" w:lineRule="auto"/>
        <w:rPr>
          <w:sz w:val="20"/>
          <w:szCs w:val="20"/>
        </w:rPr>
      </w:pPr>
      <w:r w:rsidRPr="00017547">
        <w:rPr>
          <w:rFonts w:ascii="Calibri" w:hAnsi="Calibri"/>
          <w:sz w:val="20"/>
          <w:szCs w:val="20"/>
        </w:rPr>
        <w:t>A “kindness challenge” where each person blesses someone daily</w:t>
      </w:r>
    </w:p>
    <w:p w14:paraId="00B30677" w14:textId="77777777" w:rsidR="00BC56D0" w:rsidRPr="00017547" w:rsidRDefault="00000000" w:rsidP="00017547">
      <w:pPr>
        <w:pStyle w:val="ListParagraph"/>
        <w:numPr>
          <w:ilvl w:val="0"/>
          <w:numId w:val="43"/>
        </w:numPr>
        <w:spacing w:after="0" w:line="240" w:lineRule="auto"/>
        <w:rPr>
          <w:sz w:val="20"/>
          <w:szCs w:val="20"/>
        </w:rPr>
      </w:pPr>
      <w:r w:rsidRPr="00017547">
        <w:rPr>
          <w:rFonts w:ascii="Calibri" w:hAnsi="Calibri"/>
          <w:sz w:val="20"/>
          <w:szCs w:val="20"/>
        </w:rPr>
        <w:t>Reading a short Bible passage together each evening</w:t>
      </w:r>
    </w:p>
    <w:p w14:paraId="6F0BB14F" w14:textId="77777777" w:rsidR="00BC56D0" w:rsidRPr="00017547" w:rsidRDefault="00000000" w:rsidP="00017547">
      <w:pPr>
        <w:pStyle w:val="ListParagraph"/>
        <w:numPr>
          <w:ilvl w:val="0"/>
          <w:numId w:val="43"/>
        </w:numPr>
        <w:spacing w:after="0" w:line="240" w:lineRule="auto"/>
        <w:rPr>
          <w:sz w:val="20"/>
          <w:szCs w:val="20"/>
        </w:rPr>
      </w:pPr>
      <w:r w:rsidRPr="00017547">
        <w:rPr>
          <w:rFonts w:ascii="Calibri" w:hAnsi="Calibri"/>
          <w:sz w:val="20"/>
          <w:szCs w:val="20"/>
        </w:rPr>
        <w:lastRenderedPageBreak/>
        <w:t>Choosing one act of service to do as a family</w:t>
      </w:r>
    </w:p>
    <w:p w14:paraId="2E9E18BD" w14:textId="77777777" w:rsidR="00BC56D0" w:rsidRPr="00017547" w:rsidRDefault="00000000" w:rsidP="00017547">
      <w:pPr>
        <w:pStyle w:val="ListParagraph"/>
        <w:numPr>
          <w:ilvl w:val="0"/>
          <w:numId w:val="43"/>
        </w:numPr>
        <w:spacing w:after="0" w:line="240" w:lineRule="auto"/>
        <w:rPr>
          <w:sz w:val="20"/>
          <w:szCs w:val="20"/>
        </w:rPr>
      </w:pPr>
      <w:r w:rsidRPr="00017547">
        <w:rPr>
          <w:rFonts w:ascii="Calibri" w:hAnsi="Calibri"/>
          <w:sz w:val="20"/>
          <w:szCs w:val="20"/>
        </w:rPr>
        <w:t>Write them on a sheet titled “Our Home Will Shine Because…”</w:t>
      </w:r>
      <w:r w:rsidRPr="00017547">
        <w:rPr>
          <w:rFonts w:ascii="Calibri" w:hAnsi="Calibri"/>
          <w:sz w:val="20"/>
          <w:szCs w:val="20"/>
        </w:rPr>
        <w:br/>
        <w:t>Place it somewhere visible (fridge, hallway, prayer corner).</w:t>
      </w:r>
    </w:p>
    <w:p w14:paraId="0227E567" w14:textId="77777777" w:rsidR="00BC56D0" w:rsidRPr="00017547" w:rsidRDefault="00000000" w:rsidP="00017547">
      <w:pPr>
        <w:pStyle w:val="ListParagraph"/>
        <w:numPr>
          <w:ilvl w:val="0"/>
          <w:numId w:val="43"/>
        </w:numPr>
        <w:spacing w:after="0" w:line="240" w:lineRule="auto"/>
        <w:rPr>
          <w:sz w:val="20"/>
          <w:szCs w:val="20"/>
        </w:rPr>
      </w:pPr>
      <w:r w:rsidRPr="00017547">
        <w:rPr>
          <w:rFonts w:ascii="Calibri" w:hAnsi="Calibri"/>
          <w:sz w:val="20"/>
          <w:szCs w:val="20"/>
        </w:rPr>
        <w:t>Review it at the end of the week and celebrate what God has done.</w:t>
      </w:r>
    </w:p>
    <w:p w14:paraId="4F98529F" w14:textId="5A4D2A75" w:rsidR="00BC56D0" w:rsidRPr="00504939" w:rsidRDefault="00B32FB4" w:rsidP="005952B1">
      <w:pPr>
        <w:pStyle w:val="Heading4"/>
        <w:rPr>
          <w:color w:val="0070C0"/>
          <w:sz w:val="20"/>
          <w:szCs w:val="20"/>
        </w:rPr>
      </w:pPr>
      <w:r w:rsidRPr="00504939">
        <w:rPr>
          <w:color w:val="0070C0"/>
          <w:sz w:val="20"/>
          <w:szCs w:val="20"/>
        </w:rPr>
        <w:t>TRANSITION TO SERMON:</w:t>
      </w:r>
    </w:p>
    <w:p w14:paraId="21A66C11" w14:textId="3F59D855" w:rsidR="00BC56D0" w:rsidRPr="00504939" w:rsidRDefault="00000000" w:rsidP="005952B1">
      <w:pPr>
        <w:rPr>
          <w:sz w:val="20"/>
          <w:szCs w:val="20"/>
        </w:rPr>
      </w:pPr>
      <w:r w:rsidRPr="00504939">
        <w:rPr>
          <w:rFonts w:ascii="Calibri" w:hAnsi="Calibri"/>
          <w:sz w:val="20"/>
          <w:szCs w:val="20"/>
        </w:rPr>
        <w:t>This devotion reminds us that Christian homes are to shine with heaven’s light—a light that prepares children, families, and communities for the greatest event in all history:</w:t>
      </w:r>
      <w:r w:rsidR="007003B8" w:rsidRPr="00504939">
        <w:rPr>
          <w:rFonts w:ascii="Calibri" w:hAnsi="Calibri"/>
          <w:sz w:val="20"/>
          <w:szCs w:val="20"/>
        </w:rPr>
        <w:t xml:space="preserve"> </w:t>
      </w:r>
      <w:r w:rsidRPr="00504939">
        <w:rPr>
          <w:rFonts w:ascii="Calibri" w:hAnsi="Calibri"/>
          <w:sz w:val="20"/>
          <w:szCs w:val="20"/>
        </w:rPr>
        <w:t>the return of Jesus Christ.</w:t>
      </w:r>
    </w:p>
    <w:p w14:paraId="088C8B8A" w14:textId="6A4E76E7" w:rsidR="00BC56D0" w:rsidRPr="00504939" w:rsidRDefault="00000000" w:rsidP="005952B1">
      <w:pPr>
        <w:rPr>
          <w:sz w:val="20"/>
          <w:szCs w:val="20"/>
        </w:rPr>
      </w:pPr>
      <w:r w:rsidRPr="00504939">
        <w:rPr>
          <w:rFonts w:ascii="Calibri" w:hAnsi="Calibri"/>
          <w:sz w:val="20"/>
          <w:szCs w:val="20"/>
        </w:rPr>
        <w:t>If a faithful home is an argument unbelievers cannot resist,</w:t>
      </w:r>
      <w:r w:rsidR="007003B8" w:rsidRPr="00504939">
        <w:rPr>
          <w:rFonts w:ascii="Calibri" w:hAnsi="Calibri"/>
          <w:sz w:val="20"/>
          <w:szCs w:val="20"/>
        </w:rPr>
        <w:t xml:space="preserve"> </w:t>
      </w:r>
      <w:r w:rsidRPr="00504939">
        <w:rPr>
          <w:rFonts w:ascii="Calibri" w:hAnsi="Calibri"/>
          <w:sz w:val="20"/>
          <w:szCs w:val="20"/>
        </w:rPr>
        <w:t>then the Second Coming is God’s greatest argument of all—the final revelation of His love, justice, and victory.</w:t>
      </w:r>
    </w:p>
    <w:p w14:paraId="12D1EBED" w14:textId="4EC8E914" w:rsidR="00BC56D0" w:rsidRPr="00504939" w:rsidRDefault="00000000" w:rsidP="005952B1">
      <w:pPr>
        <w:rPr>
          <w:sz w:val="20"/>
          <w:szCs w:val="20"/>
        </w:rPr>
      </w:pPr>
      <w:r w:rsidRPr="00504939">
        <w:rPr>
          <w:rFonts w:ascii="Calibri" w:hAnsi="Calibri"/>
          <w:sz w:val="20"/>
          <w:szCs w:val="20"/>
        </w:rPr>
        <w:t>As we move into tonight’s sermon, let us lift our eyes from the challenges of this world and fix them on the blessed hope:</w:t>
      </w:r>
      <w:r w:rsidRPr="00504939">
        <w:rPr>
          <w:rFonts w:ascii="Calibri" w:hAnsi="Calibri"/>
          <w:sz w:val="20"/>
          <w:szCs w:val="20"/>
        </w:rPr>
        <w:br/>
        <w:t>Jesus is coming again</w:t>
      </w:r>
      <w:r w:rsidR="00D61AD4" w:rsidRPr="00504939">
        <w:rPr>
          <w:rFonts w:ascii="Calibri" w:hAnsi="Calibri"/>
          <w:sz w:val="20"/>
          <w:szCs w:val="20"/>
        </w:rPr>
        <w:t xml:space="preserve"> </w:t>
      </w:r>
      <w:r w:rsidRPr="00504939">
        <w:rPr>
          <w:rFonts w:ascii="Calibri" w:hAnsi="Calibri"/>
          <w:sz w:val="20"/>
          <w:szCs w:val="20"/>
        </w:rPr>
        <w:t>Soon. Personally. Powerfully.</w:t>
      </w:r>
      <w:r w:rsidRPr="00504939">
        <w:rPr>
          <w:rFonts w:ascii="Calibri" w:hAnsi="Calibri"/>
          <w:sz w:val="20"/>
          <w:szCs w:val="20"/>
        </w:rPr>
        <w:br/>
        <w:t>And He is coming for families who walk in the light.</w:t>
      </w:r>
    </w:p>
    <w:p w14:paraId="1A549ED1" w14:textId="549FD1B9" w:rsidR="00BC56D0" w:rsidRPr="00504939" w:rsidRDefault="00B32FB4" w:rsidP="005952B1">
      <w:pPr>
        <w:pStyle w:val="Heading4"/>
        <w:rPr>
          <w:color w:val="0070C0"/>
          <w:sz w:val="20"/>
          <w:szCs w:val="20"/>
        </w:rPr>
      </w:pPr>
      <w:r w:rsidRPr="00504939">
        <w:rPr>
          <w:color w:val="0070C0"/>
          <w:sz w:val="20"/>
          <w:szCs w:val="20"/>
        </w:rPr>
        <w:t>PRAYER</w:t>
      </w:r>
    </w:p>
    <w:p w14:paraId="3B5D88D9" w14:textId="77777777" w:rsidR="00BC56D0" w:rsidRPr="00504939" w:rsidRDefault="00000000" w:rsidP="005952B1">
      <w:pPr>
        <w:rPr>
          <w:sz w:val="20"/>
          <w:szCs w:val="20"/>
        </w:rPr>
      </w:pPr>
      <w:r w:rsidRPr="00504939">
        <w:rPr>
          <w:rFonts w:ascii="Calibri" w:hAnsi="Calibri"/>
          <w:sz w:val="20"/>
          <w:szCs w:val="20"/>
        </w:rPr>
        <w:t>Heavenly Father,</w:t>
      </w:r>
      <w:r w:rsidRPr="00504939">
        <w:rPr>
          <w:rFonts w:ascii="Calibri" w:hAnsi="Calibri"/>
          <w:sz w:val="20"/>
          <w:szCs w:val="20"/>
        </w:rPr>
        <w:br/>
        <w:t>Make our home a place of light.</w:t>
      </w:r>
      <w:r w:rsidRPr="00504939">
        <w:rPr>
          <w:rFonts w:ascii="Calibri" w:hAnsi="Calibri"/>
          <w:sz w:val="20"/>
          <w:szCs w:val="20"/>
        </w:rPr>
        <w:br/>
        <w:t>Help us use every gift You have entrusted to us for Your glory.</w:t>
      </w:r>
      <w:r w:rsidRPr="00504939">
        <w:rPr>
          <w:rFonts w:ascii="Calibri" w:hAnsi="Calibri"/>
          <w:sz w:val="20"/>
          <w:szCs w:val="20"/>
        </w:rPr>
        <w:br/>
        <w:t>Teach us to walk daily in Your strength, to love faithfully,</w:t>
      </w:r>
      <w:r w:rsidRPr="00504939">
        <w:rPr>
          <w:rFonts w:ascii="Calibri" w:hAnsi="Calibri"/>
          <w:sz w:val="20"/>
          <w:szCs w:val="20"/>
        </w:rPr>
        <w:br/>
        <w:t>and to prepare our children for the joy of Your soon return.</w:t>
      </w:r>
      <w:r w:rsidRPr="00504939">
        <w:rPr>
          <w:rFonts w:ascii="Calibri" w:hAnsi="Calibri"/>
          <w:sz w:val="20"/>
          <w:szCs w:val="20"/>
        </w:rPr>
        <w:br/>
        <w:t>May angels dwell in our home and may Your light shine through us</w:t>
      </w:r>
      <w:r w:rsidRPr="00504939">
        <w:rPr>
          <w:rFonts w:ascii="Calibri" w:hAnsi="Calibri"/>
          <w:sz w:val="20"/>
          <w:szCs w:val="20"/>
        </w:rPr>
        <w:br/>
        <w:t>until the day we stand together in Your kingdom.</w:t>
      </w:r>
      <w:r w:rsidRPr="00504939">
        <w:rPr>
          <w:rFonts w:ascii="Calibri" w:hAnsi="Calibri"/>
          <w:sz w:val="20"/>
          <w:szCs w:val="20"/>
        </w:rPr>
        <w:br/>
        <w:t>In Jesus’ name, Amen.</w:t>
      </w:r>
    </w:p>
    <w:p w14:paraId="0E57CD45" w14:textId="77777777" w:rsidR="00BC56D0" w:rsidRPr="00504939" w:rsidRDefault="00BC56D0" w:rsidP="005952B1">
      <w:pPr>
        <w:rPr>
          <w:sz w:val="20"/>
          <w:szCs w:val="20"/>
        </w:rPr>
      </w:pPr>
    </w:p>
    <w:p w14:paraId="112A78DE" w14:textId="77777777" w:rsidR="00AD3B65" w:rsidRPr="00504939" w:rsidRDefault="00AD3B65" w:rsidP="005952B1">
      <w:pPr>
        <w:rPr>
          <w:sz w:val="20"/>
          <w:szCs w:val="20"/>
        </w:rPr>
      </w:pPr>
    </w:p>
    <w:p w14:paraId="28E9DFCB" w14:textId="77777777" w:rsidR="00AD3B65" w:rsidRDefault="00AD3B65" w:rsidP="005952B1">
      <w:pPr>
        <w:rPr>
          <w:sz w:val="20"/>
          <w:szCs w:val="20"/>
        </w:rPr>
      </w:pPr>
    </w:p>
    <w:p w14:paraId="06459B6A" w14:textId="77777777" w:rsidR="00AE4AEE" w:rsidRDefault="00AE4AEE" w:rsidP="005952B1">
      <w:pPr>
        <w:rPr>
          <w:sz w:val="20"/>
          <w:szCs w:val="20"/>
        </w:rPr>
      </w:pPr>
    </w:p>
    <w:p w14:paraId="2502692A" w14:textId="77777777" w:rsidR="00AE4AEE" w:rsidRDefault="00AE4AEE" w:rsidP="005952B1">
      <w:pPr>
        <w:rPr>
          <w:sz w:val="20"/>
          <w:szCs w:val="20"/>
        </w:rPr>
      </w:pPr>
    </w:p>
    <w:p w14:paraId="6AA5C391" w14:textId="77777777" w:rsidR="00AE4AEE" w:rsidRDefault="00AE4AEE" w:rsidP="005952B1">
      <w:pPr>
        <w:rPr>
          <w:sz w:val="20"/>
          <w:szCs w:val="20"/>
        </w:rPr>
      </w:pPr>
    </w:p>
    <w:p w14:paraId="0AF62384" w14:textId="77777777" w:rsidR="00AE4AEE" w:rsidRDefault="00AE4AEE" w:rsidP="005952B1">
      <w:pPr>
        <w:rPr>
          <w:sz w:val="20"/>
          <w:szCs w:val="20"/>
        </w:rPr>
      </w:pPr>
    </w:p>
    <w:p w14:paraId="0B06B7D7" w14:textId="77777777" w:rsidR="00AE4AEE" w:rsidRDefault="00AE4AEE" w:rsidP="005952B1">
      <w:pPr>
        <w:rPr>
          <w:sz w:val="20"/>
          <w:szCs w:val="20"/>
        </w:rPr>
      </w:pPr>
    </w:p>
    <w:p w14:paraId="2C6EDE32" w14:textId="77777777" w:rsidR="00E36BBB" w:rsidRDefault="00E36BBB" w:rsidP="005952B1">
      <w:pPr>
        <w:rPr>
          <w:sz w:val="20"/>
          <w:szCs w:val="20"/>
        </w:rPr>
      </w:pPr>
    </w:p>
    <w:p w14:paraId="55761DE8" w14:textId="77777777" w:rsidR="00E36BBB" w:rsidRDefault="00E36BBB" w:rsidP="005952B1">
      <w:pPr>
        <w:rPr>
          <w:sz w:val="20"/>
          <w:szCs w:val="20"/>
        </w:rPr>
      </w:pPr>
    </w:p>
    <w:p w14:paraId="7738D93C" w14:textId="77777777" w:rsidR="00AE4AEE" w:rsidRDefault="00AE4AEE" w:rsidP="005952B1">
      <w:pPr>
        <w:rPr>
          <w:sz w:val="20"/>
          <w:szCs w:val="20"/>
        </w:rPr>
      </w:pPr>
    </w:p>
    <w:p w14:paraId="238865D6" w14:textId="77777777" w:rsidR="00AE4AEE" w:rsidRDefault="00AE4AEE" w:rsidP="005952B1">
      <w:pPr>
        <w:rPr>
          <w:sz w:val="20"/>
          <w:szCs w:val="20"/>
        </w:rPr>
      </w:pPr>
    </w:p>
    <w:p w14:paraId="596A7AC6" w14:textId="2D0CFF1D" w:rsidR="00BC56D0" w:rsidRPr="00504939" w:rsidRDefault="00E303B9" w:rsidP="005952B1">
      <w:pPr>
        <w:pStyle w:val="Heading1"/>
        <w:shd w:val="clear" w:color="auto" w:fill="B6DDE8" w:themeFill="accent5" w:themeFillTint="66"/>
        <w:rPr>
          <w:sz w:val="20"/>
          <w:szCs w:val="20"/>
        </w:rPr>
      </w:pPr>
      <w:bookmarkStart w:id="10" w:name="_Toc226793110"/>
      <w:r w:rsidRPr="00504939">
        <w:rPr>
          <w:sz w:val="20"/>
          <w:szCs w:val="20"/>
        </w:rPr>
        <w:lastRenderedPageBreak/>
        <w:t>SERMON TOPIC #4 — IS THERE HOPE FOR PLANET IN CRISIS? (WHY SO MANY SUFFERING)</w:t>
      </w:r>
      <w:bookmarkEnd w:id="10"/>
      <w:r w:rsidRPr="00504939">
        <w:rPr>
          <w:sz w:val="20"/>
          <w:szCs w:val="20"/>
        </w:rPr>
        <w:t xml:space="preserve"> </w:t>
      </w:r>
    </w:p>
    <w:p w14:paraId="28306CD1" w14:textId="77777777" w:rsidR="00D61AD4" w:rsidRPr="00504939" w:rsidRDefault="00D61AD4" w:rsidP="005952B1">
      <w:pPr>
        <w:rPr>
          <w:sz w:val="20"/>
          <w:szCs w:val="20"/>
        </w:rPr>
      </w:pPr>
    </w:p>
    <w:p w14:paraId="64F4EC4C" w14:textId="667F5710" w:rsidR="00BC56D0" w:rsidRPr="00504939" w:rsidRDefault="00B00812" w:rsidP="005952B1">
      <w:pPr>
        <w:pStyle w:val="Heading1"/>
        <w:spacing w:before="0" w:line="240" w:lineRule="auto"/>
        <w:rPr>
          <w:sz w:val="20"/>
          <w:szCs w:val="20"/>
        </w:rPr>
      </w:pPr>
      <w:bookmarkStart w:id="11" w:name="_Toc226793111"/>
      <w:r w:rsidRPr="00504939">
        <w:rPr>
          <w:sz w:val="20"/>
          <w:szCs w:val="20"/>
        </w:rPr>
        <w:t xml:space="preserve">FAMILY </w:t>
      </w:r>
      <w:proofErr w:type="gramStart"/>
      <w:r w:rsidRPr="00504939">
        <w:rPr>
          <w:sz w:val="20"/>
          <w:szCs w:val="20"/>
        </w:rPr>
        <w:t>FOCUS :</w:t>
      </w:r>
      <w:proofErr w:type="gramEnd"/>
      <w:r w:rsidRPr="00504939">
        <w:rPr>
          <w:sz w:val="20"/>
          <w:szCs w:val="20"/>
        </w:rPr>
        <w:t xml:space="preserve">  WHY DO MARRIAGES FAIL?</w:t>
      </w:r>
      <w:bookmarkEnd w:id="11"/>
    </w:p>
    <w:p w14:paraId="231A0ECE" w14:textId="77777777" w:rsidR="00BC56D0" w:rsidRPr="00504939" w:rsidRDefault="00000000" w:rsidP="005952B1">
      <w:pPr>
        <w:pStyle w:val="Heading1"/>
        <w:spacing w:before="0" w:line="240" w:lineRule="auto"/>
        <w:rPr>
          <w:color w:val="000000" w:themeColor="text1"/>
          <w:sz w:val="20"/>
          <w:szCs w:val="20"/>
        </w:rPr>
      </w:pPr>
      <w:bookmarkStart w:id="12" w:name="_Toc224746560"/>
      <w:bookmarkStart w:id="13" w:name="_Toc224746688"/>
      <w:bookmarkStart w:id="14" w:name="_Toc226793112"/>
      <w:proofErr w:type="gramStart"/>
      <w:r w:rsidRPr="00504939">
        <w:rPr>
          <w:color w:val="000000" w:themeColor="text1"/>
          <w:sz w:val="20"/>
          <w:szCs w:val="20"/>
        </w:rPr>
        <w:t>Therefore</w:t>
      </w:r>
      <w:proofErr w:type="gramEnd"/>
      <w:r w:rsidRPr="00504939">
        <w:rPr>
          <w:color w:val="000000" w:themeColor="text1"/>
          <w:sz w:val="20"/>
          <w:szCs w:val="20"/>
        </w:rPr>
        <w:t xml:space="preserve"> what God has joined together, let no one separate” (Mark 10:9).</w:t>
      </w:r>
      <w:bookmarkEnd w:id="12"/>
      <w:bookmarkEnd w:id="13"/>
      <w:bookmarkEnd w:id="14"/>
      <w:r w:rsidRPr="00504939">
        <w:rPr>
          <w:color w:val="000000" w:themeColor="text1"/>
          <w:sz w:val="20"/>
          <w:szCs w:val="20"/>
        </w:rPr>
        <w:t xml:space="preserve"> </w:t>
      </w:r>
    </w:p>
    <w:p w14:paraId="36D61956" w14:textId="77777777" w:rsidR="00F62C57" w:rsidRPr="00504939" w:rsidRDefault="00F62C57" w:rsidP="005952B1">
      <w:pPr>
        <w:rPr>
          <w:rFonts w:ascii="Calibri" w:hAnsi="Calibri"/>
          <w:sz w:val="20"/>
          <w:szCs w:val="20"/>
        </w:rPr>
      </w:pPr>
    </w:p>
    <w:p w14:paraId="39B6BD98" w14:textId="0B5429D9" w:rsidR="00BC56D0" w:rsidRPr="00504939" w:rsidRDefault="00000000" w:rsidP="00B32FB4">
      <w:pPr>
        <w:jc w:val="both"/>
        <w:rPr>
          <w:sz w:val="20"/>
          <w:szCs w:val="20"/>
        </w:rPr>
      </w:pPr>
      <w:r w:rsidRPr="00504939">
        <w:rPr>
          <w:rFonts w:ascii="Calibri" w:hAnsi="Calibri"/>
          <w:sz w:val="20"/>
          <w:szCs w:val="20"/>
        </w:rPr>
        <w:t xml:space="preserve">We feel sad and regretful when someone we know is separated from his or her partner. Our thoughts remember the couple’s wedding day and vows. Memories recall flower bouquets, the wedding march, the wedding party and the bride’s entrance. It is a moment of joy and delight. As couples stand at the marriage altar, the pastor gives them words of advice. Some of us would like to add our advice to the pastor’s— we who have been married for 15, 20, 40 years. We could help them, </w:t>
      </w:r>
      <w:proofErr w:type="gramStart"/>
      <w:r w:rsidRPr="00504939">
        <w:rPr>
          <w:rFonts w:ascii="Calibri" w:hAnsi="Calibri"/>
          <w:sz w:val="20"/>
          <w:szCs w:val="20"/>
        </w:rPr>
        <w:t>for</w:t>
      </w:r>
      <w:proofErr w:type="gramEnd"/>
      <w:r w:rsidRPr="00504939">
        <w:rPr>
          <w:rFonts w:ascii="Calibri" w:hAnsi="Calibri"/>
          <w:sz w:val="20"/>
          <w:szCs w:val="20"/>
        </w:rPr>
        <w:t xml:space="preserve"> they are completely unfamiliar with the dramas and battles they will face in the future.</w:t>
      </w:r>
    </w:p>
    <w:p w14:paraId="32943202" w14:textId="77777777" w:rsidR="00BC56D0" w:rsidRPr="00504939" w:rsidRDefault="00000000" w:rsidP="00B32FB4">
      <w:pPr>
        <w:jc w:val="both"/>
        <w:rPr>
          <w:sz w:val="20"/>
          <w:szCs w:val="20"/>
        </w:rPr>
      </w:pPr>
      <w:r w:rsidRPr="00504939">
        <w:rPr>
          <w:rFonts w:ascii="Calibri" w:hAnsi="Calibri"/>
          <w:sz w:val="20"/>
          <w:szCs w:val="20"/>
        </w:rPr>
        <w:t xml:space="preserve">Homes usually disintegrate over </w:t>
      </w:r>
      <w:proofErr w:type="gramStart"/>
      <w:r w:rsidRPr="00504939">
        <w:rPr>
          <w:rFonts w:ascii="Calibri" w:hAnsi="Calibri"/>
          <w:sz w:val="20"/>
          <w:szCs w:val="20"/>
        </w:rPr>
        <w:t>a period of time</w:t>
      </w:r>
      <w:proofErr w:type="gramEnd"/>
      <w:r w:rsidRPr="00504939">
        <w:rPr>
          <w:rFonts w:ascii="Calibri" w:hAnsi="Calibri"/>
          <w:sz w:val="20"/>
          <w:szCs w:val="20"/>
        </w:rPr>
        <w:t>, not all at once. It is often an accumulation of growing dissatisfaction, misunderstandings, and small irritations. Then suddenly, one decides that they cannot tolerate the other anymore. They have lost all respect for each other! What a tragedy! An even greater tragedy is when one partner has no clue that the marriage is falling apart. Someone said that marriage is like our health: you miss it only when you lose it. We often hear people say: “My marriage failed”. It is not the wedding that fails, but spouses who fail after the wedding.</w:t>
      </w:r>
    </w:p>
    <w:p w14:paraId="7A4F3CA2" w14:textId="77777777" w:rsidR="00BC56D0" w:rsidRPr="00504939" w:rsidRDefault="00000000" w:rsidP="00B32FB4">
      <w:pPr>
        <w:jc w:val="both"/>
        <w:rPr>
          <w:sz w:val="20"/>
          <w:szCs w:val="20"/>
        </w:rPr>
      </w:pPr>
      <w:r w:rsidRPr="00504939">
        <w:rPr>
          <w:rFonts w:ascii="Calibri" w:hAnsi="Calibri"/>
          <w:sz w:val="20"/>
          <w:szCs w:val="20"/>
        </w:rPr>
        <w:t xml:space="preserve">Divorce is a reality in countries around the world. Statistics keep climbing, but </w:t>
      </w:r>
      <w:proofErr w:type="gramStart"/>
      <w:r w:rsidRPr="00504939">
        <w:rPr>
          <w:rFonts w:ascii="Calibri" w:hAnsi="Calibri"/>
          <w:sz w:val="20"/>
          <w:szCs w:val="20"/>
        </w:rPr>
        <w:t>the one</w:t>
      </w:r>
      <w:proofErr w:type="gramEnd"/>
      <w:r w:rsidRPr="00504939">
        <w:rPr>
          <w:rFonts w:ascii="Calibri" w:hAnsi="Calibri"/>
          <w:sz w:val="20"/>
          <w:szCs w:val="20"/>
        </w:rPr>
        <w:t xml:space="preserve"> of the most overlooked heartaches comes to the children of divorce. They are the true victims. Lucia, my wife, is a teacher specializing in students who face dyslexia. She sees the drama up close of parents divorcing through the students she works with. Their grades are low, these children are not interested in studying, and they do not want to participate in school activities. They are angry, sad and traumatized.</w:t>
      </w:r>
    </w:p>
    <w:p w14:paraId="4CD5FEBF" w14:textId="77777777" w:rsidR="00BC56D0" w:rsidRPr="00504939" w:rsidRDefault="00000000" w:rsidP="00B32FB4">
      <w:pPr>
        <w:jc w:val="both"/>
        <w:rPr>
          <w:sz w:val="20"/>
          <w:szCs w:val="20"/>
        </w:rPr>
      </w:pPr>
      <w:r w:rsidRPr="00504939">
        <w:rPr>
          <w:rFonts w:ascii="Calibri" w:hAnsi="Calibri"/>
          <w:sz w:val="20"/>
          <w:szCs w:val="20"/>
        </w:rPr>
        <w:t>Dr. Kenneth Johnson from Columbia University once said: “Imagine 300,000 children (today there are more than one million) attacked in a year by a fatal disease. Those children, the fruit of a divorce, will be emotionally disabled and traumatized. Compared to the impact of divorce, the chance of a physical disability is quite small.”</w:t>
      </w:r>
    </w:p>
    <w:p w14:paraId="489AD4CE" w14:textId="77777777" w:rsidR="00BC56D0" w:rsidRPr="00504939" w:rsidRDefault="00000000" w:rsidP="00B32FB4">
      <w:pPr>
        <w:jc w:val="both"/>
        <w:rPr>
          <w:sz w:val="20"/>
          <w:szCs w:val="20"/>
        </w:rPr>
      </w:pPr>
      <w:r w:rsidRPr="00504939">
        <w:rPr>
          <w:rFonts w:ascii="Calibri" w:hAnsi="Calibri"/>
          <w:sz w:val="20"/>
          <w:szCs w:val="20"/>
        </w:rPr>
        <w:t xml:space="preserve"> Speaking of children of divorce, a Los Angeles Times article once stated, “Falling in love, becoming engaged and getting married all are serious decisions. Yet most young people enter marital life with less care than someone choosing a partner to run a popcorn cart. Sexual passion, common to all animals, takes the place of love and affection.</w:t>
      </w:r>
    </w:p>
    <w:p w14:paraId="76E2C07E" w14:textId="77777777" w:rsidR="00BC56D0" w:rsidRPr="00504939" w:rsidRDefault="00000000" w:rsidP="00B32FB4">
      <w:pPr>
        <w:jc w:val="both"/>
        <w:rPr>
          <w:sz w:val="20"/>
          <w:szCs w:val="20"/>
        </w:rPr>
      </w:pPr>
      <w:r w:rsidRPr="00504939">
        <w:rPr>
          <w:rFonts w:ascii="Calibri" w:hAnsi="Calibri"/>
          <w:sz w:val="20"/>
          <w:szCs w:val="20"/>
        </w:rPr>
        <w:t xml:space="preserve">Someone mentioned four destructive wedges in the household: The wedge of time, when couples do not take time for family worship. The wedge of money, when it is not managed with true Christian stewardship. The wedge of a social life outside the home, when both partners spend more time with friends and criticize their partner in front of others. And the final wedge of household relationship: when both </w:t>
      </w:r>
      <w:proofErr w:type="gramStart"/>
      <w:r w:rsidRPr="00504939">
        <w:rPr>
          <w:rFonts w:ascii="Calibri" w:hAnsi="Calibri"/>
          <w:sz w:val="20"/>
          <w:szCs w:val="20"/>
        </w:rPr>
        <w:t>neglect</w:t>
      </w:r>
      <w:proofErr w:type="gramEnd"/>
      <w:r w:rsidRPr="00504939">
        <w:rPr>
          <w:rFonts w:ascii="Calibri" w:hAnsi="Calibri"/>
          <w:sz w:val="20"/>
          <w:szCs w:val="20"/>
        </w:rPr>
        <w:t xml:space="preserve"> to cultivate love through small attentions, failing to protect the beautiful plant of love, that should grow and reveal all the fragrance and delight of Christ who lives in that home.</w:t>
      </w:r>
    </w:p>
    <w:p w14:paraId="73FFA3EC" w14:textId="77777777" w:rsidR="00BC56D0" w:rsidRPr="00504939" w:rsidRDefault="00000000" w:rsidP="005952B1">
      <w:pPr>
        <w:rPr>
          <w:sz w:val="20"/>
          <w:szCs w:val="20"/>
        </w:rPr>
      </w:pPr>
      <w:r w:rsidRPr="00504939">
        <w:rPr>
          <w:rFonts w:ascii="Calibri" w:hAnsi="Calibri"/>
          <w:sz w:val="20"/>
          <w:szCs w:val="20"/>
        </w:rPr>
        <w:t xml:space="preserve">“He gives grace for grace. There can be no failure of supply” (The Desire of Ages, p. 148). </w:t>
      </w:r>
    </w:p>
    <w:p w14:paraId="4DCE2484" w14:textId="45C02D83" w:rsidR="00BC56D0" w:rsidRPr="00E36BBB" w:rsidRDefault="00B32FB4" w:rsidP="005952B1">
      <w:pPr>
        <w:pStyle w:val="Heading4"/>
        <w:rPr>
          <w:color w:val="0070C0"/>
          <w:sz w:val="20"/>
          <w:szCs w:val="20"/>
        </w:rPr>
      </w:pPr>
      <w:r w:rsidRPr="00E36BBB">
        <w:rPr>
          <w:color w:val="0070C0"/>
          <w:sz w:val="20"/>
          <w:szCs w:val="20"/>
        </w:rPr>
        <w:t>FAMILY DEVOTION: WHY DO MARRIAGES FAIL?</w:t>
      </w:r>
    </w:p>
    <w:p w14:paraId="785BBB7C" w14:textId="27403D76" w:rsidR="00BC56D0" w:rsidRPr="00504939" w:rsidRDefault="00000000" w:rsidP="005952B1">
      <w:pPr>
        <w:rPr>
          <w:sz w:val="20"/>
          <w:szCs w:val="20"/>
        </w:rPr>
      </w:pPr>
      <w:r w:rsidRPr="00504939">
        <w:rPr>
          <w:rFonts w:ascii="Calibri" w:hAnsi="Calibri"/>
          <w:sz w:val="20"/>
          <w:szCs w:val="20"/>
        </w:rPr>
        <w:t>Everywhere we look, our world is groaning.</w:t>
      </w:r>
      <w:r w:rsidR="009D2FAE" w:rsidRPr="00504939">
        <w:rPr>
          <w:rFonts w:ascii="Calibri" w:hAnsi="Calibri"/>
          <w:sz w:val="20"/>
          <w:szCs w:val="20"/>
        </w:rPr>
        <w:t xml:space="preserve">  </w:t>
      </w:r>
      <w:r w:rsidRPr="00504939">
        <w:rPr>
          <w:rFonts w:ascii="Calibri" w:hAnsi="Calibri"/>
          <w:sz w:val="20"/>
          <w:szCs w:val="20"/>
        </w:rPr>
        <w:t>Nations are at war. Families are fractured. Natural disasters increase. Economies tremble.</w:t>
      </w:r>
      <w:r w:rsidR="009D2FAE" w:rsidRPr="00504939">
        <w:rPr>
          <w:rFonts w:ascii="Calibri" w:hAnsi="Calibri"/>
          <w:sz w:val="20"/>
          <w:szCs w:val="20"/>
        </w:rPr>
        <w:t xml:space="preserve"> </w:t>
      </w:r>
      <w:r w:rsidRPr="00504939">
        <w:rPr>
          <w:rFonts w:ascii="Calibri" w:hAnsi="Calibri"/>
          <w:sz w:val="20"/>
          <w:szCs w:val="20"/>
        </w:rPr>
        <w:t>The planet seems to be in constant crisis.</w:t>
      </w:r>
    </w:p>
    <w:p w14:paraId="72347496" w14:textId="77777777" w:rsidR="00BC56D0" w:rsidRPr="00504939" w:rsidRDefault="00000000" w:rsidP="005952B1">
      <w:pPr>
        <w:rPr>
          <w:sz w:val="20"/>
          <w:szCs w:val="20"/>
        </w:rPr>
      </w:pPr>
      <w:r w:rsidRPr="00504939">
        <w:rPr>
          <w:rFonts w:ascii="Calibri" w:hAnsi="Calibri"/>
          <w:sz w:val="20"/>
          <w:szCs w:val="20"/>
        </w:rPr>
        <w:t>Yet Scripture reminds us:</w:t>
      </w:r>
    </w:p>
    <w:p w14:paraId="61699819" w14:textId="3A9B66F6" w:rsidR="00BC56D0" w:rsidRPr="00504939" w:rsidRDefault="00000000" w:rsidP="005952B1">
      <w:pPr>
        <w:rPr>
          <w:sz w:val="20"/>
          <w:szCs w:val="20"/>
        </w:rPr>
      </w:pPr>
      <w:r w:rsidRPr="00504939">
        <w:rPr>
          <w:rFonts w:ascii="Calibri" w:hAnsi="Calibri"/>
          <w:sz w:val="20"/>
          <w:szCs w:val="20"/>
        </w:rPr>
        <w:t>“My help comes from the Lord,</w:t>
      </w:r>
      <w:r w:rsidR="009D2FAE" w:rsidRPr="00504939">
        <w:rPr>
          <w:rFonts w:ascii="Calibri" w:hAnsi="Calibri"/>
          <w:sz w:val="20"/>
          <w:szCs w:val="20"/>
        </w:rPr>
        <w:t xml:space="preserve"> </w:t>
      </w:r>
      <w:r w:rsidRPr="00504939">
        <w:rPr>
          <w:rFonts w:ascii="Calibri" w:hAnsi="Calibri"/>
          <w:sz w:val="20"/>
          <w:szCs w:val="20"/>
        </w:rPr>
        <w:t>the Maker of heaven and earth.” — Psalm 121:2</w:t>
      </w:r>
    </w:p>
    <w:p w14:paraId="2AFCEFCB" w14:textId="77777777" w:rsidR="00BC56D0" w:rsidRPr="00504939" w:rsidRDefault="00000000" w:rsidP="005952B1">
      <w:pPr>
        <w:rPr>
          <w:sz w:val="20"/>
          <w:szCs w:val="20"/>
        </w:rPr>
      </w:pPr>
      <w:r w:rsidRPr="00504939">
        <w:rPr>
          <w:rFonts w:ascii="Calibri" w:hAnsi="Calibri"/>
          <w:sz w:val="20"/>
          <w:szCs w:val="20"/>
        </w:rPr>
        <w:lastRenderedPageBreak/>
        <w:t>When humanity fails, when governments fail, when systems fail—God has not failed.</w:t>
      </w:r>
      <w:r w:rsidRPr="00504939">
        <w:rPr>
          <w:rFonts w:ascii="Calibri" w:hAnsi="Calibri"/>
          <w:sz w:val="20"/>
          <w:szCs w:val="20"/>
        </w:rPr>
        <w:br/>
        <w:t>He has not abandoned His creation. The Bible describes the earth as laboring “as in birth pains” (Romans 8:22). Pain is real, but birth pains point toward something new, something coming, something hopeful.</w:t>
      </w:r>
    </w:p>
    <w:p w14:paraId="44880A20" w14:textId="77777777" w:rsidR="00BC56D0" w:rsidRPr="00504939" w:rsidRDefault="00000000" w:rsidP="005952B1">
      <w:pPr>
        <w:rPr>
          <w:sz w:val="20"/>
          <w:szCs w:val="20"/>
        </w:rPr>
      </w:pPr>
      <w:r w:rsidRPr="00504939">
        <w:rPr>
          <w:rFonts w:ascii="Calibri" w:hAnsi="Calibri"/>
          <w:sz w:val="20"/>
          <w:szCs w:val="20"/>
        </w:rPr>
        <w:t>In moments of global crisis, God’s people have always found hope by looking upward:</w:t>
      </w:r>
    </w:p>
    <w:p w14:paraId="4F246F65" w14:textId="3C7415DD" w:rsidR="00BC56D0" w:rsidRPr="00504939" w:rsidRDefault="00000000" w:rsidP="005952B1">
      <w:pPr>
        <w:rPr>
          <w:sz w:val="20"/>
          <w:szCs w:val="20"/>
        </w:rPr>
      </w:pPr>
      <w:r w:rsidRPr="00504939">
        <w:rPr>
          <w:rFonts w:ascii="Calibri" w:hAnsi="Calibri"/>
          <w:sz w:val="20"/>
          <w:szCs w:val="20"/>
        </w:rPr>
        <w:t>Noah looked up and found grace when the world was corrupt.</w:t>
      </w:r>
      <w:r w:rsidR="009D2FAE" w:rsidRPr="00504939">
        <w:rPr>
          <w:rFonts w:ascii="Calibri" w:hAnsi="Calibri"/>
          <w:sz w:val="20"/>
          <w:szCs w:val="20"/>
        </w:rPr>
        <w:t xml:space="preserve">  </w:t>
      </w:r>
      <w:r w:rsidRPr="00504939">
        <w:rPr>
          <w:rFonts w:ascii="Calibri" w:hAnsi="Calibri"/>
          <w:sz w:val="20"/>
          <w:szCs w:val="20"/>
        </w:rPr>
        <w:t>Daniel looked up when kingdoms collapsed around him.</w:t>
      </w:r>
      <w:r w:rsidR="009D2FAE" w:rsidRPr="00504939">
        <w:rPr>
          <w:rFonts w:ascii="Calibri" w:hAnsi="Calibri"/>
          <w:sz w:val="20"/>
          <w:szCs w:val="20"/>
        </w:rPr>
        <w:t xml:space="preserve">  </w:t>
      </w:r>
      <w:r w:rsidRPr="00504939">
        <w:rPr>
          <w:rFonts w:ascii="Calibri" w:hAnsi="Calibri"/>
          <w:sz w:val="20"/>
          <w:szCs w:val="20"/>
        </w:rPr>
        <w:t xml:space="preserve">John looked up on the island of Patmos and received visions of </w:t>
      </w:r>
      <w:proofErr w:type="gramStart"/>
      <w:r w:rsidRPr="00504939">
        <w:rPr>
          <w:rFonts w:ascii="Calibri" w:hAnsi="Calibri"/>
          <w:sz w:val="20"/>
          <w:szCs w:val="20"/>
        </w:rPr>
        <w:t>a new</w:t>
      </w:r>
      <w:proofErr w:type="gramEnd"/>
      <w:r w:rsidRPr="00504939">
        <w:rPr>
          <w:rFonts w:ascii="Calibri" w:hAnsi="Calibri"/>
          <w:sz w:val="20"/>
          <w:szCs w:val="20"/>
        </w:rPr>
        <w:t xml:space="preserve"> heaven and new earth.</w:t>
      </w:r>
    </w:p>
    <w:p w14:paraId="43D25CF1" w14:textId="77777777" w:rsidR="00BC56D0" w:rsidRPr="00504939" w:rsidRDefault="00000000" w:rsidP="005952B1">
      <w:pPr>
        <w:rPr>
          <w:sz w:val="20"/>
          <w:szCs w:val="20"/>
        </w:rPr>
      </w:pPr>
      <w:r w:rsidRPr="00504939">
        <w:rPr>
          <w:rFonts w:ascii="Calibri" w:hAnsi="Calibri"/>
          <w:sz w:val="20"/>
          <w:szCs w:val="20"/>
        </w:rPr>
        <w:t>Every crisis in Scripture becomes an opportunity for God to reveal His power, His presence, and His promises.</w:t>
      </w:r>
    </w:p>
    <w:p w14:paraId="78446EED" w14:textId="77777777" w:rsidR="00BC56D0" w:rsidRPr="00504939" w:rsidRDefault="00000000" w:rsidP="005952B1">
      <w:pPr>
        <w:rPr>
          <w:sz w:val="20"/>
          <w:szCs w:val="20"/>
        </w:rPr>
      </w:pPr>
      <w:r w:rsidRPr="00504939">
        <w:rPr>
          <w:rFonts w:ascii="Calibri" w:hAnsi="Calibri"/>
          <w:sz w:val="20"/>
          <w:szCs w:val="20"/>
        </w:rPr>
        <w:t>God does not promise to remove every crisis, but He promises to walk through crises with us:</w:t>
      </w:r>
    </w:p>
    <w:p w14:paraId="74607115" w14:textId="2522DC50" w:rsidR="00BC56D0" w:rsidRPr="00504939" w:rsidRDefault="00000000" w:rsidP="005952B1">
      <w:pPr>
        <w:rPr>
          <w:sz w:val="20"/>
          <w:szCs w:val="20"/>
        </w:rPr>
      </w:pPr>
      <w:r w:rsidRPr="00504939">
        <w:rPr>
          <w:rFonts w:ascii="Calibri" w:hAnsi="Calibri"/>
          <w:sz w:val="20"/>
          <w:szCs w:val="20"/>
        </w:rPr>
        <w:t>“God is our refuge and strength,</w:t>
      </w:r>
      <w:r w:rsidR="009D2FAE" w:rsidRPr="00504939">
        <w:rPr>
          <w:rFonts w:ascii="Calibri" w:hAnsi="Calibri"/>
          <w:sz w:val="20"/>
          <w:szCs w:val="20"/>
        </w:rPr>
        <w:t xml:space="preserve"> </w:t>
      </w:r>
      <w:r w:rsidRPr="00504939">
        <w:rPr>
          <w:rFonts w:ascii="Calibri" w:hAnsi="Calibri"/>
          <w:sz w:val="20"/>
          <w:szCs w:val="20"/>
        </w:rPr>
        <w:t>a very present help in trouble.” — Psalm 46:1</w:t>
      </w:r>
    </w:p>
    <w:p w14:paraId="32DF1D8D" w14:textId="2A317BB2" w:rsidR="00BC56D0" w:rsidRPr="00504939" w:rsidRDefault="00000000" w:rsidP="005952B1">
      <w:pPr>
        <w:rPr>
          <w:sz w:val="20"/>
          <w:szCs w:val="20"/>
        </w:rPr>
      </w:pPr>
      <w:r w:rsidRPr="00504939">
        <w:rPr>
          <w:rFonts w:ascii="Calibri" w:hAnsi="Calibri"/>
          <w:sz w:val="20"/>
          <w:szCs w:val="20"/>
        </w:rPr>
        <w:t>Our planet may be in crisis, but Heaven is not.</w:t>
      </w:r>
      <w:r w:rsidR="009D2FAE" w:rsidRPr="00504939">
        <w:rPr>
          <w:rFonts w:ascii="Calibri" w:hAnsi="Calibri"/>
          <w:sz w:val="20"/>
          <w:szCs w:val="20"/>
        </w:rPr>
        <w:t xml:space="preserve"> </w:t>
      </w:r>
      <w:r w:rsidRPr="00504939">
        <w:rPr>
          <w:rFonts w:ascii="Calibri" w:hAnsi="Calibri"/>
          <w:sz w:val="20"/>
          <w:szCs w:val="20"/>
        </w:rPr>
        <w:t>God is still on the throne. Christ is still interceding. His Spirit is still redeeming. His church is still called to shine.</w:t>
      </w:r>
    </w:p>
    <w:p w14:paraId="347D8BDB" w14:textId="195296A2" w:rsidR="00BC56D0" w:rsidRPr="00504939" w:rsidRDefault="00000000" w:rsidP="005952B1">
      <w:pPr>
        <w:rPr>
          <w:sz w:val="20"/>
          <w:szCs w:val="20"/>
        </w:rPr>
      </w:pPr>
      <w:r w:rsidRPr="00504939">
        <w:rPr>
          <w:rFonts w:ascii="Calibri" w:hAnsi="Calibri"/>
          <w:sz w:val="20"/>
          <w:szCs w:val="20"/>
        </w:rPr>
        <w:t>The final hope for this planet is not political, economic, or scientific.</w:t>
      </w:r>
      <w:r w:rsidR="009D2FAE" w:rsidRPr="00504939">
        <w:rPr>
          <w:rFonts w:ascii="Calibri" w:hAnsi="Calibri"/>
          <w:sz w:val="20"/>
          <w:szCs w:val="20"/>
        </w:rPr>
        <w:t xml:space="preserve">  </w:t>
      </w:r>
      <w:r w:rsidRPr="00504939">
        <w:rPr>
          <w:rFonts w:ascii="Calibri" w:hAnsi="Calibri"/>
          <w:sz w:val="20"/>
          <w:szCs w:val="20"/>
        </w:rPr>
        <w:t>The final hope is a Person—Jesus Christ.</w:t>
      </w:r>
    </w:p>
    <w:p w14:paraId="5B6C1210" w14:textId="4C6B2A17" w:rsidR="00BC56D0" w:rsidRPr="00504939" w:rsidRDefault="00000000" w:rsidP="005952B1">
      <w:pPr>
        <w:rPr>
          <w:sz w:val="20"/>
          <w:szCs w:val="20"/>
        </w:rPr>
      </w:pPr>
      <w:r w:rsidRPr="00504939">
        <w:rPr>
          <w:rFonts w:ascii="Calibri" w:hAnsi="Calibri"/>
          <w:sz w:val="20"/>
          <w:szCs w:val="20"/>
        </w:rPr>
        <w:t>And He promised</w:t>
      </w:r>
      <w:proofErr w:type="gramStart"/>
      <w:r w:rsidRPr="00504939">
        <w:rPr>
          <w:rFonts w:ascii="Calibri" w:hAnsi="Calibri"/>
          <w:sz w:val="20"/>
          <w:szCs w:val="20"/>
        </w:rPr>
        <w:t>:</w:t>
      </w:r>
      <w:r w:rsidR="00AE6EEE" w:rsidRPr="00504939">
        <w:rPr>
          <w:rFonts w:ascii="Calibri" w:hAnsi="Calibri"/>
          <w:sz w:val="20"/>
          <w:szCs w:val="20"/>
        </w:rPr>
        <w:t xml:space="preserve">  </w:t>
      </w:r>
      <w:r w:rsidRPr="00504939">
        <w:rPr>
          <w:rFonts w:ascii="Calibri" w:hAnsi="Calibri"/>
          <w:sz w:val="20"/>
          <w:szCs w:val="20"/>
        </w:rPr>
        <w:t>“</w:t>
      </w:r>
      <w:proofErr w:type="gramEnd"/>
      <w:r w:rsidRPr="00504939">
        <w:rPr>
          <w:rFonts w:ascii="Calibri" w:hAnsi="Calibri"/>
          <w:sz w:val="20"/>
          <w:szCs w:val="20"/>
        </w:rPr>
        <w:t>Behold, I am making all things new.” — Revelation 21:5</w:t>
      </w:r>
    </w:p>
    <w:p w14:paraId="5BFDE500" w14:textId="63C4E21E" w:rsidR="00BC56D0" w:rsidRPr="00504939" w:rsidRDefault="00000000" w:rsidP="005952B1">
      <w:pPr>
        <w:rPr>
          <w:rFonts w:ascii="Calibri" w:hAnsi="Calibri"/>
          <w:sz w:val="20"/>
          <w:szCs w:val="20"/>
        </w:rPr>
      </w:pPr>
      <w:r w:rsidRPr="00504939">
        <w:rPr>
          <w:rFonts w:ascii="Calibri" w:hAnsi="Calibri"/>
          <w:sz w:val="20"/>
          <w:szCs w:val="20"/>
        </w:rPr>
        <w:t>There is hope for this planet.</w:t>
      </w:r>
      <w:r w:rsidR="009D2FAE" w:rsidRPr="00504939">
        <w:rPr>
          <w:rFonts w:ascii="Calibri" w:hAnsi="Calibri"/>
          <w:sz w:val="20"/>
          <w:szCs w:val="20"/>
        </w:rPr>
        <w:t xml:space="preserve">  </w:t>
      </w:r>
      <w:r w:rsidRPr="00504939">
        <w:rPr>
          <w:rFonts w:ascii="Calibri" w:hAnsi="Calibri"/>
          <w:sz w:val="20"/>
          <w:szCs w:val="20"/>
        </w:rPr>
        <w:t>That hope is living, eternal, unshakable—and His name is Jesus.</w:t>
      </w:r>
    </w:p>
    <w:p w14:paraId="6DB421E8" w14:textId="001EB2E6" w:rsidR="00AE6EEE" w:rsidRPr="00504939" w:rsidRDefault="00AE6EEE" w:rsidP="005952B1">
      <w:pPr>
        <w:rPr>
          <w:rFonts w:ascii="Calibri" w:hAnsi="Calibri"/>
          <w:b/>
          <w:bCs/>
          <w:i/>
          <w:iCs/>
          <w:color w:val="0070C0"/>
          <w:sz w:val="20"/>
          <w:szCs w:val="20"/>
        </w:rPr>
      </w:pPr>
      <w:r w:rsidRPr="00504939">
        <w:rPr>
          <w:rFonts w:ascii="Calibri" w:hAnsi="Calibri"/>
          <w:b/>
          <w:bCs/>
          <w:i/>
          <w:iCs/>
          <w:color w:val="0070C0"/>
          <w:sz w:val="20"/>
          <w:szCs w:val="20"/>
        </w:rPr>
        <w:t xml:space="preserve">FAMILY STORY </w:t>
      </w:r>
    </w:p>
    <w:p w14:paraId="517C766A" w14:textId="4DFDF664" w:rsidR="00AE6EEE" w:rsidRPr="00504939" w:rsidRDefault="00AE6EEE" w:rsidP="00AE6EEE">
      <w:pPr>
        <w:rPr>
          <w:rFonts w:ascii="Calibri" w:hAnsi="Calibri"/>
          <w:sz w:val="20"/>
          <w:szCs w:val="20"/>
          <w:lang w:val="en-FJ"/>
        </w:rPr>
      </w:pPr>
      <w:r w:rsidRPr="00504939">
        <w:rPr>
          <w:rFonts w:ascii="Calibri" w:hAnsi="Calibri"/>
          <w:sz w:val="20"/>
          <w:szCs w:val="20"/>
          <w:lang w:val="en-FJ"/>
        </w:rPr>
        <w:t>One evening, as a family sat together watching the news, the room fell silent. Images of war, floods, burning forests, and suffering families filled the screen.</w:t>
      </w:r>
    </w:p>
    <w:p w14:paraId="2ED7A7C3" w14:textId="5976F89F" w:rsidR="00AE6EEE" w:rsidRPr="00504939" w:rsidRDefault="00AE6EEE" w:rsidP="00AE6EEE">
      <w:pPr>
        <w:rPr>
          <w:rFonts w:ascii="Calibri" w:hAnsi="Calibri"/>
          <w:sz w:val="20"/>
          <w:szCs w:val="20"/>
          <w:lang w:val="en-FJ"/>
        </w:rPr>
      </w:pPr>
      <w:r w:rsidRPr="00504939">
        <w:rPr>
          <w:rFonts w:ascii="Calibri" w:hAnsi="Calibri"/>
          <w:sz w:val="20"/>
          <w:szCs w:val="20"/>
          <w:lang w:val="en-FJ"/>
        </w:rPr>
        <w:t xml:space="preserve">After a while, the youngest child looked up and asked a question no one was ready for: </w:t>
      </w:r>
      <w:r w:rsidRPr="00504939">
        <w:rPr>
          <w:rFonts w:ascii="Calibri" w:hAnsi="Calibri"/>
          <w:b/>
          <w:bCs/>
          <w:sz w:val="20"/>
          <w:szCs w:val="20"/>
          <w:lang w:val="en-FJ"/>
        </w:rPr>
        <w:t>“Why is everyone hurting so much? Is the world going to be okay?”</w:t>
      </w:r>
    </w:p>
    <w:p w14:paraId="224BA2DB" w14:textId="77777777" w:rsidR="00AE6EEE" w:rsidRPr="00504939" w:rsidRDefault="00AE6EEE" w:rsidP="00AE6EEE">
      <w:pPr>
        <w:rPr>
          <w:rFonts w:ascii="Calibri" w:hAnsi="Calibri"/>
          <w:sz w:val="20"/>
          <w:szCs w:val="20"/>
          <w:lang w:val="en-FJ"/>
        </w:rPr>
      </w:pPr>
      <w:r w:rsidRPr="00504939">
        <w:rPr>
          <w:rFonts w:ascii="Calibri" w:hAnsi="Calibri"/>
          <w:sz w:val="20"/>
          <w:szCs w:val="20"/>
          <w:lang w:val="en-FJ"/>
        </w:rPr>
        <w:t>The parents exchanged glances. They didn’t rush to answer. Instead, they turned off the television.</w:t>
      </w:r>
    </w:p>
    <w:p w14:paraId="4AB37C2E" w14:textId="48AD775C" w:rsidR="00AE6EEE" w:rsidRPr="00504939" w:rsidRDefault="00AE6EEE" w:rsidP="00AE6EEE">
      <w:pPr>
        <w:rPr>
          <w:rFonts w:ascii="Calibri" w:hAnsi="Calibri"/>
          <w:sz w:val="20"/>
          <w:szCs w:val="20"/>
          <w:lang w:val="en-FJ"/>
        </w:rPr>
      </w:pPr>
      <w:r w:rsidRPr="00504939">
        <w:rPr>
          <w:rFonts w:ascii="Calibri" w:hAnsi="Calibri"/>
          <w:sz w:val="20"/>
          <w:szCs w:val="20"/>
          <w:lang w:val="en-FJ"/>
        </w:rPr>
        <w:t xml:space="preserve">The father opened his Bible and said </w:t>
      </w:r>
      <w:proofErr w:type="gramStart"/>
      <w:r w:rsidRPr="00504939">
        <w:rPr>
          <w:rFonts w:ascii="Calibri" w:hAnsi="Calibri"/>
          <w:sz w:val="20"/>
          <w:szCs w:val="20"/>
          <w:lang w:val="en-FJ"/>
        </w:rPr>
        <w:t xml:space="preserve">gently,  </w:t>
      </w:r>
      <w:r w:rsidRPr="00504939">
        <w:rPr>
          <w:rFonts w:ascii="Calibri" w:hAnsi="Calibri"/>
          <w:i/>
          <w:iCs/>
          <w:sz w:val="20"/>
          <w:szCs w:val="20"/>
          <w:lang w:val="en-FJ"/>
        </w:rPr>
        <w:t>“</w:t>
      </w:r>
      <w:proofErr w:type="gramEnd"/>
      <w:r w:rsidRPr="00504939">
        <w:rPr>
          <w:rFonts w:ascii="Calibri" w:hAnsi="Calibri"/>
          <w:i/>
          <w:iCs/>
          <w:sz w:val="20"/>
          <w:szCs w:val="20"/>
          <w:lang w:val="en-FJ"/>
        </w:rPr>
        <w:t xml:space="preserve">The Bible tells us the world is groaning—like a mother in </w:t>
      </w:r>
      <w:proofErr w:type="spellStart"/>
      <w:r w:rsidRPr="00504939">
        <w:rPr>
          <w:rFonts w:ascii="Calibri" w:hAnsi="Calibri"/>
          <w:i/>
          <w:iCs/>
          <w:sz w:val="20"/>
          <w:szCs w:val="20"/>
          <w:lang w:val="en-FJ"/>
        </w:rPr>
        <w:t>labor</w:t>
      </w:r>
      <w:proofErr w:type="spellEnd"/>
      <w:r w:rsidRPr="00504939">
        <w:rPr>
          <w:rFonts w:ascii="Calibri" w:hAnsi="Calibri"/>
          <w:i/>
          <w:iCs/>
          <w:sz w:val="20"/>
          <w:szCs w:val="20"/>
          <w:lang w:val="en-FJ"/>
        </w:rPr>
        <w:t>. Labor is painful, but it means something new is coming.”</w:t>
      </w:r>
    </w:p>
    <w:p w14:paraId="62AFDBA2" w14:textId="77777777" w:rsidR="00AE6EEE" w:rsidRPr="00504939" w:rsidRDefault="00AE6EEE" w:rsidP="00AE6EEE">
      <w:pPr>
        <w:rPr>
          <w:rFonts w:ascii="Calibri" w:hAnsi="Calibri"/>
          <w:sz w:val="20"/>
          <w:szCs w:val="20"/>
          <w:lang w:val="en-FJ"/>
        </w:rPr>
      </w:pPr>
      <w:r w:rsidRPr="00504939">
        <w:rPr>
          <w:rFonts w:ascii="Calibri" w:hAnsi="Calibri"/>
          <w:sz w:val="20"/>
          <w:szCs w:val="20"/>
          <w:lang w:val="en-FJ"/>
        </w:rPr>
        <w:t>They talked about Noah, living in a world filled with violence—yet finding grace when he looked up to God.</w:t>
      </w:r>
      <w:r w:rsidRPr="00504939">
        <w:rPr>
          <w:rFonts w:ascii="Calibri" w:hAnsi="Calibri"/>
          <w:sz w:val="20"/>
          <w:szCs w:val="20"/>
          <w:lang w:val="en-FJ"/>
        </w:rPr>
        <w:br/>
        <w:t>They remembered Daniel, who lived through collapsing kingdoms, yet found peace because God never changed.</w:t>
      </w:r>
      <w:r w:rsidRPr="00504939">
        <w:rPr>
          <w:rFonts w:ascii="Calibri" w:hAnsi="Calibri"/>
          <w:sz w:val="20"/>
          <w:szCs w:val="20"/>
          <w:lang w:val="en-FJ"/>
        </w:rPr>
        <w:br/>
        <w:t>They spoke of John, isolated and persecuted, yet seeing visions of a restored world because he fixed his eyes on Jesus.</w:t>
      </w:r>
    </w:p>
    <w:p w14:paraId="0F89B769" w14:textId="77777777" w:rsidR="00AE6EEE" w:rsidRPr="00504939" w:rsidRDefault="00AE6EEE" w:rsidP="00AE6EEE">
      <w:pPr>
        <w:rPr>
          <w:rFonts w:ascii="Calibri" w:hAnsi="Calibri"/>
          <w:sz w:val="20"/>
          <w:szCs w:val="20"/>
          <w:lang w:val="en-FJ"/>
        </w:rPr>
      </w:pPr>
      <w:r w:rsidRPr="00504939">
        <w:rPr>
          <w:rFonts w:ascii="Calibri" w:hAnsi="Calibri"/>
          <w:sz w:val="20"/>
          <w:szCs w:val="20"/>
          <w:lang w:val="en-FJ"/>
        </w:rPr>
        <w:t>Then the mother said something simple but powerful:</w:t>
      </w:r>
      <w:r w:rsidRPr="00504939">
        <w:rPr>
          <w:rFonts w:ascii="Calibri" w:hAnsi="Calibri"/>
          <w:sz w:val="20"/>
          <w:szCs w:val="20"/>
          <w:lang w:val="en-FJ"/>
        </w:rPr>
        <w:br/>
      </w:r>
      <w:r w:rsidRPr="00504939">
        <w:rPr>
          <w:rFonts w:ascii="Calibri" w:hAnsi="Calibri"/>
          <w:i/>
          <w:iCs/>
          <w:sz w:val="20"/>
          <w:szCs w:val="20"/>
          <w:lang w:val="en-FJ"/>
        </w:rPr>
        <w:t>“The world is broken because sin broke it—but God never abandoned it.”</w:t>
      </w:r>
    </w:p>
    <w:p w14:paraId="314DFDA7" w14:textId="4F13F743" w:rsidR="00AE6EEE" w:rsidRPr="00504939" w:rsidRDefault="00AE6EEE" w:rsidP="00AE6EEE">
      <w:pPr>
        <w:rPr>
          <w:rFonts w:ascii="Calibri" w:hAnsi="Calibri"/>
          <w:sz w:val="20"/>
          <w:szCs w:val="20"/>
          <w:lang w:val="en-FJ"/>
        </w:rPr>
      </w:pPr>
      <w:r w:rsidRPr="00504939">
        <w:rPr>
          <w:rFonts w:ascii="Calibri" w:hAnsi="Calibri"/>
          <w:sz w:val="20"/>
          <w:szCs w:val="20"/>
          <w:lang w:val="en-FJ"/>
        </w:rPr>
        <w:t>That night, the family knelt together. They prayed not just for safety, but for faith. Not just for answers, but for trust. They remembered the promise</w:t>
      </w:r>
      <w:proofErr w:type="gramStart"/>
      <w:r w:rsidRPr="00504939">
        <w:rPr>
          <w:rFonts w:ascii="Calibri" w:hAnsi="Calibri"/>
          <w:sz w:val="20"/>
          <w:szCs w:val="20"/>
          <w:lang w:val="en-FJ"/>
        </w:rPr>
        <w:t>:</w:t>
      </w:r>
      <w:r w:rsidR="0006107F" w:rsidRPr="00504939">
        <w:rPr>
          <w:rFonts w:ascii="Calibri" w:hAnsi="Calibri"/>
          <w:sz w:val="20"/>
          <w:szCs w:val="20"/>
          <w:lang w:val="en-FJ"/>
        </w:rPr>
        <w:t xml:space="preserve">  </w:t>
      </w:r>
      <w:r w:rsidRPr="00504939">
        <w:rPr>
          <w:rFonts w:ascii="Calibri" w:hAnsi="Calibri"/>
          <w:sz w:val="20"/>
          <w:szCs w:val="20"/>
          <w:lang w:val="en-FJ"/>
        </w:rPr>
        <w:t>“</w:t>
      </w:r>
      <w:proofErr w:type="gramEnd"/>
      <w:r w:rsidRPr="00504939">
        <w:rPr>
          <w:rFonts w:ascii="Calibri" w:hAnsi="Calibri"/>
          <w:sz w:val="20"/>
          <w:szCs w:val="20"/>
          <w:lang w:val="en-FJ"/>
        </w:rPr>
        <w:t>My help comes from the Lord, the Maker of heaven and earth.”</w:t>
      </w:r>
    </w:p>
    <w:p w14:paraId="1808C696" w14:textId="77777777" w:rsidR="00AE6EEE" w:rsidRPr="00504939" w:rsidRDefault="00AE6EEE" w:rsidP="00AE6EEE">
      <w:pPr>
        <w:rPr>
          <w:rFonts w:ascii="Calibri" w:hAnsi="Calibri"/>
          <w:sz w:val="20"/>
          <w:szCs w:val="20"/>
          <w:lang w:val="en-FJ"/>
        </w:rPr>
      </w:pPr>
      <w:r w:rsidRPr="00504939">
        <w:rPr>
          <w:rFonts w:ascii="Calibri" w:hAnsi="Calibri"/>
          <w:sz w:val="20"/>
          <w:szCs w:val="20"/>
          <w:lang w:val="en-FJ"/>
        </w:rPr>
        <w:t>Over time, crises did not disappear. Hard news still came. Problems still surfaced. But something changed inside that home.</w:t>
      </w:r>
    </w:p>
    <w:p w14:paraId="23B736F2" w14:textId="77777777" w:rsidR="00AE6EEE" w:rsidRPr="00504939" w:rsidRDefault="00AE6EEE" w:rsidP="00AE6EEE">
      <w:pPr>
        <w:rPr>
          <w:rFonts w:ascii="Calibri" w:hAnsi="Calibri"/>
          <w:sz w:val="20"/>
          <w:szCs w:val="20"/>
          <w:lang w:val="en-FJ"/>
        </w:rPr>
      </w:pPr>
      <w:r w:rsidRPr="00504939">
        <w:rPr>
          <w:rFonts w:ascii="Calibri" w:hAnsi="Calibri"/>
          <w:sz w:val="20"/>
          <w:szCs w:val="20"/>
          <w:lang w:val="en-FJ"/>
        </w:rPr>
        <w:t>When fear came, they looked up.</w:t>
      </w:r>
      <w:r w:rsidRPr="00504939">
        <w:rPr>
          <w:rFonts w:ascii="Calibri" w:hAnsi="Calibri"/>
          <w:sz w:val="20"/>
          <w:szCs w:val="20"/>
          <w:lang w:val="en-FJ"/>
        </w:rPr>
        <w:br/>
        <w:t>When uncertainty came, they held onto God’s promises.</w:t>
      </w:r>
      <w:r w:rsidRPr="00504939">
        <w:rPr>
          <w:rFonts w:ascii="Calibri" w:hAnsi="Calibri"/>
          <w:sz w:val="20"/>
          <w:szCs w:val="20"/>
          <w:lang w:val="en-FJ"/>
        </w:rPr>
        <w:br/>
        <w:t>When pain came, they clung to the hope that Jesus is making all things new.</w:t>
      </w:r>
    </w:p>
    <w:p w14:paraId="46C39C35" w14:textId="77777777" w:rsidR="00AE6EEE" w:rsidRPr="00504939" w:rsidRDefault="00AE6EEE" w:rsidP="00AE6EEE">
      <w:pPr>
        <w:rPr>
          <w:rFonts w:ascii="Calibri" w:hAnsi="Calibri"/>
          <w:sz w:val="20"/>
          <w:szCs w:val="20"/>
          <w:lang w:val="en-FJ"/>
        </w:rPr>
      </w:pPr>
      <w:r w:rsidRPr="00504939">
        <w:rPr>
          <w:rFonts w:ascii="Calibri" w:hAnsi="Calibri"/>
          <w:sz w:val="20"/>
          <w:szCs w:val="20"/>
          <w:lang w:val="en-FJ"/>
        </w:rPr>
        <w:lastRenderedPageBreak/>
        <w:t>Years later, those children would remember not just a world in crisis—but a home anchored in hope.</w:t>
      </w:r>
      <w:r w:rsidRPr="00504939">
        <w:rPr>
          <w:rFonts w:ascii="Calibri" w:hAnsi="Calibri"/>
          <w:sz w:val="20"/>
          <w:szCs w:val="20"/>
          <w:lang w:val="en-FJ"/>
        </w:rPr>
        <w:br/>
        <w:t>They learned that suffering is real, but so is God’s presence.</w:t>
      </w:r>
      <w:r w:rsidRPr="00504939">
        <w:rPr>
          <w:rFonts w:ascii="Calibri" w:hAnsi="Calibri"/>
          <w:sz w:val="20"/>
          <w:szCs w:val="20"/>
          <w:lang w:val="en-FJ"/>
        </w:rPr>
        <w:br/>
        <w:t>That the world may tremble—but Heaven never shakes.</w:t>
      </w:r>
    </w:p>
    <w:p w14:paraId="594C833B" w14:textId="77777777" w:rsidR="00AE6EEE" w:rsidRPr="00504939" w:rsidRDefault="00AE6EEE" w:rsidP="00AE6EEE">
      <w:pPr>
        <w:rPr>
          <w:rFonts w:ascii="Calibri" w:hAnsi="Calibri"/>
          <w:sz w:val="20"/>
          <w:szCs w:val="20"/>
          <w:lang w:val="en-FJ"/>
        </w:rPr>
      </w:pPr>
      <w:r w:rsidRPr="00504939">
        <w:rPr>
          <w:rFonts w:ascii="Calibri" w:hAnsi="Calibri"/>
          <w:sz w:val="20"/>
          <w:szCs w:val="20"/>
          <w:lang w:val="en-FJ"/>
        </w:rPr>
        <w:t>And above all, they learned this truth:</w:t>
      </w:r>
    </w:p>
    <w:p w14:paraId="67535070" w14:textId="77777777" w:rsidR="00AE6EEE" w:rsidRPr="00504939" w:rsidRDefault="00AE6EEE" w:rsidP="00AE6EEE">
      <w:pPr>
        <w:rPr>
          <w:rFonts w:ascii="Calibri" w:hAnsi="Calibri"/>
          <w:sz w:val="20"/>
          <w:szCs w:val="20"/>
          <w:lang w:val="en-FJ"/>
        </w:rPr>
      </w:pPr>
      <w:r w:rsidRPr="00504939">
        <w:rPr>
          <w:rFonts w:ascii="Calibri" w:hAnsi="Calibri"/>
          <w:sz w:val="20"/>
          <w:szCs w:val="20"/>
          <w:lang w:val="en-FJ"/>
        </w:rPr>
        <w:t>The final hope of the planet is not a system, not a leader, not a solution—but a Savior.</w:t>
      </w:r>
      <w:r w:rsidRPr="00504939">
        <w:rPr>
          <w:rFonts w:ascii="Calibri" w:hAnsi="Calibri"/>
          <w:sz w:val="20"/>
          <w:szCs w:val="20"/>
          <w:lang w:val="en-FJ"/>
        </w:rPr>
        <w:br/>
        <w:t>His name is Jesus.</w:t>
      </w:r>
      <w:r w:rsidRPr="00504939">
        <w:rPr>
          <w:rFonts w:ascii="Calibri" w:hAnsi="Calibri"/>
          <w:sz w:val="20"/>
          <w:szCs w:val="20"/>
          <w:lang w:val="en-FJ"/>
        </w:rPr>
        <w:br/>
        <w:t>And He is coming again.</w:t>
      </w:r>
    </w:p>
    <w:p w14:paraId="36470E23" w14:textId="77777777" w:rsidR="00BC56D0" w:rsidRPr="00E36BBB" w:rsidRDefault="00000000" w:rsidP="005952B1">
      <w:pPr>
        <w:pStyle w:val="Heading4"/>
        <w:rPr>
          <w:color w:val="0070C0"/>
          <w:sz w:val="20"/>
          <w:szCs w:val="20"/>
        </w:rPr>
      </w:pPr>
      <w:r w:rsidRPr="00E36BBB">
        <w:rPr>
          <w:color w:val="0070C0"/>
          <w:sz w:val="20"/>
          <w:szCs w:val="20"/>
        </w:rPr>
        <w:t xml:space="preserve"> REFLECTION QUESTIONS</w:t>
      </w:r>
    </w:p>
    <w:p w14:paraId="5EF62616" w14:textId="77777777" w:rsidR="00BC56D0" w:rsidRPr="00504939" w:rsidRDefault="00000000" w:rsidP="005952B1">
      <w:pPr>
        <w:pStyle w:val="ListParagraph"/>
        <w:numPr>
          <w:ilvl w:val="0"/>
          <w:numId w:val="20"/>
        </w:numPr>
        <w:rPr>
          <w:sz w:val="20"/>
          <w:szCs w:val="20"/>
        </w:rPr>
      </w:pPr>
      <w:r w:rsidRPr="00504939">
        <w:rPr>
          <w:rFonts w:ascii="Calibri" w:hAnsi="Calibri"/>
          <w:sz w:val="20"/>
          <w:szCs w:val="20"/>
        </w:rPr>
        <w:t>Where do I personally see signs that our world is in crisis?</w:t>
      </w:r>
    </w:p>
    <w:p w14:paraId="241FFDE0" w14:textId="77777777" w:rsidR="00BC56D0" w:rsidRPr="00504939" w:rsidRDefault="00000000" w:rsidP="005952B1">
      <w:pPr>
        <w:pStyle w:val="ListParagraph"/>
        <w:numPr>
          <w:ilvl w:val="0"/>
          <w:numId w:val="20"/>
        </w:numPr>
        <w:rPr>
          <w:sz w:val="20"/>
          <w:szCs w:val="20"/>
        </w:rPr>
      </w:pPr>
      <w:r w:rsidRPr="00504939">
        <w:rPr>
          <w:rFonts w:ascii="Calibri" w:hAnsi="Calibri"/>
          <w:sz w:val="20"/>
          <w:szCs w:val="20"/>
        </w:rPr>
        <w:t>What promises of God bring me hope when I look at global or personal challenges?</w:t>
      </w:r>
    </w:p>
    <w:p w14:paraId="7A5B32B8" w14:textId="77777777" w:rsidR="00BC56D0" w:rsidRPr="00504939" w:rsidRDefault="00000000" w:rsidP="005952B1">
      <w:pPr>
        <w:pStyle w:val="ListParagraph"/>
        <w:numPr>
          <w:ilvl w:val="0"/>
          <w:numId w:val="20"/>
        </w:numPr>
        <w:rPr>
          <w:sz w:val="20"/>
          <w:szCs w:val="20"/>
        </w:rPr>
      </w:pPr>
      <w:r w:rsidRPr="00504939">
        <w:rPr>
          <w:rFonts w:ascii="Calibri" w:hAnsi="Calibri"/>
          <w:sz w:val="20"/>
          <w:szCs w:val="20"/>
        </w:rPr>
        <w:t>How does knowing God is still sovereign change the way I respond to crisis?</w:t>
      </w:r>
    </w:p>
    <w:p w14:paraId="17B5AD77" w14:textId="77777777" w:rsidR="00BC56D0" w:rsidRPr="00504939" w:rsidRDefault="00000000" w:rsidP="005952B1">
      <w:pPr>
        <w:pStyle w:val="ListParagraph"/>
        <w:numPr>
          <w:ilvl w:val="0"/>
          <w:numId w:val="20"/>
        </w:numPr>
        <w:rPr>
          <w:sz w:val="20"/>
          <w:szCs w:val="20"/>
        </w:rPr>
      </w:pPr>
      <w:r w:rsidRPr="00504939">
        <w:rPr>
          <w:rFonts w:ascii="Calibri" w:hAnsi="Calibri"/>
          <w:sz w:val="20"/>
          <w:szCs w:val="20"/>
        </w:rPr>
        <w:t>In what ways can I be a “light of hope” in my community, home, or workplace?</w:t>
      </w:r>
    </w:p>
    <w:p w14:paraId="2FCC6202" w14:textId="77777777" w:rsidR="00BC56D0" w:rsidRPr="00504939" w:rsidRDefault="00000000" w:rsidP="005952B1">
      <w:pPr>
        <w:pStyle w:val="ListParagraph"/>
        <w:numPr>
          <w:ilvl w:val="0"/>
          <w:numId w:val="20"/>
        </w:numPr>
        <w:rPr>
          <w:sz w:val="20"/>
          <w:szCs w:val="20"/>
        </w:rPr>
      </w:pPr>
      <w:r w:rsidRPr="00504939">
        <w:rPr>
          <w:rFonts w:ascii="Calibri" w:hAnsi="Calibri"/>
          <w:sz w:val="20"/>
          <w:szCs w:val="20"/>
        </w:rPr>
        <w:t>Do I look more at the crisis—or at Christ?</w:t>
      </w:r>
    </w:p>
    <w:p w14:paraId="69948C8C" w14:textId="09C8FCAA" w:rsidR="00BC56D0" w:rsidRPr="00504939" w:rsidRDefault="00B32FB4" w:rsidP="005952B1">
      <w:pPr>
        <w:pStyle w:val="Heading4"/>
        <w:rPr>
          <w:color w:val="0070C0"/>
          <w:sz w:val="20"/>
          <w:szCs w:val="20"/>
        </w:rPr>
      </w:pPr>
      <w:r w:rsidRPr="00504939">
        <w:rPr>
          <w:color w:val="0070C0"/>
          <w:sz w:val="20"/>
          <w:szCs w:val="20"/>
        </w:rPr>
        <w:t>FAMILY ACTIVITY: “HOPE JAR”</w:t>
      </w:r>
    </w:p>
    <w:p w14:paraId="02E0CCF3" w14:textId="77777777" w:rsidR="00BC56D0" w:rsidRPr="00504939" w:rsidRDefault="00000000" w:rsidP="005952B1">
      <w:pPr>
        <w:rPr>
          <w:b/>
          <w:bCs/>
          <w:sz w:val="20"/>
          <w:szCs w:val="20"/>
        </w:rPr>
      </w:pPr>
      <w:r w:rsidRPr="00504939">
        <w:rPr>
          <w:rFonts w:ascii="Calibri" w:hAnsi="Calibri"/>
          <w:b/>
          <w:bCs/>
          <w:sz w:val="20"/>
          <w:szCs w:val="20"/>
        </w:rPr>
        <w:t>Materials:</w:t>
      </w:r>
    </w:p>
    <w:p w14:paraId="052343F2" w14:textId="77777777" w:rsidR="00BC56D0" w:rsidRPr="00504939" w:rsidRDefault="00000000" w:rsidP="005952B1">
      <w:pPr>
        <w:pStyle w:val="ListParagraph"/>
        <w:numPr>
          <w:ilvl w:val="0"/>
          <w:numId w:val="15"/>
        </w:numPr>
        <w:rPr>
          <w:sz w:val="20"/>
          <w:szCs w:val="20"/>
        </w:rPr>
      </w:pPr>
      <w:r w:rsidRPr="00504939">
        <w:rPr>
          <w:rFonts w:ascii="Calibri" w:hAnsi="Calibri"/>
          <w:sz w:val="20"/>
          <w:szCs w:val="20"/>
        </w:rPr>
        <w:t>A jar or container</w:t>
      </w:r>
    </w:p>
    <w:p w14:paraId="34F26133" w14:textId="77777777" w:rsidR="00BC56D0" w:rsidRPr="00504939" w:rsidRDefault="00000000" w:rsidP="005952B1">
      <w:pPr>
        <w:pStyle w:val="ListParagraph"/>
        <w:numPr>
          <w:ilvl w:val="0"/>
          <w:numId w:val="15"/>
        </w:numPr>
        <w:rPr>
          <w:sz w:val="20"/>
          <w:szCs w:val="20"/>
        </w:rPr>
      </w:pPr>
      <w:r w:rsidRPr="00504939">
        <w:rPr>
          <w:rFonts w:ascii="Calibri" w:hAnsi="Calibri"/>
          <w:sz w:val="20"/>
          <w:szCs w:val="20"/>
        </w:rPr>
        <w:t>Small pieces of paper</w:t>
      </w:r>
    </w:p>
    <w:p w14:paraId="5187BA88" w14:textId="77777777" w:rsidR="00BC56D0" w:rsidRPr="00504939" w:rsidRDefault="00000000" w:rsidP="005952B1">
      <w:pPr>
        <w:pStyle w:val="ListParagraph"/>
        <w:numPr>
          <w:ilvl w:val="0"/>
          <w:numId w:val="15"/>
        </w:numPr>
        <w:rPr>
          <w:sz w:val="20"/>
          <w:szCs w:val="20"/>
        </w:rPr>
      </w:pPr>
      <w:r w:rsidRPr="00504939">
        <w:rPr>
          <w:rFonts w:ascii="Calibri" w:hAnsi="Calibri"/>
          <w:sz w:val="20"/>
          <w:szCs w:val="20"/>
        </w:rPr>
        <w:t>Pen or markers</w:t>
      </w:r>
    </w:p>
    <w:p w14:paraId="650E1197" w14:textId="77777777" w:rsidR="00BC56D0" w:rsidRPr="00504939" w:rsidRDefault="00000000" w:rsidP="005952B1">
      <w:pPr>
        <w:rPr>
          <w:b/>
          <w:bCs/>
          <w:sz w:val="20"/>
          <w:szCs w:val="20"/>
        </w:rPr>
      </w:pPr>
      <w:r w:rsidRPr="00504939">
        <w:rPr>
          <w:rFonts w:ascii="Calibri" w:hAnsi="Calibri"/>
          <w:b/>
          <w:bCs/>
          <w:sz w:val="20"/>
          <w:szCs w:val="20"/>
        </w:rPr>
        <w:t>Activity:</w:t>
      </w:r>
    </w:p>
    <w:p w14:paraId="26D0118B" w14:textId="77777777" w:rsidR="00BC56D0" w:rsidRPr="00504939" w:rsidRDefault="00000000" w:rsidP="005952B1">
      <w:pPr>
        <w:pStyle w:val="ListParagraph"/>
        <w:numPr>
          <w:ilvl w:val="0"/>
          <w:numId w:val="19"/>
        </w:numPr>
        <w:rPr>
          <w:sz w:val="20"/>
          <w:szCs w:val="20"/>
        </w:rPr>
      </w:pPr>
      <w:r w:rsidRPr="00504939">
        <w:rPr>
          <w:rFonts w:ascii="Calibri" w:hAnsi="Calibri"/>
          <w:sz w:val="20"/>
          <w:szCs w:val="20"/>
        </w:rPr>
        <w:t>Sit together as a family.</w:t>
      </w:r>
    </w:p>
    <w:p w14:paraId="173DBD84" w14:textId="77777777" w:rsidR="00BC56D0" w:rsidRPr="00504939" w:rsidRDefault="00000000" w:rsidP="005952B1">
      <w:pPr>
        <w:pStyle w:val="ListParagraph"/>
        <w:numPr>
          <w:ilvl w:val="0"/>
          <w:numId w:val="19"/>
        </w:numPr>
        <w:rPr>
          <w:sz w:val="20"/>
          <w:szCs w:val="20"/>
        </w:rPr>
      </w:pPr>
      <w:r w:rsidRPr="00504939">
        <w:rPr>
          <w:rFonts w:ascii="Calibri" w:hAnsi="Calibri"/>
          <w:sz w:val="20"/>
          <w:szCs w:val="20"/>
        </w:rPr>
        <w:t>Each person writes down one crisis they see in the world (e.g., fires, sickness, poverty, war).</w:t>
      </w:r>
    </w:p>
    <w:p w14:paraId="369C3763" w14:textId="77777777" w:rsidR="00BC56D0" w:rsidRPr="00504939" w:rsidRDefault="00000000" w:rsidP="005952B1">
      <w:pPr>
        <w:pStyle w:val="ListParagraph"/>
        <w:numPr>
          <w:ilvl w:val="0"/>
          <w:numId w:val="19"/>
        </w:numPr>
        <w:rPr>
          <w:sz w:val="20"/>
          <w:szCs w:val="20"/>
        </w:rPr>
      </w:pPr>
      <w:r w:rsidRPr="00504939">
        <w:rPr>
          <w:rFonts w:ascii="Calibri" w:hAnsi="Calibri"/>
          <w:sz w:val="20"/>
          <w:szCs w:val="20"/>
        </w:rPr>
        <w:t>Then write one promise from the Bible that gives hope (e.g., Psalm 46:1, John 14:1–3, Revelation 21:4–5).</w:t>
      </w:r>
    </w:p>
    <w:p w14:paraId="2205A0EA" w14:textId="77777777" w:rsidR="00BC56D0" w:rsidRPr="00504939" w:rsidRDefault="00000000" w:rsidP="005952B1">
      <w:pPr>
        <w:pStyle w:val="ListParagraph"/>
        <w:numPr>
          <w:ilvl w:val="0"/>
          <w:numId w:val="19"/>
        </w:numPr>
        <w:rPr>
          <w:sz w:val="20"/>
          <w:szCs w:val="20"/>
        </w:rPr>
      </w:pPr>
      <w:r w:rsidRPr="00504939">
        <w:rPr>
          <w:rFonts w:ascii="Calibri" w:hAnsi="Calibri"/>
          <w:sz w:val="20"/>
          <w:szCs w:val="20"/>
        </w:rPr>
        <w:t>Place both papers into the jar.</w:t>
      </w:r>
    </w:p>
    <w:p w14:paraId="4CFB0394" w14:textId="77777777" w:rsidR="00BC56D0" w:rsidRPr="00504939" w:rsidRDefault="00000000" w:rsidP="005952B1">
      <w:pPr>
        <w:pStyle w:val="ListParagraph"/>
        <w:numPr>
          <w:ilvl w:val="0"/>
          <w:numId w:val="19"/>
        </w:numPr>
        <w:rPr>
          <w:sz w:val="20"/>
          <w:szCs w:val="20"/>
        </w:rPr>
      </w:pPr>
      <w:r w:rsidRPr="00504939">
        <w:rPr>
          <w:rFonts w:ascii="Calibri" w:hAnsi="Calibri"/>
          <w:sz w:val="20"/>
          <w:szCs w:val="20"/>
        </w:rPr>
        <w:t>Pray together, asking God to replace fear with hope.</w:t>
      </w:r>
    </w:p>
    <w:p w14:paraId="2A2B26DC" w14:textId="77777777" w:rsidR="00BC56D0" w:rsidRPr="00504939" w:rsidRDefault="00000000" w:rsidP="005952B1">
      <w:pPr>
        <w:rPr>
          <w:sz w:val="20"/>
          <w:szCs w:val="20"/>
        </w:rPr>
      </w:pPr>
      <w:r w:rsidRPr="00504939">
        <w:rPr>
          <w:rFonts w:ascii="Calibri" w:hAnsi="Calibri"/>
          <w:b/>
          <w:bCs/>
          <w:sz w:val="20"/>
          <w:szCs w:val="20"/>
        </w:rPr>
        <w:t>Message:</w:t>
      </w:r>
      <w:r w:rsidRPr="00504939">
        <w:rPr>
          <w:rFonts w:ascii="Calibri" w:hAnsi="Calibri"/>
          <w:b/>
          <w:bCs/>
          <w:sz w:val="20"/>
          <w:szCs w:val="20"/>
        </w:rPr>
        <w:br/>
      </w:r>
      <w:r w:rsidRPr="00504939">
        <w:rPr>
          <w:rFonts w:ascii="Calibri" w:hAnsi="Calibri"/>
          <w:sz w:val="20"/>
          <w:szCs w:val="20"/>
        </w:rPr>
        <w:t>Families learn that every crisis has a corresponding promise from God.</w:t>
      </w:r>
    </w:p>
    <w:p w14:paraId="547E962B" w14:textId="77777777" w:rsidR="00BC56D0" w:rsidRPr="00504939" w:rsidRDefault="00000000" w:rsidP="005952B1">
      <w:pPr>
        <w:pStyle w:val="Heading4"/>
        <w:rPr>
          <w:color w:val="0070C0"/>
          <w:sz w:val="20"/>
          <w:szCs w:val="20"/>
        </w:rPr>
      </w:pPr>
      <w:r w:rsidRPr="00504939">
        <w:rPr>
          <w:color w:val="0070C0"/>
          <w:sz w:val="20"/>
          <w:szCs w:val="20"/>
        </w:rPr>
        <w:t>TRANSITION INTO THE SERMON</w:t>
      </w:r>
    </w:p>
    <w:p w14:paraId="1753DE11" w14:textId="77777777" w:rsidR="00BC56D0" w:rsidRPr="00504939" w:rsidRDefault="00000000" w:rsidP="005952B1">
      <w:pPr>
        <w:rPr>
          <w:sz w:val="20"/>
          <w:szCs w:val="20"/>
        </w:rPr>
      </w:pPr>
      <w:r w:rsidRPr="00504939">
        <w:rPr>
          <w:rFonts w:ascii="Calibri" w:hAnsi="Calibri"/>
          <w:sz w:val="20"/>
          <w:szCs w:val="20"/>
        </w:rPr>
        <w:t xml:space="preserve">“As we look around the world today, it’s easy to feel overwhelmed. Our news headlines scream crisis. Our communities feel the pressure. Even our families sense </w:t>
      </w:r>
      <w:proofErr w:type="gramStart"/>
      <w:r w:rsidRPr="00504939">
        <w:rPr>
          <w:rFonts w:ascii="Calibri" w:hAnsi="Calibri"/>
          <w:sz w:val="20"/>
          <w:szCs w:val="20"/>
        </w:rPr>
        <w:t>the tension</w:t>
      </w:r>
      <w:proofErr w:type="gramEnd"/>
      <w:r w:rsidRPr="00504939">
        <w:rPr>
          <w:rFonts w:ascii="Calibri" w:hAnsi="Calibri"/>
          <w:sz w:val="20"/>
          <w:szCs w:val="20"/>
        </w:rPr>
        <w:t>.</w:t>
      </w:r>
    </w:p>
    <w:p w14:paraId="077B01FA" w14:textId="77777777" w:rsidR="00BC56D0" w:rsidRPr="00504939" w:rsidRDefault="00000000" w:rsidP="005952B1">
      <w:pPr>
        <w:rPr>
          <w:sz w:val="20"/>
          <w:szCs w:val="20"/>
        </w:rPr>
      </w:pPr>
      <w:r w:rsidRPr="00504939">
        <w:rPr>
          <w:rFonts w:ascii="Calibri" w:hAnsi="Calibri"/>
          <w:sz w:val="20"/>
          <w:szCs w:val="20"/>
        </w:rPr>
        <w:t>But if Scripture teaches us anything, it is this:</w:t>
      </w:r>
      <w:r w:rsidRPr="00504939">
        <w:rPr>
          <w:rFonts w:ascii="Calibri" w:hAnsi="Calibri"/>
          <w:sz w:val="20"/>
          <w:szCs w:val="20"/>
        </w:rPr>
        <w:br/>
        <w:t>Crisis is not the end of the story—God is.</w:t>
      </w:r>
    </w:p>
    <w:p w14:paraId="15079875" w14:textId="77777777" w:rsidR="00BC56D0" w:rsidRPr="00504939" w:rsidRDefault="00000000" w:rsidP="005952B1">
      <w:pPr>
        <w:rPr>
          <w:sz w:val="20"/>
          <w:szCs w:val="20"/>
        </w:rPr>
      </w:pPr>
      <w:r w:rsidRPr="00504939">
        <w:rPr>
          <w:rFonts w:ascii="Calibri" w:hAnsi="Calibri"/>
          <w:sz w:val="20"/>
          <w:szCs w:val="20"/>
        </w:rPr>
        <w:t>So today, as we move into the sermon, let’s explore a powerful question:</w:t>
      </w:r>
      <w:r w:rsidRPr="00504939">
        <w:rPr>
          <w:rFonts w:ascii="Calibri" w:hAnsi="Calibri"/>
          <w:sz w:val="20"/>
          <w:szCs w:val="20"/>
        </w:rPr>
        <w:br/>
        <w:t>Is there truly hope for a planet in crisis?</w:t>
      </w:r>
      <w:r w:rsidRPr="00504939">
        <w:rPr>
          <w:rFonts w:ascii="Calibri" w:hAnsi="Calibri"/>
          <w:sz w:val="20"/>
          <w:szCs w:val="20"/>
        </w:rPr>
        <w:br/>
        <w:t>And if so—where do we find it?</w:t>
      </w:r>
    </w:p>
    <w:p w14:paraId="5F7082AA" w14:textId="77777777" w:rsidR="00BC56D0" w:rsidRPr="00504939" w:rsidRDefault="00000000" w:rsidP="005952B1">
      <w:pPr>
        <w:rPr>
          <w:sz w:val="20"/>
          <w:szCs w:val="20"/>
        </w:rPr>
      </w:pPr>
      <w:r w:rsidRPr="00504939">
        <w:rPr>
          <w:rFonts w:ascii="Calibri" w:hAnsi="Calibri"/>
          <w:sz w:val="20"/>
          <w:szCs w:val="20"/>
        </w:rPr>
        <w:t>Let’s open God’s Word together.”</w:t>
      </w:r>
    </w:p>
    <w:p w14:paraId="7A519C81" w14:textId="01BAED6F" w:rsidR="00BC56D0" w:rsidRPr="00504939" w:rsidRDefault="00000000" w:rsidP="005952B1">
      <w:pPr>
        <w:pStyle w:val="Heading4"/>
        <w:rPr>
          <w:color w:val="0070C0"/>
          <w:sz w:val="20"/>
          <w:szCs w:val="20"/>
        </w:rPr>
      </w:pPr>
      <w:r w:rsidRPr="00504939">
        <w:rPr>
          <w:color w:val="0070C0"/>
          <w:sz w:val="20"/>
          <w:szCs w:val="20"/>
        </w:rPr>
        <w:lastRenderedPageBreak/>
        <w:t>PRAYER</w:t>
      </w:r>
    </w:p>
    <w:p w14:paraId="27EDFE85" w14:textId="77777777" w:rsidR="00BC56D0" w:rsidRPr="00504939" w:rsidRDefault="00000000" w:rsidP="005952B1">
      <w:pPr>
        <w:rPr>
          <w:sz w:val="20"/>
          <w:szCs w:val="20"/>
        </w:rPr>
      </w:pPr>
      <w:r w:rsidRPr="00504939">
        <w:rPr>
          <w:rFonts w:ascii="Calibri" w:hAnsi="Calibri"/>
          <w:sz w:val="20"/>
          <w:szCs w:val="20"/>
        </w:rPr>
        <w:t>Heavenly Father,</w:t>
      </w:r>
      <w:r w:rsidRPr="00504939">
        <w:rPr>
          <w:rFonts w:ascii="Calibri" w:hAnsi="Calibri"/>
          <w:sz w:val="20"/>
          <w:szCs w:val="20"/>
        </w:rPr>
        <w:br/>
        <w:t>We come before You in a world filled with uncertainty, pain, and crisis.</w:t>
      </w:r>
      <w:r w:rsidRPr="00504939">
        <w:rPr>
          <w:rFonts w:ascii="Calibri" w:hAnsi="Calibri"/>
          <w:sz w:val="20"/>
          <w:szCs w:val="20"/>
        </w:rPr>
        <w:br/>
        <w:t>Yet we stand on Your unshakable Word: You are our help, our refuge, our hope.</w:t>
      </w:r>
    </w:p>
    <w:p w14:paraId="61D4BFCF" w14:textId="54505E04" w:rsidR="00BC56D0" w:rsidRPr="00504939" w:rsidRDefault="00000000" w:rsidP="005952B1">
      <w:pPr>
        <w:rPr>
          <w:rFonts w:ascii="Calibri" w:hAnsi="Calibri"/>
          <w:sz w:val="20"/>
          <w:szCs w:val="20"/>
        </w:rPr>
      </w:pPr>
      <w:r w:rsidRPr="00504939">
        <w:rPr>
          <w:rFonts w:ascii="Calibri" w:hAnsi="Calibri"/>
          <w:sz w:val="20"/>
          <w:szCs w:val="20"/>
        </w:rPr>
        <w:t>Teach us to look beyond the chaos and fix our eyes on Christ.</w:t>
      </w:r>
      <w:r w:rsidRPr="00504939">
        <w:rPr>
          <w:rFonts w:ascii="Calibri" w:hAnsi="Calibri"/>
          <w:sz w:val="20"/>
          <w:szCs w:val="20"/>
        </w:rPr>
        <w:br/>
        <w:t>Fill our homes, our communities, and our church with Your peace.</w:t>
      </w:r>
      <w:r w:rsidRPr="00504939">
        <w:rPr>
          <w:rFonts w:ascii="Calibri" w:hAnsi="Calibri"/>
          <w:sz w:val="20"/>
          <w:szCs w:val="20"/>
        </w:rPr>
        <w:br/>
        <w:t>Strengthen our faith when fear rises.</w:t>
      </w:r>
      <w:r w:rsidRPr="00504939">
        <w:rPr>
          <w:rFonts w:ascii="Calibri" w:hAnsi="Calibri"/>
          <w:sz w:val="20"/>
          <w:szCs w:val="20"/>
        </w:rPr>
        <w:br/>
        <w:t>Renew our hope when the world feels dark.</w:t>
      </w:r>
      <w:r w:rsidRPr="00504939">
        <w:rPr>
          <w:rFonts w:ascii="Calibri" w:hAnsi="Calibri"/>
          <w:sz w:val="20"/>
          <w:szCs w:val="20"/>
        </w:rPr>
        <w:br/>
        <w:t>And remind us daily that You hold this planet—and each of us—in Your mighty hands.</w:t>
      </w:r>
      <w:r w:rsidR="00E303B9" w:rsidRPr="00504939">
        <w:rPr>
          <w:rFonts w:ascii="Calibri" w:hAnsi="Calibri"/>
          <w:sz w:val="20"/>
          <w:szCs w:val="20"/>
        </w:rPr>
        <w:t xml:space="preserve"> </w:t>
      </w:r>
      <w:r w:rsidRPr="00504939">
        <w:rPr>
          <w:rFonts w:ascii="Calibri" w:hAnsi="Calibri"/>
          <w:sz w:val="20"/>
          <w:szCs w:val="20"/>
        </w:rPr>
        <w:t>Make us instruments of hope in a world that desperately needs Jesus.</w:t>
      </w:r>
      <w:r w:rsidR="00E303B9" w:rsidRPr="00504939">
        <w:rPr>
          <w:rFonts w:ascii="Calibri" w:hAnsi="Calibri"/>
          <w:sz w:val="20"/>
          <w:szCs w:val="20"/>
        </w:rPr>
        <w:t xml:space="preserve">  </w:t>
      </w:r>
      <w:r w:rsidRPr="00504939">
        <w:rPr>
          <w:rFonts w:ascii="Calibri" w:hAnsi="Calibri"/>
          <w:sz w:val="20"/>
          <w:szCs w:val="20"/>
        </w:rPr>
        <w:t xml:space="preserve">In His precious name we </w:t>
      </w:r>
      <w:proofErr w:type="gramStart"/>
      <w:r w:rsidRPr="00504939">
        <w:rPr>
          <w:rFonts w:ascii="Calibri" w:hAnsi="Calibri"/>
          <w:sz w:val="20"/>
          <w:szCs w:val="20"/>
        </w:rPr>
        <w:t>pray,</w:t>
      </w:r>
      <w:r w:rsidR="00E303B9" w:rsidRPr="00504939">
        <w:rPr>
          <w:rFonts w:ascii="Calibri" w:hAnsi="Calibri"/>
          <w:sz w:val="20"/>
          <w:szCs w:val="20"/>
        </w:rPr>
        <w:t xml:space="preserve">  </w:t>
      </w:r>
      <w:r w:rsidRPr="00504939">
        <w:rPr>
          <w:rFonts w:ascii="Calibri" w:hAnsi="Calibri"/>
          <w:sz w:val="20"/>
          <w:szCs w:val="20"/>
        </w:rPr>
        <w:t>Amen</w:t>
      </w:r>
      <w:proofErr w:type="gramEnd"/>
      <w:r w:rsidRPr="00504939">
        <w:rPr>
          <w:rFonts w:ascii="Calibri" w:hAnsi="Calibri"/>
          <w:sz w:val="20"/>
          <w:szCs w:val="20"/>
        </w:rPr>
        <w:t>.</w:t>
      </w:r>
    </w:p>
    <w:p w14:paraId="73E2E949" w14:textId="77777777" w:rsidR="0006107F" w:rsidRPr="00504939" w:rsidRDefault="0006107F" w:rsidP="005952B1">
      <w:pPr>
        <w:rPr>
          <w:rFonts w:ascii="Calibri" w:hAnsi="Calibri"/>
          <w:sz w:val="20"/>
          <w:szCs w:val="20"/>
        </w:rPr>
      </w:pPr>
    </w:p>
    <w:p w14:paraId="77C0F02B" w14:textId="77777777" w:rsidR="0006107F" w:rsidRPr="00504939" w:rsidRDefault="0006107F" w:rsidP="005952B1">
      <w:pPr>
        <w:rPr>
          <w:rFonts w:ascii="Calibri" w:hAnsi="Calibri"/>
          <w:sz w:val="20"/>
          <w:szCs w:val="20"/>
        </w:rPr>
      </w:pPr>
    </w:p>
    <w:p w14:paraId="43878842" w14:textId="77777777" w:rsidR="0006107F" w:rsidRPr="00504939" w:rsidRDefault="0006107F" w:rsidP="005952B1">
      <w:pPr>
        <w:rPr>
          <w:rFonts w:ascii="Calibri" w:hAnsi="Calibri"/>
          <w:sz w:val="20"/>
          <w:szCs w:val="20"/>
        </w:rPr>
      </w:pPr>
    </w:p>
    <w:p w14:paraId="7B6AA864" w14:textId="77777777" w:rsidR="0006107F" w:rsidRPr="00504939" w:rsidRDefault="0006107F" w:rsidP="005952B1">
      <w:pPr>
        <w:rPr>
          <w:rFonts w:ascii="Calibri" w:hAnsi="Calibri"/>
          <w:sz w:val="20"/>
          <w:szCs w:val="20"/>
        </w:rPr>
      </w:pPr>
    </w:p>
    <w:p w14:paraId="61733BD7" w14:textId="77777777" w:rsidR="0006107F" w:rsidRPr="00504939" w:rsidRDefault="0006107F" w:rsidP="005952B1">
      <w:pPr>
        <w:rPr>
          <w:rFonts w:ascii="Calibri" w:hAnsi="Calibri"/>
          <w:sz w:val="20"/>
          <w:szCs w:val="20"/>
        </w:rPr>
      </w:pPr>
    </w:p>
    <w:p w14:paraId="333DE6B9" w14:textId="77777777" w:rsidR="0006107F" w:rsidRPr="00504939" w:rsidRDefault="0006107F" w:rsidP="005952B1">
      <w:pPr>
        <w:rPr>
          <w:rFonts w:ascii="Calibri" w:hAnsi="Calibri"/>
          <w:sz w:val="20"/>
          <w:szCs w:val="20"/>
        </w:rPr>
      </w:pPr>
    </w:p>
    <w:p w14:paraId="698915CB" w14:textId="77777777" w:rsidR="0006107F" w:rsidRPr="00504939" w:rsidRDefault="0006107F" w:rsidP="005952B1">
      <w:pPr>
        <w:rPr>
          <w:rFonts w:ascii="Calibri" w:hAnsi="Calibri"/>
          <w:sz w:val="20"/>
          <w:szCs w:val="20"/>
        </w:rPr>
      </w:pPr>
    </w:p>
    <w:p w14:paraId="0218CC2E" w14:textId="77777777" w:rsidR="0006107F" w:rsidRPr="00504939" w:rsidRDefault="0006107F" w:rsidP="005952B1">
      <w:pPr>
        <w:rPr>
          <w:rFonts w:ascii="Calibri" w:hAnsi="Calibri"/>
          <w:sz w:val="20"/>
          <w:szCs w:val="20"/>
        </w:rPr>
      </w:pPr>
    </w:p>
    <w:p w14:paraId="42B48C26" w14:textId="77777777" w:rsidR="0006107F" w:rsidRDefault="0006107F" w:rsidP="005952B1">
      <w:pPr>
        <w:rPr>
          <w:rFonts w:ascii="Calibri" w:hAnsi="Calibri"/>
          <w:sz w:val="20"/>
          <w:szCs w:val="20"/>
        </w:rPr>
      </w:pPr>
    </w:p>
    <w:p w14:paraId="79139D2C" w14:textId="77777777" w:rsidR="00F57AB5" w:rsidRDefault="00F57AB5" w:rsidP="005952B1">
      <w:pPr>
        <w:rPr>
          <w:rFonts w:ascii="Calibri" w:hAnsi="Calibri"/>
          <w:sz w:val="20"/>
          <w:szCs w:val="20"/>
        </w:rPr>
      </w:pPr>
    </w:p>
    <w:p w14:paraId="064E3491" w14:textId="77777777" w:rsidR="00F57AB5" w:rsidRDefault="00F57AB5" w:rsidP="005952B1">
      <w:pPr>
        <w:rPr>
          <w:rFonts w:ascii="Calibri" w:hAnsi="Calibri"/>
          <w:sz w:val="20"/>
          <w:szCs w:val="20"/>
        </w:rPr>
      </w:pPr>
    </w:p>
    <w:p w14:paraId="0FF290FC" w14:textId="77777777" w:rsidR="00F57AB5" w:rsidRDefault="00F57AB5" w:rsidP="005952B1">
      <w:pPr>
        <w:rPr>
          <w:rFonts w:ascii="Calibri" w:hAnsi="Calibri"/>
          <w:sz w:val="20"/>
          <w:szCs w:val="20"/>
        </w:rPr>
      </w:pPr>
    </w:p>
    <w:p w14:paraId="053C37FA" w14:textId="77777777" w:rsidR="00F57AB5" w:rsidRDefault="00F57AB5" w:rsidP="005952B1">
      <w:pPr>
        <w:rPr>
          <w:rFonts w:ascii="Calibri" w:hAnsi="Calibri"/>
          <w:sz w:val="20"/>
          <w:szCs w:val="20"/>
        </w:rPr>
      </w:pPr>
    </w:p>
    <w:p w14:paraId="09FF344F" w14:textId="77777777" w:rsidR="00F57AB5" w:rsidRDefault="00F57AB5" w:rsidP="005952B1">
      <w:pPr>
        <w:rPr>
          <w:rFonts w:ascii="Calibri" w:hAnsi="Calibri"/>
          <w:sz w:val="20"/>
          <w:szCs w:val="20"/>
        </w:rPr>
      </w:pPr>
    </w:p>
    <w:p w14:paraId="2693C224" w14:textId="77777777" w:rsidR="00F57AB5" w:rsidRDefault="00F57AB5" w:rsidP="005952B1">
      <w:pPr>
        <w:rPr>
          <w:rFonts w:ascii="Calibri" w:hAnsi="Calibri"/>
          <w:sz w:val="20"/>
          <w:szCs w:val="20"/>
        </w:rPr>
      </w:pPr>
    </w:p>
    <w:p w14:paraId="42E8F090" w14:textId="77777777" w:rsidR="00F57AB5" w:rsidRDefault="00F57AB5" w:rsidP="005952B1">
      <w:pPr>
        <w:rPr>
          <w:rFonts w:ascii="Calibri" w:hAnsi="Calibri"/>
          <w:sz w:val="20"/>
          <w:szCs w:val="20"/>
        </w:rPr>
      </w:pPr>
    </w:p>
    <w:p w14:paraId="244AD7DC" w14:textId="77777777" w:rsidR="00F57AB5" w:rsidRDefault="00F57AB5" w:rsidP="005952B1">
      <w:pPr>
        <w:rPr>
          <w:rFonts w:ascii="Calibri" w:hAnsi="Calibri"/>
          <w:sz w:val="20"/>
          <w:szCs w:val="20"/>
        </w:rPr>
      </w:pPr>
    </w:p>
    <w:p w14:paraId="6E4D5DCA" w14:textId="77777777" w:rsidR="00F57AB5" w:rsidRDefault="00F57AB5" w:rsidP="005952B1">
      <w:pPr>
        <w:rPr>
          <w:rFonts w:ascii="Calibri" w:hAnsi="Calibri"/>
          <w:sz w:val="20"/>
          <w:szCs w:val="20"/>
        </w:rPr>
      </w:pPr>
    </w:p>
    <w:p w14:paraId="7D9DCEFB" w14:textId="77777777" w:rsidR="00F57AB5" w:rsidRDefault="00F57AB5" w:rsidP="005952B1">
      <w:pPr>
        <w:rPr>
          <w:rFonts w:ascii="Calibri" w:hAnsi="Calibri"/>
          <w:sz w:val="20"/>
          <w:szCs w:val="20"/>
        </w:rPr>
      </w:pPr>
    </w:p>
    <w:p w14:paraId="55BAB843" w14:textId="77777777" w:rsidR="00F57AB5" w:rsidRPr="00504939" w:rsidRDefault="00F57AB5" w:rsidP="005952B1">
      <w:pPr>
        <w:rPr>
          <w:rFonts w:ascii="Calibri" w:hAnsi="Calibri"/>
          <w:sz w:val="20"/>
          <w:szCs w:val="20"/>
        </w:rPr>
      </w:pPr>
    </w:p>
    <w:p w14:paraId="016B9D42" w14:textId="77777777" w:rsidR="0006107F" w:rsidRPr="00504939" w:rsidRDefault="0006107F" w:rsidP="005952B1">
      <w:pPr>
        <w:rPr>
          <w:rFonts w:ascii="Calibri" w:hAnsi="Calibri"/>
          <w:sz w:val="20"/>
          <w:szCs w:val="20"/>
        </w:rPr>
      </w:pPr>
    </w:p>
    <w:p w14:paraId="71178885" w14:textId="0E243DAB" w:rsidR="00BC56D0" w:rsidRPr="00504939" w:rsidRDefault="00E303B9" w:rsidP="005952B1">
      <w:pPr>
        <w:pStyle w:val="Heading1"/>
        <w:shd w:val="clear" w:color="auto" w:fill="B6DDE8" w:themeFill="accent5" w:themeFillTint="66"/>
        <w:rPr>
          <w:sz w:val="20"/>
          <w:szCs w:val="20"/>
        </w:rPr>
      </w:pPr>
      <w:bookmarkStart w:id="15" w:name="_Toc226793113"/>
      <w:r w:rsidRPr="00504939">
        <w:rPr>
          <w:sz w:val="20"/>
          <w:szCs w:val="20"/>
        </w:rPr>
        <w:lastRenderedPageBreak/>
        <w:t>SERMON TOPIC #5    MESSIAH AND THE JUDGEMENT</w:t>
      </w:r>
      <w:bookmarkEnd w:id="15"/>
      <w:r w:rsidRPr="00504939">
        <w:rPr>
          <w:sz w:val="20"/>
          <w:szCs w:val="20"/>
        </w:rPr>
        <w:t xml:space="preserve"> </w:t>
      </w:r>
    </w:p>
    <w:p w14:paraId="71355B5C" w14:textId="77777777" w:rsidR="00F861D3" w:rsidRPr="00504939" w:rsidRDefault="00F861D3" w:rsidP="005952B1">
      <w:pPr>
        <w:rPr>
          <w:sz w:val="20"/>
          <w:szCs w:val="20"/>
        </w:rPr>
      </w:pPr>
    </w:p>
    <w:p w14:paraId="2EDD40F1" w14:textId="407E7715" w:rsidR="00BC56D0" w:rsidRPr="00504939" w:rsidRDefault="00000000" w:rsidP="005952B1">
      <w:pPr>
        <w:pStyle w:val="Heading1"/>
        <w:spacing w:before="0" w:line="240" w:lineRule="auto"/>
        <w:rPr>
          <w:sz w:val="20"/>
          <w:szCs w:val="20"/>
        </w:rPr>
      </w:pPr>
      <w:bookmarkStart w:id="16" w:name="_Toc226793114"/>
      <w:r w:rsidRPr="00504939">
        <w:rPr>
          <w:sz w:val="20"/>
          <w:szCs w:val="20"/>
        </w:rPr>
        <w:t xml:space="preserve">FAMILY </w:t>
      </w:r>
      <w:r w:rsidR="0006107F" w:rsidRPr="00504939">
        <w:rPr>
          <w:sz w:val="20"/>
          <w:szCs w:val="20"/>
        </w:rPr>
        <w:t>FOCUS</w:t>
      </w:r>
      <w:proofErr w:type="gramStart"/>
      <w:r w:rsidRPr="00504939">
        <w:rPr>
          <w:sz w:val="20"/>
          <w:szCs w:val="20"/>
        </w:rPr>
        <w:t>:  EDUCATING</w:t>
      </w:r>
      <w:proofErr w:type="gramEnd"/>
      <w:r w:rsidRPr="00504939">
        <w:rPr>
          <w:sz w:val="20"/>
          <w:szCs w:val="20"/>
        </w:rPr>
        <w:t xml:space="preserve"> CHILDREN</w:t>
      </w:r>
      <w:bookmarkEnd w:id="16"/>
      <w:r w:rsidRPr="00504939">
        <w:rPr>
          <w:sz w:val="20"/>
          <w:szCs w:val="20"/>
        </w:rPr>
        <w:t xml:space="preserve"> </w:t>
      </w:r>
    </w:p>
    <w:p w14:paraId="7911234E" w14:textId="77777777" w:rsidR="00BC56D0" w:rsidRPr="00504939" w:rsidRDefault="00000000" w:rsidP="005952B1">
      <w:pPr>
        <w:pStyle w:val="Heading1"/>
        <w:spacing w:before="0" w:line="240" w:lineRule="auto"/>
        <w:rPr>
          <w:color w:val="000000" w:themeColor="text1"/>
          <w:sz w:val="20"/>
          <w:szCs w:val="20"/>
        </w:rPr>
      </w:pPr>
      <w:bookmarkStart w:id="17" w:name="_Toc224746563"/>
      <w:bookmarkStart w:id="18" w:name="_Toc224746691"/>
      <w:bookmarkStart w:id="19" w:name="_Toc226793115"/>
      <w:r w:rsidRPr="00504939">
        <w:rPr>
          <w:color w:val="000000" w:themeColor="text1"/>
          <w:sz w:val="20"/>
          <w:szCs w:val="20"/>
        </w:rPr>
        <w:t>“Your wife will be like a fruitful vine within your house; your children will be like olive shoots around your table” (Psalm 128:3).</w:t>
      </w:r>
      <w:bookmarkEnd w:id="17"/>
      <w:bookmarkEnd w:id="18"/>
      <w:bookmarkEnd w:id="19"/>
      <w:r w:rsidRPr="00504939">
        <w:rPr>
          <w:color w:val="000000" w:themeColor="text1"/>
          <w:sz w:val="20"/>
          <w:szCs w:val="20"/>
        </w:rPr>
        <w:t xml:space="preserve"> </w:t>
      </w:r>
    </w:p>
    <w:p w14:paraId="21846BA9" w14:textId="77777777" w:rsidR="00BC56D0" w:rsidRPr="00504939" w:rsidRDefault="00BC56D0" w:rsidP="005952B1">
      <w:pPr>
        <w:spacing w:line="240" w:lineRule="auto"/>
        <w:rPr>
          <w:b/>
          <w:bCs/>
          <w:color w:val="000000" w:themeColor="text1"/>
          <w:sz w:val="20"/>
          <w:szCs w:val="20"/>
        </w:rPr>
      </w:pPr>
    </w:p>
    <w:p w14:paraId="702303D7" w14:textId="77777777" w:rsidR="00BC56D0" w:rsidRPr="00504939" w:rsidRDefault="00000000" w:rsidP="00995A8F">
      <w:pPr>
        <w:jc w:val="both"/>
        <w:rPr>
          <w:sz w:val="20"/>
          <w:szCs w:val="20"/>
        </w:rPr>
      </w:pPr>
      <w:r w:rsidRPr="00504939">
        <w:rPr>
          <w:rFonts w:ascii="Calibri" w:hAnsi="Calibri"/>
          <w:sz w:val="20"/>
          <w:szCs w:val="20"/>
        </w:rPr>
        <w:t xml:space="preserve">Samuel Taylor Coleridge was talking to a lady who defended the idea that children should not have religious instruction; they must be left to grow “naturally”, so they would be more mature; make rational decisions, for they would know better what they are doing. This philosophy seems plausible, but certain things might seem plausible and yet constitute a misconception. Coleridge listened as that woman was </w:t>
      </w:r>
      <w:proofErr w:type="gramStart"/>
      <w:r w:rsidRPr="00504939">
        <w:rPr>
          <w:rFonts w:ascii="Calibri" w:hAnsi="Calibri"/>
          <w:sz w:val="20"/>
          <w:szCs w:val="20"/>
        </w:rPr>
        <w:t>talking, and</w:t>
      </w:r>
      <w:proofErr w:type="gramEnd"/>
      <w:r w:rsidRPr="00504939">
        <w:rPr>
          <w:rFonts w:ascii="Calibri" w:hAnsi="Calibri"/>
          <w:sz w:val="20"/>
          <w:szCs w:val="20"/>
        </w:rPr>
        <w:t xml:space="preserve"> did not say much. Then he invited her to walk around the garden. He guided her to a place in the garden where weeds grow. “What do you think of my garden?” asked the poet. “Isn’t it beautiful?” “A garden? Do you call this a garden? I would say it is a place to grow weeds,” she replied. “Well,” explained Coleridge, “A few months ago I decided to let them grow the way they wanted, until they reach maturity.” Suddenly his visitor understood the point.</w:t>
      </w:r>
    </w:p>
    <w:p w14:paraId="4F572061" w14:textId="77777777" w:rsidR="00BC56D0" w:rsidRPr="00504939" w:rsidRDefault="00000000" w:rsidP="00995A8F">
      <w:pPr>
        <w:jc w:val="both"/>
        <w:rPr>
          <w:sz w:val="20"/>
          <w:szCs w:val="20"/>
        </w:rPr>
      </w:pPr>
      <w:r w:rsidRPr="00504939">
        <w:rPr>
          <w:rFonts w:ascii="Calibri" w:hAnsi="Calibri"/>
          <w:sz w:val="20"/>
          <w:szCs w:val="20"/>
        </w:rPr>
        <w:t xml:space="preserve">I had relatives who supported this laissez-faire philosophy of parenting. It was no surprise when their children did not adopt any religion when they became adults. The parents seemed to have forgotten that they once defended and practiced this philosophy. Today they regret the fact that their children joke about religion and do not have a moral conscientiousness. They rebel against all </w:t>
      </w:r>
      <w:proofErr w:type="gramStart"/>
      <w:r w:rsidRPr="00504939">
        <w:rPr>
          <w:rFonts w:ascii="Calibri" w:hAnsi="Calibri"/>
          <w:sz w:val="20"/>
          <w:szCs w:val="20"/>
        </w:rPr>
        <w:t>authority</w:t>
      </w:r>
      <w:proofErr w:type="gramEnd"/>
      <w:r w:rsidRPr="00504939">
        <w:rPr>
          <w:rFonts w:ascii="Calibri" w:hAnsi="Calibri"/>
          <w:sz w:val="20"/>
          <w:szCs w:val="20"/>
        </w:rPr>
        <w:t xml:space="preserve">. </w:t>
      </w:r>
    </w:p>
    <w:p w14:paraId="5C8201CD" w14:textId="77777777" w:rsidR="00BC56D0" w:rsidRPr="00504939" w:rsidRDefault="00000000" w:rsidP="00995A8F">
      <w:pPr>
        <w:jc w:val="both"/>
        <w:rPr>
          <w:sz w:val="20"/>
          <w:szCs w:val="20"/>
        </w:rPr>
      </w:pPr>
      <w:r w:rsidRPr="00504939">
        <w:rPr>
          <w:rFonts w:ascii="Calibri" w:hAnsi="Calibri"/>
          <w:sz w:val="20"/>
          <w:szCs w:val="20"/>
        </w:rPr>
        <w:t xml:space="preserve">Teaching Christian principles to our children does not guarantee that they will adopt them. After all, human beings were created with the power to choose and some, unfortunately, make the wrong choice (see Josh. 24:15 and Rom. 14:12). But a convenient education increases the possibilities. If, despite Christian guidance at home, children still choose the wrong path, at least parents would still know they did the best they could. </w:t>
      </w:r>
    </w:p>
    <w:p w14:paraId="028C0A24" w14:textId="77777777" w:rsidR="00BC56D0" w:rsidRPr="00504939" w:rsidRDefault="00000000" w:rsidP="00995A8F">
      <w:pPr>
        <w:jc w:val="both"/>
        <w:rPr>
          <w:rFonts w:ascii="Calibri" w:hAnsi="Calibri"/>
          <w:sz w:val="20"/>
          <w:szCs w:val="20"/>
        </w:rPr>
      </w:pPr>
      <w:r w:rsidRPr="00504939">
        <w:rPr>
          <w:rFonts w:ascii="Calibri" w:hAnsi="Calibri"/>
          <w:sz w:val="20"/>
          <w:szCs w:val="20"/>
        </w:rPr>
        <w:t xml:space="preserve"> —Donald and Mansell and Vesta West Mansell, Sure as the Dawn, p. 273</w:t>
      </w:r>
    </w:p>
    <w:p w14:paraId="7889978B" w14:textId="0DA83C47" w:rsidR="00BC56D0" w:rsidRPr="00504939" w:rsidRDefault="00000000" w:rsidP="005952B1">
      <w:pPr>
        <w:pStyle w:val="Heading4"/>
        <w:rPr>
          <w:color w:val="0070C0"/>
          <w:sz w:val="20"/>
          <w:szCs w:val="20"/>
        </w:rPr>
      </w:pPr>
      <w:r w:rsidRPr="00504939">
        <w:rPr>
          <w:color w:val="0070C0"/>
          <w:sz w:val="20"/>
          <w:szCs w:val="20"/>
        </w:rPr>
        <w:t>FAMILY DEVOTION</w:t>
      </w:r>
      <w:proofErr w:type="gramStart"/>
      <w:r w:rsidRPr="00504939">
        <w:rPr>
          <w:color w:val="0070C0"/>
          <w:sz w:val="20"/>
          <w:szCs w:val="20"/>
        </w:rPr>
        <w:t xml:space="preserve">: </w:t>
      </w:r>
      <w:r w:rsidR="00995A8F" w:rsidRPr="00504939">
        <w:rPr>
          <w:color w:val="0070C0"/>
          <w:sz w:val="20"/>
          <w:szCs w:val="20"/>
        </w:rPr>
        <w:t xml:space="preserve"> EDUCATING</w:t>
      </w:r>
      <w:proofErr w:type="gramEnd"/>
      <w:r w:rsidR="00995A8F" w:rsidRPr="00504939">
        <w:rPr>
          <w:color w:val="0070C0"/>
          <w:sz w:val="20"/>
          <w:szCs w:val="20"/>
        </w:rPr>
        <w:t xml:space="preserve"> CHILDREN </w:t>
      </w:r>
    </w:p>
    <w:p w14:paraId="5187A7C1" w14:textId="77777777" w:rsidR="00BC56D0" w:rsidRPr="00504939" w:rsidRDefault="00000000" w:rsidP="005952B1">
      <w:pPr>
        <w:rPr>
          <w:b/>
          <w:bCs/>
          <w:sz w:val="20"/>
          <w:szCs w:val="20"/>
        </w:rPr>
      </w:pPr>
      <w:r w:rsidRPr="00504939">
        <w:rPr>
          <w:rFonts w:ascii="Calibri" w:hAnsi="Calibri"/>
          <w:b/>
          <w:bCs/>
          <w:sz w:val="20"/>
          <w:szCs w:val="20"/>
        </w:rPr>
        <w:t>“Your wife will be like a fruitful vine within your house; your children will be like olive shoots around your table.” — Psalm 128:3</w:t>
      </w:r>
    </w:p>
    <w:p w14:paraId="5C3B857B" w14:textId="77777777" w:rsidR="00BC56D0" w:rsidRPr="00504939" w:rsidRDefault="00000000" w:rsidP="005952B1">
      <w:pPr>
        <w:rPr>
          <w:sz w:val="20"/>
          <w:szCs w:val="20"/>
        </w:rPr>
      </w:pPr>
      <w:r w:rsidRPr="00504939">
        <w:rPr>
          <w:rFonts w:ascii="Calibri" w:hAnsi="Calibri"/>
          <w:sz w:val="20"/>
          <w:szCs w:val="20"/>
        </w:rPr>
        <w:t>Samuel Taylor Coleridge once conversed with a lady who believed children should grow up without religious instruction—left to “develop naturally” until they were mature enough to make rational spiritual decisions. She argued that freedom without guidance produces stronger judgment.</w:t>
      </w:r>
    </w:p>
    <w:p w14:paraId="727CAEE0" w14:textId="77777777" w:rsidR="00BC56D0" w:rsidRPr="00504939" w:rsidRDefault="00000000" w:rsidP="005952B1">
      <w:pPr>
        <w:rPr>
          <w:sz w:val="20"/>
          <w:szCs w:val="20"/>
        </w:rPr>
      </w:pPr>
      <w:r w:rsidRPr="00504939">
        <w:rPr>
          <w:rFonts w:ascii="Calibri" w:hAnsi="Calibri"/>
          <w:sz w:val="20"/>
          <w:szCs w:val="20"/>
        </w:rPr>
        <w:t>Coleridge listened quietly, then invited her to view his garden. He led her to a neglected corner where weeds had taken over.</w:t>
      </w:r>
    </w:p>
    <w:p w14:paraId="344DB67F" w14:textId="2CAFE333" w:rsidR="00BC56D0" w:rsidRPr="00504939" w:rsidRDefault="00000000" w:rsidP="005952B1">
      <w:pPr>
        <w:rPr>
          <w:sz w:val="20"/>
          <w:szCs w:val="20"/>
        </w:rPr>
      </w:pPr>
      <w:r w:rsidRPr="00504939">
        <w:rPr>
          <w:rFonts w:ascii="Calibri" w:hAnsi="Calibri"/>
          <w:sz w:val="20"/>
          <w:szCs w:val="20"/>
        </w:rPr>
        <w:t>“Isn’t my garden beautiful?” he asked.</w:t>
      </w:r>
    </w:p>
    <w:p w14:paraId="245EE800" w14:textId="77777777" w:rsidR="00BC56D0" w:rsidRPr="00504939" w:rsidRDefault="00000000" w:rsidP="005952B1">
      <w:pPr>
        <w:rPr>
          <w:sz w:val="20"/>
          <w:szCs w:val="20"/>
        </w:rPr>
      </w:pPr>
      <w:r w:rsidRPr="00504939">
        <w:rPr>
          <w:rFonts w:ascii="Calibri" w:hAnsi="Calibri"/>
          <w:sz w:val="20"/>
          <w:szCs w:val="20"/>
        </w:rPr>
        <w:t>“Beautiful? This is just a patch of weeds,” she replied.</w:t>
      </w:r>
    </w:p>
    <w:p w14:paraId="67F714E0" w14:textId="77777777" w:rsidR="00BC56D0" w:rsidRPr="00504939" w:rsidRDefault="00000000" w:rsidP="005952B1">
      <w:pPr>
        <w:rPr>
          <w:sz w:val="20"/>
          <w:szCs w:val="20"/>
        </w:rPr>
      </w:pPr>
      <w:r w:rsidRPr="00504939">
        <w:rPr>
          <w:rFonts w:ascii="Calibri" w:hAnsi="Calibri"/>
          <w:sz w:val="20"/>
          <w:szCs w:val="20"/>
        </w:rPr>
        <w:t>Coleridge gently explained: “A few months ago, I decided to let everything grow naturally—without guidance—until it matured.”</w:t>
      </w:r>
    </w:p>
    <w:p w14:paraId="0CE8BD27" w14:textId="77777777" w:rsidR="00BC56D0" w:rsidRPr="00504939" w:rsidRDefault="00000000" w:rsidP="005952B1">
      <w:pPr>
        <w:rPr>
          <w:sz w:val="20"/>
          <w:szCs w:val="20"/>
        </w:rPr>
      </w:pPr>
      <w:r w:rsidRPr="00504939">
        <w:rPr>
          <w:rFonts w:ascii="Calibri" w:hAnsi="Calibri"/>
          <w:sz w:val="20"/>
          <w:szCs w:val="20"/>
        </w:rPr>
        <w:t>Suddenly the woman understood.</w:t>
      </w:r>
      <w:r w:rsidRPr="00504939">
        <w:rPr>
          <w:rFonts w:ascii="Calibri" w:hAnsi="Calibri"/>
          <w:sz w:val="20"/>
          <w:szCs w:val="20"/>
        </w:rPr>
        <w:br/>
        <w:t>A garden left alone does not produce beauty; it produces chaos.</w:t>
      </w:r>
      <w:r w:rsidRPr="00504939">
        <w:rPr>
          <w:rFonts w:ascii="Calibri" w:hAnsi="Calibri"/>
          <w:sz w:val="20"/>
          <w:szCs w:val="20"/>
        </w:rPr>
        <w:br/>
        <w:t>A child left without spiritual guidance does not automatically grow into righteousness.</w:t>
      </w:r>
    </w:p>
    <w:p w14:paraId="57AD4A99" w14:textId="77777777" w:rsidR="00BC56D0" w:rsidRPr="00504939" w:rsidRDefault="00000000" w:rsidP="005952B1">
      <w:pPr>
        <w:rPr>
          <w:sz w:val="20"/>
          <w:szCs w:val="20"/>
        </w:rPr>
      </w:pPr>
      <w:r w:rsidRPr="00504939">
        <w:rPr>
          <w:rFonts w:ascii="Calibri" w:hAnsi="Calibri"/>
          <w:sz w:val="20"/>
          <w:szCs w:val="20"/>
        </w:rPr>
        <w:lastRenderedPageBreak/>
        <w:t>Many today embrace a hands-off approach to parenting and spiritual formation. They allow children to “figure things out later,” only to discover—years afterward—that the weeds of indifference, doubt, and rebellion have taken root. As with a garden, spiritual cultivation requires intention, time, and love.</w:t>
      </w:r>
    </w:p>
    <w:p w14:paraId="2E13A9B9" w14:textId="77777777" w:rsidR="00BC56D0" w:rsidRPr="00504939" w:rsidRDefault="00000000" w:rsidP="005952B1">
      <w:pPr>
        <w:rPr>
          <w:sz w:val="20"/>
          <w:szCs w:val="20"/>
        </w:rPr>
      </w:pPr>
      <w:r w:rsidRPr="00504939">
        <w:rPr>
          <w:rFonts w:ascii="Calibri" w:hAnsi="Calibri"/>
          <w:sz w:val="20"/>
          <w:szCs w:val="20"/>
        </w:rPr>
        <w:t>Teaching Christian principles does not guarantee outcomes. God created humanity with the power of choice (Joshua 24:15; Romans 14:12). But faithful instruction increases the likelihood that seeds of truth will grow into lifelong faith.</w:t>
      </w:r>
    </w:p>
    <w:p w14:paraId="4362E564" w14:textId="42047C41" w:rsidR="00BC56D0" w:rsidRPr="00504939" w:rsidRDefault="00000000" w:rsidP="005952B1">
      <w:pPr>
        <w:rPr>
          <w:sz w:val="20"/>
          <w:szCs w:val="20"/>
        </w:rPr>
      </w:pPr>
      <w:r w:rsidRPr="00504939">
        <w:rPr>
          <w:rFonts w:ascii="Calibri" w:hAnsi="Calibri"/>
          <w:sz w:val="20"/>
          <w:szCs w:val="20"/>
        </w:rPr>
        <w:t>This brings us to the heart of today’s theme:</w:t>
      </w:r>
      <w:r w:rsidR="00571B85" w:rsidRPr="00504939">
        <w:rPr>
          <w:rFonts w:ascii="Calibri" w:hAnsi="Calibri"/>
          <w:sz w:val="20"/>
          <w:szCs w:val="20"/>
        </w:rPr>
        <w:t xml:space="preserve"> </w:t>
      </w:r>
      <w:r w:rsidRPr="00504939">
        <w:rPr>
          <w:rFonts w:ascii="Calibri" w:hAnsi="Calibri"/>
          <w:sz w:val="20"/>
          <w:szCs w:val="20"/>
        </w:rPr>
        <w:t>The Messiah and the Judgment.</w:t>
      </w:r>
    </w:p>
    <w:p w14:paraId="5A212B85" w14:textId="1540C706" w:rsidR="00BC56D0" w:rsidRPr="00504939" w:rsidRDefault="00000000" w:rsidP="005952B1">
      <w:pPr>
        <w:rPr>
          <w:sz w:val="20"/>
          <w:szCs w:val="20"/>
        </w:rPr>
      </w:pPr>
      <w:r w:rsidRPr="00504939">
        <w:rPr>
          <w:rFonts w:ascii="Calibri" w:hAnsi="Calibri"/>
          <w:sz w:val="20"/>
          <w:szCs w:val="20"/>
        </w:rPr>
        <w:t>Judgment often evokes fear, but Scripture presents it as good news.</w:t>
      </w:r>
      <w:r w:rsidR="00571B85" w:rsidRPr="00504939">
        <w:rPr>
          <w:rFonts w:ascii="Calibri" w:hAnsi="Calibri"/>
          <w:sz w:val="20"/>
          <w:szCs w:val="20"/>
        </w:rPr>
        <w:t xml:space="preserve"> </w:t>
      </w:r>
      <w:r w:rsidRPr="00504939">
        <w:rPr>
          <w:rFonts w:ascii="Calibri" w:hAnsi="Calibri"/>
          <w:sz w:val="20"/>
          <w:szCs w:val="20"/>
        </w:rPr>
        <w:t>Why?</w:t>
      </w:r>
      <w:r w:rsidRPr="00504939">
        <w:rPr>
          <w:rFonts w:ascii="Calibri" w:hAnsi="Calibri"/>
          <w:sz w:val="20"/>
          <w:szCs w:val="20"/>
        </w:rPr>
        <w:br/>
        <w:t>Because judgment is not merely God evaluating our lives—it is the Messiah standing for His people.</w:t>
      </w:r>
    </w:p>
    <w:p w14:paraId="458F7158" w14:textId="77777777" w:rsidR="00BC56D0" w:rsidRPr="00504939" w:rsidRDefault="00000000" w:rsidP="005952B1">
      <w:pPr>
        <w:rPr>
          <w:sz w:val="20"/>
          <w:szCs w:val="20"/>
        </w:rPr>
      </w:pPr>
      <w:r w:rsidRPr="00504939">
        <w:rPr>
          <w:rFonts w:ascii="Calibri" w:hAnsi="Calibri"/>
          <w:sz w:val="20"/>
          <w:szCs w:val="20"/>
        </w:rPr>
        <w:t>Jesus is not just the Judge;</w:t>
      </w:r>
      <w:r w:rsidRPr="00504939">
        <w:rPr>
          <w:rFonts w:ascii="Calibri" w:hAnsi="Calibri"/>
          <w:sz w:val="20"/>
          <w:szCs w:val="20"/>
        </w:rPr>
        <w:br/>
        <w:t>He is our Advocate (1 John 2:1),</w:t>
      </w:r>
      <w:r w:rsidRPr="00504939">
        <w:rPr>
          <w:rFonts w:ascii="Calibri" w:hAnsi="Calibri"/>
          <w:sz w:val="20"/>
          <w:szCs w:val="20"/>
        </w:rPr>
        <w:br/>
        <w:t>our High Priest (Hebrews 4:14–16),</w:t>
      </w:r>
      <w:r w:rsidRPr="00504939">
        <w:rPr>
          <w:rFonts w:ascii="Calibri" w:hAnsi="Calibri"/>
          <w:sz w:val="20"/>
          <w:szCs w:val="20"/>
        </w:rPr>
        <w:br/>
        <w:t>and our Defense (Daniel 7:22).</w:t>
      </w:r>
    </w:p>
    <w:p w14:paraId="2AFC299E" w14:textId="3634DCD4" w:rsidR="00BC56D0" w:rsidRPr="00504939" w:rsidRDefault="00000000" w:rsidP="005952B1">
      <w:pPr>
        <w:rPr>
          <w:sz w:val="20"/>
          <w:szCs w:val="20"/>
        </w:rPr>
      </w:pPr>
      <w:r w:rsidRPr="00504939">
        <w:rPr>
          <w:rFonts w:ascii="Calibri" w:hAnsi="Calibri"/>
          <w:sz w:val="20"/>
          <w:szCs w:val="20"/>
        </w:rPr>
        <w:t>The same Savior who died for us is the One who represents us.</w:t>
      </w:r>
      <w:r w:rsidR="00571B85" w:rsidRPr="00504939">
        <w:rPr>
          <w:rFonts w:ascii="Calibri" w:hAnsi="Calibri"/>
          <w:sz w:val="20"/>
          <w:szCs w:val="20"/>
        </w:rPr>
        <w:t xml:space="preserve">  </w:t>
      </w:r>
      <w:r w:rsidRPr="00504939">
        <w:rPr>
          <w:rFonts w:ascii="Calibri" w:hAnsi="Calibri"/>
          <w:sz w:val="20"/>
          <w:szCs w:val="20"/>
        </w:rPr>
        <w:t>The One who knows our weaknesses is the One who pleads our case.</w:t>
      </w:r>
      <w:r w:rsidR="00571B85" w:rsidRPr="00504939">
        <w:rPr>
          <w:rFonts w:ascii="Calibri" w:hAnsi="Calibri"/>
          <w:sz w:val="20"/>
          <w:szCs w:val="20"/>
        </w:rPr>
        <w:t xml:space="preserve"> </w:t>
      </w:r>
      <w:r w:rsidRPr="00504939">
        <w:rPr>
          <w:rFonts w:ascii="Calibri" w:hAnsi="Calibri"/>
          <w:sz w:val="20"/>
          <w:szCs w:val="20"/>
        </w:rPr>
        <w:t>Judgment is not about exposing the failures of the saints;</w:t>
      </w:r>
      <w:r w:rsidR="00571B85" w:rsidRPr="00504939">
        <w:rPr>
          <w:rFonts w:ascii="Calibri" w:hAnsi="Calibri"/>
          <w:sz w:val="20"/>
          <w:szCs w:val="20"/>
        </w:rPr>
        <w:t xml:space="preserve"> </w:t>
      </w:r>
      <w:r w:rsidRPr="00504939">
        <w:rPr>
          <w:rFonts w:ascii="Calibri" w:hAnsi="Calibri"/>
          <w:sz w:val="20"/>
          <w:szCs w:val="20"/>
        </w:rPr>
        <w:t>it is about revealing the faithfulness of the Savior.</w:t>
      </w:r>
    </w:p>
    <w:p w14:paraId="26D5546A" w14:textId="77777777" w:rsidR="00BC56D0" w:rsidRPr="00504939" w:rsidRDefault="00000000" w:rsidP="005952B1">
      <w:pPr>
        <w:rPr>
          <w:rFonts w:ascii="Calibri" w:hAnsi="Calibri"/>
          <w:sz w:val="20"/>
          <w:szCs w:val="20"/>
        </w:rPr>
      </w:pPr>
      <w:r w:rsidRPr="00504939">
        <w:rPr>
          <w:rFonts w:ascii="Calibri" w:hAnsi="Calibri"/>
          <w:sz w:val="20"/>
          <w:szCs w:val="20"/>
        </w:rPr>
        <w:t>So yes—we must guide our children, water their hearts with Scripture, and plant seeds of devotion early. Yet our ultimate confidence is not in our parenting, but in the Messiah who stands for every believer in the hour of judgment.</w:t>
      </w:r>
    </w:p>
    <w:p w14:paraId="53E643AD" w14:textId="6931F92D" w:rsidR="00571B85" w:rsidRPr="00504939" w:rsidRDefault="00571B85" w:rsidP="005952B1">
      <w:pPr>
        <w:rPr>
          <w:rFonts w:ascii="Calibri" w:hAnsi="Calibri"/>
          <w:b/>
          <w:bCs/>
          <w:i/>
          <w:iCs/>
          <w:color w:val="0070C0"/>
          <w:sz w:val="20"/>
          <w:szCs w:val="20"/>
        </w:rPr>
      </w:pPr>
      <w:r w:rsidRPr="00504939">
        <w:rPr>
          <w:rFonts w:ascii="Calibri" w:hAnsi="Calibri"/>
          <w:b/>
          <w:bCs/>
          <w:i/>
          <w:iCs/>
          <w:color w:val="0070C0"/>
          <w:sz w:val="20"/>
          <w:szCs w:val="20"/>
        </w:rPr>
        <w:t xml:space="preserve">FAMILY STORY </w:t>
      </w:r>
    </w:p>
    <w:p w14:paraId="6B61465E" w14:textId="77777777" w:rsidR="005B00AD" w:rsidRPr="00504939" w:rsidRDefault="005B00AD" w:rsidP="005B00AD">
      <w:pPr>
        <w:rPr>
          <w:rFonts w:asciiTheme="majorHAnsi" w:hAnsiTheme="majorHAnsi" w:cstheme="majorHAnsi"/>
          <w:sz w:val="20"/>
          <w:szCs w:val="20"/>
          <w:lang w:val="en-FJ"/>
        </w:rPr>
      </w:pPr>
      <w:r w:rsidRPr="00504939">
        <w:rPr>
          <w:rFonts w:asciiTheme="majorHAnsi" w:hAnsiTheme="majorHAnsi" w:cstheme="majorHAnsi"/>
          <w:sz w:val="20"/>
          <w:szCs w:val="20"/>
          <w:lang w:val="en-FJ"/>
        </w:rPr>
        <w:t>Every evening, the Mavuso family gathered around their dining table.</w:t>
      </w:r>
      <w:r w:rsidRPr="00504939">
        <w:rPr>
          <w:rFonts w:asciiTheme="majorHAnsi" w:hAnsiTheme="majorHAnsi" w:cstheme="majorHAnsi"/>
          <w:sz w:val="20"/>
          <w:szCs w:val="20"/>
          <w:lang w:val="en-FJ"/>
        </w:rPr>
        <w:br/>
        <w:t>It was not a large table, nor was the house impressive, but it was there—within those walls—that life was shaped.</w:t>
      </w:r>
    </w:p>
    <w:p w14:paraId="0DD56DE1" w14:textId="77777777" w:rsidR="005B00AD" w:rsidRPr="00504939" w:rsidRDefault="005B00AD" w:rsidP="005B00AD">
      <w:pPr>
        <w:rPr>
          <w:rFonts w:asciiTheme="majorHAnsi" w:hAnsiTheme="majorHAnsi" w:cstheme="majorHAnsi"/>
          <w:sz w:val="20"/>
          <w:szCs w:val="20"/>
          <w:lang w:val="en-FJ"/>
        </w:rPr>
      </w:pPr>
      <w:r w:rsidRPr="00504939">
        <w:rPr>
          <w:rFonts w:asciiTheme="majorHAnsi" w:hAnsiTheme="majorHAnsi" w:cstheme="majorHAnsi"/>
          <w:sz w:val="20"/>
          <w:szCs w:val="20"/>
          <w:lang w:val="en-FJ"/>
        </w:rPr>
        <w:t xml:space="preserve">The children sat like </w:t>
      </w:r>
      <w:r w:rsidRPr="00504939">
        <w:rPr>
          <w:rFonts w:asciiTheme="majorHAnsi" w:hAnsiTheme="majorHAnsi" w:cstheme="majorHAnsi"/>
          <w:b/>
          <w:bCs/>
          <w:sz w:val="20"/>
          <w:szCs w:val="20"/>
          <w:lang w:val="en-FJ"/>
        </w:rPr>
        <w:t>olive shoots around the table</w:t>
      </w:r>
      <w:r w:rsidRPr="00504939">
        <w:rPr>
          <w:rFonts w:asciiTheme="majorHAnsi" w:hAnsiTheme="majorHAnsi" w:cstheme="majorHAnsi"/>
          <w:sz w:val="20"/>
          <w:szCs w:val="20"/>
          <w:lang w:val="en-FJ"/>
        </w:rPr>
        <w:t>, growing, observing, absorbing far more than anyone realized. Sometimes they asked questions. Sometimes they were restless. Sometimes they seemed uninterested. Yet their parents remained faithful.</w:t>
      </w:r>
    </w:p>
    <w:p w14:paraId="4FE5002B" w14:textId="77777777" w:rsidR="005B00AD" w:rsidRPr="00504939" w:rsidRDefault="005B00AD" w:rsidP="005B00AD">
      <w:pPr>
        <w:rPr>
          <w:rFonts w:asciiTheme="majorHAnsi" w:hAnsiTheme="majorHAnsi" w:cstheme="majorHAnsi"/>
          <w:sz w:val="20"/>
          <w:szCs w:val="20"/>
          <w:lang w:val="en-FJ"/>
        </w:rPr>
      </w:pPr>
      <w:r w:rsidRPr="00504939">
        <w:rPr>
          <w:rFonts w:asciiTheme="majorHAnsi" w:hAnsiTheme="majorHAnsi" w:cstheme="majorHAnsi"/>
          <w:sz w:val="20"/>
          <w:szCs w:val="20"/>
          <w:lang w:val="en-FJ"/>
        </w:rPr>
        <w:t>They prayed before meals.</w:t>
      </w:r>
      <w:r w:rsidRPr="00504939">
        <w:rPr>
          <w:rFonts w:asciiTheme="majorHAnsi" w:hAnsiTheme="majorHAnsi" w:cstheme="majorHAnsi"/>
          <w:sz w:val="20"/>
          <w:szCs w:val="20"/>
          <w:lang w:val="en-FJ"/>
        </w:rPr>
        <w:br/>
        <w:t>They read Scripture, even when it felt repetitive.</w:t>
      </w:r>
      <w:r w:rsidRPr="00504939">
        <w:rPr>
          <w:rFonts w:asciiTheme="majorHAnsi" w:hAnsiTheme="majorHAnsi" w:cstheme="majorHAnsi"/>
          <w:sz w:val="20"/>
          <w:szCs w:val="20"/>
          <w:lang w:val="en-FJ"/>
        </w:rPr>
        <w:br/>
        <w:t>They spoke about God naturally—during chores, car rides, and bedtime.</w:t>
      </w:r>
    </w:p>
    <w:p w14:paraId="1F444AA3" w14:textId="77777777" w:rsidR="005B00AD" w:rsidRPr="00504939" w:rsidRDefault="005B00AD" w:rsidP="005B00AD">
      <w:pPr>
        <w:rPr>
          <w:rFonts w:asciiTheme="majorHAnsi" w:hAnsiTheme="majorHAnsi" w:cstheme="majorHAnsi"/>
          <w:sz w:val="20"/>
          <w:szCs w:val="20"/>
          <w:lang w:val="en-FJ"/>
        </w:rPr>
      </w:pPr>
      <w:r w:rsidRPr="00504939">
        <w:rPr>
          <w:rFonts w:asciiTheme="majorHAnsi" w:hAnsiTheme="majorHAnsi" w:cstheme="majorHAnsi"/>
          <w:sz w:val="20"/>
          <w:szCs w:val="20"/>
          <w:lang w:val="en-FJ"/>
        </w:rPr>
        <w:t xml:space="preserve">A close friend once asked the parents, </w:t>
      </w:r>
      <w:r w:rsidRPr="00504939">
        <w:rPr>
          <w:rFonts w:asciiTheme="majorHAnsi" w:hAnsiTheme="majorHAnsi" w:cstheme="majorHAnsi"/>
          <w:i/>
          <w:iCs/>
          <w:sz w:val="20"/>
          <w:szCs w:val="20"/>
          <w:lang w:val="en-FJ"/>
        </w:rPr>
        <w:t>“Why do you work so hard at this? Children should decide these things for themselves when they’re older.”</w:t>
      </w:r>
    </w:p>
    <w:p w14:paraId="19F020F7" w14:textId="77777777" w:rsidR="005B00AD" w:rsidRPr="00504939" w:rsidRDefault="005B00AD" w:rsidP="005B00AD">
      <w:pPr>
        <w:rPr>
          <w:rFonts w:asciiTheme="majorHAnsi" w:hAnsiTheme="majorHAnsi" w:cstheme="majorHAnsi"/>
          <w:sz w:val="20"/>
          <w:szCs w:val="20"/>
          <w:lang w:val="en-FJ"/>
        </w:rPr>
      </w:pPr>
      <w:r w:rsidRPr="00504939">
        <w:rPr>
          <w:rFonts w:asciiTheme="majorHAnsi" w:hAnsiTheme="majorHAnsi" w:cstheme="majorHAnsi"/>
          <w:sz w:val="20"/>
          <w:szCs w:val="20"/>
          <w:lang w:val="en-FJ"/>
        </w:rPr>
        <w:t xml:space="preserve">The mother smiled gently and replied, </w:t>
      </w:r>
      <w:r w:rsidRPr="00504939">
        <w:rPr>
          <w:rFonts w:asciiTheme="majorHAnsi" w:hAnsiTheme="majorHAnsi" w:cstheme="majorHAnsi"/>
          <w:i/>
          <w:iCs/>
          <w:sz w:val="20"/>
          <w:szCs w:val="20"/>
          <w:lang w:val="en-FJ"/>
        </w:rPr>
        <w:t>“We are not deciding for them. We are planting.”</w:t>
      </w:r>
    </w:p>
    <w:p w14:paraId="2C2D5DBA" w14:textId="77777777" w:rsidR="005B00AD" w:rsidRPr="00504939" w:rsidRDefault="005B00AD" w:rsidP="005B00AD">
      <w:pPr>
        <w:rPr>
          <w:rFonts w:asciiTheme="majorHAnsi" w:hAnsiTheme="majorHAnsi" w:cstheme="majorHAnsi"/>
          <w:sz w:val="20"/>
          <w:szCs w:val="20"/>
          <w:lang w:val="en-FJ"/>
        </w:rPr>
      </w:pPr>
      <w:r w:rsidRPr="00504939">
        <w:rPr>
          <w:rFonts w:asciiTheme="majorHAnsi" w:hAnsiTheme="majorHAnsi" w:cstheme="majorHAnsi"/>
          <w:sz w:val="20"/>
          <w:szCs w:val="20"/>
          <w:lang w:val="en-FJ"/>
        </w:rPr>
        <w:t>Years later, the family faced hardship. One child questioned faith deeply. Another struggled with choices. The parents felt the weight of fear—</w:t>
      </w:r>
      <w:r w:rsidRPr="00504939">
        <w:rPr>
          <w:rFonts w:asciiTheme="majorHAnsi" w:hAnsiTheme="majorHAnsi" w:cstheme="majorHAnsi"/>
          <w:i/>
          <w:iCs/>
          <w:sz w:val="20"/>
          <w:szCs w:val="20"/>
          <w:lang w:val="en-FJ"/>
        </w:rPr>
        <w:t>Had they done enough? Had they failed?</w:t>
      </w:r>
    </w:p>
    <w:p w14:paraId="637172AC" w14:textId="77777777" w:rsidR="005B00AD" w:rsidRPr="00504939" w:rsidRDefault="005B00AD" w:rsidP="005B00AD">
      <w:pPr>
        <w:rPr>
          <w:rFonts w:asciiTheme="majorHAnsi" w:hAnsiTheme="majorHAnsi" w:cstheme="majorHAnsi"/>
          <w:sz w:val="20"/>
          <w:szCs w:val="20"/>
          <w:lang w:val="en-FJ"/>
        </w:rPr>
      </w:pPr>
      <w:r w:rsidRPr="00504939">
        <w:rPr>
          <w:rFonts w:asciiTheme="majorHAnsi" w:hAnsiTheme="majorHAnsi" w:cstheme="majorHAnsi"/>
          <w:sz w:val="20"/>
          <w:szCs w:val="20"/>
          <w:lang w:val="en-FJ"/>
        </w:rPr>
        <w:t>One evening, while walking through their small backyard garden, the father reflected aloud:</w:t>
      </w:r>
      <w:r w:rsidRPr="00504939">
        <w:rPr>
          <w:rFonts w:asciiTheme="majorHAnsi" w:hAnsiTheme="majorHAnsi" w:cstheme="majorHAnsi"/>
          <w:sz w:val="20"/>
          <w:szCs w:val="20"/>
          <w:lang w:val="en-FJ"/>
        </w:rPr>
        <w:br/>
      </w:r>
      <w:r w:rsidRPr="00504939">
        <w:rPr>
          <w:rFonts w:asciiTheme="majorHAnsi" w:hAnsiTheme="majorHAnsi" w:cstheme="majorHAnsi"/>
          <w:i/>
          <w:iCs/>
          <w:sz w:val="20"/>
          <w:szCs w:val="20"/>
          <w:lang w:val="en-FJ"/>
        </w:rPr>
        <w:t>“We didn’t choose how each seed would respond—but we did make sure every seed was planted, watered, and protected.”</w:t>
      </w:r>
    </w:p>
    <w:p w14:paraId="124922FA" w14:textId="77777777" w:rsidR="005B00AD" w:rsidRPr="00504939" w:rsidRDefault="005B00AD" w:rsidP="005B00AD">
      <w:pPr>
        <w:rPr>
          <w:rFonts w:asciiTheme="majorHAnsi" w:hAnsiTheme="majorHAnsi" w:cstheme="majorHAnsi"/>
          <w:sz w:val="20"/>
          <w:szCs w:val="20"/>
          <w:lang w:val="en-FJ"/>
        </w:rPr>
      </w:pPr>
      <w:r w:rsidRPr="00504939">
        <w:rPr>
          <w:rFonts w:asciiTheme="majorHAnsi" w:hAnsiTheme="majorHAnsi" w:cstheme="majorHAnsi"/>
          <w:sz w:val="20"/>
          <w:szCs w:val="20"/>
          <w:lang w:val="en-FJ"/>
        </w:rPr>
        <w:t>That night, their family devotion turned to the promise of the Messiah and the Judgment. They read that Jesus is not only the Judge, but the Advocate. Not only the One who examines lives, but the One who stands for His people.</w:t>
      </w:r>
    </w:p>
    <w:p w14:paraId="29380512" w14:textId="341D3E7E" w:rsidR="005B00AD" w:rsidRPr="00504939" w:rsidRDefault="005B00AD" w:rsidP="005B00AD">
      <w:pPr>
        <w:rPr>
          <w:rFonts w:asciiTheme="majorHAnsi" w:hAnsiTheme="majorHAnsi" w:cstheme="majorHAnsi"/>
          <w:sz w:val="20"/>
          <w:szCs w:val="20"/>
          <w:lang w:val="en-FJ"/>
        </w:rPr>
      </w:pPr>
      <w:r w:rsidRPr="00504939">
        <w:rPr>
          <w:rFonts w:asciiTheme="majorHAnsi" w:hAnsiTheme="majorHAnsi" w:cstheme="majorHAnsi"/>
          <w:sz w:val="20"/>
          <w:szCs w:val="20"/>
          <w:lang w:val="en-FJ"/>
        </w:rPr>
        <w:lastRenderedPageBreak/>
        <w:t>And peace settled in.  The parents realized something powerful:</w:t>
      </w:r>
      <w:r w:rsidRPr="00504939">
        <w:rPr>
          <w:rFonts w:asciiTheme="majorHAnsi" w:hAnsiTheme="majorHAnsi" w:cstheme="majorHAnsi"/>
          <w:sz w:val="20"/>
          <w:szCs w:val="20"/>
          <w:lang w:val="en-FJ"/>
        </w:rPr>
        <w:br/>
        <w:t>They were never meant to save their children.  They were called to guide them—to cultivate their hearts—while trusting the Messiah with the results.</w:t>
      </w:r>
    </w:p>
    <w:p w14:paraId="31B1E9DC" w14:textId="30CE2406" w:rsidR="005B00AD" w:rsidRPr="00504939" w:rsidRDefault="005B00AD" w:rsidP="005B00AD">
      <w:pPr>
        <w:rPr>
          <w:rFonts w:asciiTheme="majorHAnsi" w:hAnsiTheme="majorHAnsi" w:cstheme="majorHAnsi"/>
          <w:sz w:val="20"/>
          <w:szCs w:val="20"/>
          <w:lang w:val="en-FJ"/>
        </w:rPr>
      </w:pPr>
      <w:r w:rsidRPr="00504939">
        <w:rPr>
          <w:rFonts w:asciiTheme="majorHAnsi" w:hAnsiTheme="majorHAnsi" w:cstheme="majorHAnsi"/>
          <w:sz w:val="20"/>
          <w:szCs w:val="20"/>
          <w:lang w:val="en-FJ"/>
        </w:rPr>
        <w:t>Years passed.  Some seeds bore fruit early. Some later. Some in ways no one expected. But when the children looked back, they remembered more than rules or lessons. They remembered a home rooted in grace, truth, and hope.</w:t>
      </w:r>
    </w:p>
    <w:p w14:paraId="11657411" w14:textId="77777777" w:rsidR="005B00AD" w:rsidRPr="00504939" w:rsidRDefault="005B00AD" w:rsidP="005B00AD">
      <w:pPr>
        <w:rPr>
          <w:rFonts w:asciiTheme="majorHAnsi" w:hAnsiTheme="majorHAnsi" w:cstheme="majorHAnsi"/>
          <w:sz w:val="20"/>
          <w:szCs w:val="20"/>
          <w:lang w:val="en-FJ"/>
        </w:rPr>
      </w:pPr>
      <w:r w:rsidRPr="00504939">
        <w:rPr>
          <w:rFonts w:asciiTheme="majorHAnsi" w:hAnsiTheme="majorHAnsi" w:cstheme="majorHAnsi"/>
          <w:sz w:val="20"/>
          <w:szCs w:val="20"/>
          <w:lang w:val="en-FJ"/>
        </w:rPr>
        <w:t>And when the day comes that all stand before God, those parents will not stand in fear, but in faith—because the One judging is the same One who died, interceded, and now says:</w:t>
      </w:r>
    </w:p>
    <w:p w14:paraId="7C226D2A" w14:textId="77777777" w:rsidR="005B00AD" w:rsidRPr="00504939" w:rsidRDefault="005B00AD" w:rsidP="005B00AD">
      <w:pPr>
        <w:rPr>
          <w:rFonts w:asciiTheme="majorHAnsi" w:hAnsiTheme="majorHAnsi" w:cstheme="majorHAnsi"/>
          <w:sz w:val="20"/>
          <w:szCs w:val="20"/>
          <w:lang w:val="en-FJ"/>
        </w:rPr>
      </w:pPr>
      <w:r w:rsidRPr="00504939">
        <w:rPr>
          <w:rFonts w:asciiTheme="majorHAnsi" w:hAnsiTheme="majorHAnsi" w:cstheme="majorHAnsi"/>
          <w:i/>
          <w:iCs/>
          <w:sz w:val="20"/>
          <w:szCs w:val="20"/>
          <w:lang w:val="en-FJ"/>
        </w:rPr>
        <w:t>“I have redeemed them.”</w:t>
      </w:r>
    </w:p>
    <w:p w14:paraId="5B5B0889" w14:textId="77777777" w:rsidR="00BC56D0" w:rsidRPr="00504939" w:rsidRDefault="00000000" w:rsidP="005952B1">
      <w:pPr>
        <w:pStyle w:val="Heading4"/>
        <w:rPr>
          <w:color w:val="0070C0"/>
          <w:sz w:val="20"/>
          <w:szCs w:val="20"/>
        </w:rPr>
      </w:pPr>
      <w:r w:rsidRPr="00504939">
        <w:rPr>
          <w:color w:val="0070C0"/>
          <w:sz w:val="20"/>
          <w:szCs w:val="20"/>
        </w:rPr>
        <w:t>REFLECTION QUESTIONS</w:t>
      </w:r>
    </w:p>
    <w:p w14:paraId="4E636050" w14:textId="77777777" w:rsidR="00BC56D0" w:rsidRPr="00504939" w:rsidRDefault="00000000" w:rsidP="005952B1">
      <w:pPr>
        <w:pStyle w:val="ListParagraph"/>
        <w:numPr>
          <w:ilvl w:val="0"/>
          <w:numId w:val="17"/>
        </w:numPr>
        <w:rPr>
          <w:sz w:val="20"/>
          <w:szCs w:val="20"/>
        </w:rPr>
      </w:pPr>
      <w:r w:rsidRPr="00504939">
        <w:rPr>
          <w:rFonts w:ascii="Calibri" w:hAnsi="Calibri"/>
          <w:sz w:val="20"/>
          <w:szCs w:val="20"/>
        </w:rPr>
        <w:t>What “weeds” tend to grow in a spiritual life or home that is left unattended?</w:t>
      </w:r>
    </w:p>
    <w:p w14:paraId="5572B028" w14:textId="77777777" w:rsidR="00BC56D0" w:rsidRPr="00504939" w:rsidRDefault="00000000" w:rsidP="005952B1">
      <w:pPr>
        <w:pStyle w:val="ListParagraph"/>
        <w:numPr>
          <w:ilvl w:val="0"/>
          <w:numId w:val="17"/>
        </w:numPr>
        <w:rPr>
          <w:sz w:val="20"/>
          <w:szCs w:val="20"/>
        </w:rPr>
      </w:pPr>
      <w:r w:rsidRPr="00504939">
        <w:rPr>
          <w:rFonts w:ascii="Calibri" w:hAnsi="Calibri"/>
          <w:sz w:val="20"/>
          <w:szCs w:val="20"/>
        </w:rPr>
        <w:t>How does knowing Jesus is both Judge and Advocate change your view of the judgment?</w:t>
      </w:r>
    </w:p>
    <w:p w14:paraId="2BDCD93B" w14:textId="77777777" w:rsidR="00BC56D0" w:rsidRPr="00504939" w:rsidRDefault="00000000" w:rsidP="005952B1">
      <w:pPr>
        <w:pStyle w:val="ListParagraph"/>
        <w:numPr>
          <w:ilvl w:val="0"/>
          <w:numId w:val="17"/>
        </w:numPr>
        <w:rPr>
          <w:sz w:val="20"/>
          <w:szCs w:val="20"/>
        </w:rPr>
      </w:pPr>
      <w:r w:rsidRPr="00504939">
        <w:rPr>
          <w:rFonts w:ascii="Calibri" w:hAnsi="Calibri"/>
          <w:sz w:val="20"/>
          <w:szCs w:val="20"/>
        </w:rPr>
        <w:t>What areas of your life need spiritual cultivation, discipline, or intentional guidance?</w:t>
      </w:r>
    </w:p>
    <w:p w14:paraId="52867916" w14:textId="77777777" w:rsidR="00BC56D0" w:rsidRPr="00504939" w:rsidRDefault="00000000" w:rsidP="005952B1">
      <w:pPr>
        <w:pStyle w:val="ListParagraph"/>
        <w:numPr>
          <w:ilvl w:val="0"/>
          <w:numId w:val="17"/>
        </w:numPr>
        <w:rPr>
          <w:sz w:val="20"/>
          <w:szCs w:val="20"/>
        </w:rPr>
      </w:pPr>
      <w:r w:rsidRPr="00504939">
        <w:rPr>
          <w:rFonts w:ascii="Calibri" w:hAnsi="Calibri"/>
          <w:sz w:val="20"/>
          <w:szCs w:val="20"/>
        </w:rPr>
        <w:t>What seeds of faith can you sow into your children or loved ones today?</w:t>
      </w:r>
    </w:p>
    <w:p w14:paraId="0BE013DE" w14:textId="77777777" w:rsidR="00BC56D0" w:rsidRPr="00504939" w:rsidRDefault="00000000" w:rsidP="005952B1">
      <w:pPr>
        <w:pStyle w:val="ListParagraph"/>
        <w:numPr>
          <w:ilvl w:val="0"/>
          <w:numId w:val="17"/>
        </w:numPr>
        <w:rPr>
          <w:sz w:val="20"/>
          <w:szCs w:val="20"/>
        </w:rPr>
      </w:pPr>
      <w:r w:rsidRPr="00504939">
        <w:rPr>
          <w:rFonts w:ascii="Calibri" w:hAnsi="Calibri"/>
          <w:sz w:val="20"/>
          <w:szCs w:val="20"/>
        </w:rPr>
        <w:t>How can you live with hope instead of fear regarding the judgment?</w:t>
      </w:r>
    </w:p>
    <w:p w14:paraId="3AEF6748" w14:textId="75E509D6" w:rsidR="00BC56D0" w:rsidRPr="00504939" w:rsidRDefault="00B32FB4" w:rsidP="005952B1">
      <w:pPr>
        <w:pStyle w:val="Heading4"/>
        <w:rPr>
          <w:color w:val="0070C0"/>
          <w:sz w:val="20"/>
          <w:szCs w:val="20"/>
        </w:rPr>
      </w:pPr>
      <w:r w:rsidRPr="00504939">
        <w:rPr>
          <w:color w:val="0070C0"/>
          <w:sz w:val="20"/>
          <w:szCs w:val="20"/>
        </w:rPr>
        <w:t>FAMILY ACTIVITY: “PLANTING SEEDS OF HOPE”</w:t>
      </w:r>
    </w:p>
    <w:p w14:paraId="0D5A06E8" w14:textId="77777777" w:rsidR="00BC56D0" w:rsidRPr="00504939" w:rsidRDefault="00000000" w:rsidP="005952B1">
      <w:pPr>
        <w:rPr>
          <w:b/>
          <w:bCs/>
          <w:sz w:val="20"/>
          <w:szCs w:val="20"/>
        </w:rPr>
      </w:pPr>
      <w:r w:rsidRPr="00504939">
        <w:rPr>
          <w:rFonts w:ascii="Calibri" w:hAnsi="Calibri"/>
          <w:b/>
          <w:bCs/>
          <w:sz w:val="20"/>
          <w:szCs w:val="20"/>
        </w:rPr>
        <w:t>Materials:</w:t>
      </w:r>
    </w:p>
    <w:p w14:paraId="51C7AC46" w14:textId="77777777" w:rsidR="00BC56D0" w:rsidRPr="00504939" w:rsidRDefault="00000000" w:rsidP="005952B1">
      <w:pPr>
        <w:pStyle w:val="ListParagraph"/>
        <w:numPr>
          <w:ilvl w:val="0"/>
          <w:numId w:val="18"/>
        </w:numPr>
        <w:rPr>
          <w:sz w:val="20"/>
          <w:szCs w:val="20"/>
        </w:rPr>
      </w:pPr>
      <w:r w:rsidRPr="00504939">
        <w:rPr>
          <w:rFonts w:ascii="Calibri" w:hAnsi="Calibri"/>
          <w:sz w:val="20"/>
          <w:szCs w:val="20"/>
        </w:rPr>
        <w:t>Small pot or container</w:t>
      </w:r>
    </w:p>
    <w:p w14:paraId="7428E9E5" w14:textId="77777777" w:rsidR="00BC56D0" w:rsidRPr="00504939" w:rsidRDefault="00000000" w:rsidP="005952B1">
      <w:pPr>
        <w:pStyle w:val="ListParagraph"/>
        <w:numPr>
          <w:ilvl w:val="0"/>
          <w:numId w:val="18"/>
        </w:numPr>
        <w:rPr>
          <w:sz w:val="20"/>
          <w:szCs w:val="20"/>
        </w:rPr>
      </w:pPr>
      <w:r w:rsidRPr="00504939">
        <w:rPr>
          <w:rFonts w:ascii="Calibri" w:hAnsi="Calibri"/>
          <w:sz w:val="20"/>
          <w:szCs w:val="20"/>
        </w:rPr>
        <w:t>Soil</w:t>
      </w:r>
    </w:p>
    <w:p w14:paraId="60A1E8AE" w14:textId="77777777" w:rsidR="00BC56D0" w:rsidRPr="00504939" w:rsidRDefault="00000000" w:rsidP="005952B1">
      <w:pPr>
        <w:pStyle w:val="ListParagraph"/>
        <w:numPr>
          <w:ilvl w:val="0"/>
          <w:numId w:val="18"/>
        </w:numPr>
        <w:rPr>
          <w:sz w:val="20"/>
          <w:szCs w:val="20"/>
        </w:rPr>
      </w:pPr>
      <w:r w:rsidRPr="00504939">
        <w:rPr>
          <w:rFonts w:ascii="Calibri" w:hAnsi="Calibri"/>
          <w:sz w:val="20"/>
          <w:szCs w:val="20"/>
        </w:rPr>
        <w:t>Seeds (any type—flowers, herbs, etc.)</w:t>
      </w:r>
    </w:p>
    <w:p w14:paraId="3E684A08" w14:textId="77777777" w:rsidR="00BC56D0" w:rsidRPr="00504939" w:rsidRDefault="00000000" w:rsidP="005952B1">
      <w:pPr>
        <w:pStyle w:val="ListParagraph"/>
        <w:numPr>
          <w:ilvl w:val="0"/>
          <w:numId w:val="18"/>
        </w:numPr>
        <w:rPr>
          <w:sz w:val="20"/>
          <w:szCs w:val="20"/>
        </w:rPr>
      </w:pPr>
      <w:r w:rsidRPr="00504939">
        <w:rPr>
          <w:rFonts w:ascii="Calibri" w:hAnsi="Calibri"/>
          <w:sz w:val="20"/>
          <w:szCs w:val="20"/>
        </w:rPr>
        <w:t>A Bible</w:t>
      </w:r>
    </w:p>
    <w:p w14:paraId="41ECE12F" w14:textId="77777777" w:rsidR="00BC56D0" w:rsidRPr="00504939" w:rsidRDefault="00000000" w:rsidP="005952B1">
      <w:pPr>
        <w:rPr>
          <w:b/>
          <w:bCs/>
          <w:sz w:val="20"/>
          <w:szCs w:val="20"/>
        </w:rPr>
      </w:pPr>
      <w:r w:rsidRPr="00504939">
        <w:rPr>
          <w:rFonts w:ascii="Calibri" w:hAnsi="Calibri"/>
          <w:b/>
          <w:bCs/>
          <w:sz w:val="20"/>
          <w:szCs w:val="20"/>
        </w:rPr>
        <w:t>Activity:</w:t>
      </w:r>
    </w:p>
    <w:p w14:paraId="37879E78" w14:textId="77777777" w:rsidR="00BC56D0" w:rsidRPr="00504939" w:rsidRDefault="00000000" w:rsidP="005952B1">
      <w:pPr>
        <w:rPr>
          <w:sz w:val="20"/>
          <w:szCs w:val="20"/>
        </w:rPr>
      </w:pPr>
      <w:r w:rsidRPr="00504939">
        <w:rPr>
          <w:rFonts w:ascii="Calibri" w:hAnsi="Calibri"/>
          <w:sz w:val="20"/>
          <w:szCs w:val="20"/>
        </w:rPr>
        <w:t>As a family, fill the pot with soil.</w:t>
      </w:r>
    </w:p>
    <w:p w14:paraId="68D725A0" w14:textId="77777777" w:rsidR="00BC56D0" w:rsidRPr="00504939" w:rsidRDefault="00000000" w:rsidP="005952B1">
      <w:pPr>
        <w:rPr>
          <w:sz w:val="20"/>
          <w:szCs w:val="20"/>
        </w:rPr>
      </w:pPr>
      <w:r w:rsidRPr="00504939">
        <w:rPr>
          <w:rFonts w:ascii="Calibri" w:hAnsi="Calibri"/>
          <w:sz w:val="20"/>
          <w:szCs w:val="20"/>
        </w:rPr>
        <w:t>As you plant the seeds, read Psalm 128:3 together.</w:t>
      </w:r>
    </w:p>
    <w:p w14:paraId="20CB68A2" w14:textId="77777777" w:rsidR="00BC56D0" w:rsidRPr="00504939" w:rsidRDefault="00000000" w:rsidP="005952B1">
      <w:pPr>
        <w:rPr>
          <w:sz w:val="20"/>
          <w:szCs w:val="20"/>
        </w:rPr>
      </w:pPr>
      <w:r w:rsidRPr="00504939">
        <w:rPr>
          <w:rFonts w:ascii="Calibri" w:hAnsi="Calibri"/>
          <w:sz w:val="20"/>
          <w:szCs w:val="20"/>
        </w:rPr>
        <w:t>Each family member names one “seed” they want God to grow in their life (e.g., kindness, faithfulness, prayer, obedience).</w:t>
      </w:r>
    </w:p>
    <w:p w14:paraId="3679CBD8" w14:textId="77777777" w:rsidR="00BC56D0" w:rsidRPr="00504939" w:rsidRDefault="00000000" w:rsidP="005952B1">
      <w:pPr>
        <w:rPr>
          <w:sz w:val="20"/>
          <w:szCs w:val="20"/>
        </w:rPr>
      </w:pPr>
      <w:r w:rsidRPr="00504939">
        <w:rPr>
          <w:rFonts w:ascii="Calibri" w:hAnsi="Calibri"/>
          <w:sz w:val="20"/>
          <w:szCs w:val="20"/>
        </w:rPr>
        <w:t>Water the soil together.</w:t>
      </w:r>
    </w:p>
    <w:p w14:paraId="798DF1C3" w14:textId="77777777" w:rsidR="00BC56D0" w:rsidRPr="00504939" w:rsidRDefault="00000000" w:rsidP="005952B1">
      <w:pPr>
        <w:rPr>
          <w:sz w:val="20"/>
          <w:szCs w:val="20"/>
        </w:rPr>
      </w:pPr>
      <w:r w:rsidRPr="00504939">
        <w:rPr>
          <w:rFonts w:ascii="Calibri" w:hAnsi="Calibri"/>
          <w:sz w:val="20"/>
          <w:szCs w:val="20"/>
        </w:rPr>
        <w:t>Commit to checking the plant each day. As it grows, discuss how spiritual growth also requires care and intentionality.</w:t>
      </w:r>
    </w:p>
    <w:p w14:paraId="447770FE" w14:textId="77777777" w:rsidR="00BC56D0" w:rsidRPr="00504939" w:rsidRDefault="00000000" w:rsidP="005952B1">
      <w:pPr>
        <w:rPr>
          <w:sz w:val="20"/>
          <w:szCs w:val="20"/>
        </w:rPr>
      </w:pPr>
      <w:r w:rsidRPr="00504939">
        <w:rPr>
          <w:rFonts w:ascii="Calibri" w:hAnsi="Calibri"/>
          <w:b/>
          <w:bCs/>
          <w:sz w:val="20"/>
          <w:szCs w:val="20"/>
        </w:rPr>
        <w:t>Message:</w:t>
      </w:r>
      <w:r w:rsidRPr="00504939">
        <w:rPr>
          <w:rFonts w:ascii="Calibri" w:hAnsi="Calibri"/>
          <w:b/>
          <w:bCs/>
          <w:sz w:val="20"/>
          <w:szCs w:val="20"/>
        </w:rPr>
        <w:br/>
      </w:r>
      <w:r w:rsidRPr="00504939">
        <w:rPr>
          <w:rFonts w:ascii="Calibri" w:hAnsi="Calibri"/>
          <w:sz w:val="20"/>
          <w:szCs w:val="20"/>
        </w:rPr>
        <w:t xml:space="preserve">Like gardens, hearts must be tended. God grows what </w:t>
      </w:r>
      <w:proofErr w:type="gramStart"/>
      <w:r w:rsidRPr="00504939">
        <w:rPr>
          <w:rFonts w:ascii="Calibri" w:hAnsi="Calibri"/>
          <w:sz w:val="20"/>
          <w:szCs w:val="20"/>
        </w:rPr>
        <w:t>families</w:t>
      </w:r>
      <w:proofErr w:type="gramEnd"/>
      <w:r w:rsidRPr="00504939">
        <w:rPr>
          <w:rFonts w:ascii="Calibri" w:hAnsi="Calibri"/>
          <w:sz w:val="20"/>
          <w:szCs w:val="20"/>
        </w:rPr>
        <w:t xml:space="preserve"> plant in faith.</w:t>
      </w:r>
    </w:p>
    <w:p w14:paraId="35369924" w14:textId="123D9148" w:rsidR="00BC56D0" w:rsidRPr="00504939" w:rsidRDefault="00000000" w:rsidP="005952B1">
      <w:pPr>
        <w:pStyle w:val="Heading4"/>
        <w:rPr>
          <w:color w:val="0070C0"/>
          <w:sz w:val="20"/>
          <w:szCs w:val="20"/>
        </w:rPr>
      </w:pPr>
      <w:r w:rsidRPr="00504939">
        <w:rPr>
          <w:color w:val="0070C0"/>
          <w:sz w:val="20"/>
          <w:szCs w:val="20"/>
        </w:rPr>
        <w:t>TRANSITION INTO THE SERMON</w:t>
      </w:r>
    </w:p>
    <w:p w14:paraId="0A9DBDE4" w14:textId="0EC1E0AE" w:rsidR="00BC56D0" w:rsidRPr="00504939" w:rsidRDefault="00000000" w:rsidP="005952B1">
      <w:pPr>
        <w:rPr>
          <w:sz w:val="20"/>
          <w:szCs w:val="20"/>
        </w:rPr>
      </w:pPr>
      <w:r w:rsidRPr="00504939">
        <w:rPr>
          <w:rFonts w:ascii="Calibri" w:hAnsi="Calibri"/>
          <w:sz w:val="20"/>
          <w:szCs w:val="20"/>
        </w:rPr>
        <w:t xml:space="preserve">“Just as a garden requires care, so does the human heart—and so does our understanding of God’s work in the world. Today, we’re exploring one of the most profound and beautiful truths of Scripture: </w:t>
      </w:r>
      <w:proofErr w:type="gramStart"/>
      <w:r w:rsidRPr="00504939">
        <w:rPr>
          <w:rFonts w:ascii="Calibri" w:hAnsi="Calibri"/>
          <w:sz w:val="20"/>
          <w:szCs w:val="20"/>
        </w:rPr>
        <w:t>the</w:t>
      </w:r>
      <w:proofErr w:type="gramEnd"/>
      <w:r w:rsidRPr="00504939">
        <w:rPr>
          <w:rFonts w:ascii="Calibri" w:hAnsi="Calibri"/>
          <w:sz w:val="20"/>
          <w:szCs w:val="20"/>
        </w:rPr>
        <w:t xml:space="preserve"> Messiah who stands in the judgment.</w:t>
      </w:r>
    </w:p>
    <w:p w14:paraId="608A9610" w14:textId="77777777" w:rsidR="00BC56D0" w:rsidRPr="00504939" w:rsidRDefault="00000000" w:rsidP="005952B1">
      <w:pPr>
        <w:rPr>
          <w:sz w:val="20"/>
          <w:szCs w:val="20"/>
        </w:rPr>
      </w:pPr>
      <w:r w:rsidRPr="00504939">
        <w:rPr>
          <w:rFonts w:ascii="Calibri" w:hAnsi="Calibri"/>
          <w:sz w:val="20"/>
          <w:szCs w:val="20"/>
        </w:rPr>
        <w:t>Not as our accuser.</w:t>
      </w:r>
      <w:r w:rsidRPr="00504939">
        <w:rPr>
          <w:rFonts w:ascii="Calibri" w:hAnsi="Calibri"/>
          <w:sz w:val="20"/>
          <w:szCs w:val="20"/>
        </w:rPr>
        <w:br/>
        <w:t>Not as our condemner.</w:t>
      </w:r>
      <w:r w:rsidRPr="00504939">
        <w:rPr>
          <w:rFonts w:ascii="Calibri" w:hAnsi="Calibri"/>
          <w:sz w:val="20"/>
          <w:szCs w:val="20"/>
        </w:rPr>
        <w:br/>
        <w:t>But as our Advocate and Savior.</w:t>
      </w:r>
    </w:p>
    <w:p w14:paraId="3FABD388" w14:textId="77777777" w:rsidR="00BC56D0" w:rsidRPr="00504939" w:rsidRDefault="00000000" w:rsidP="005952B1">
      <w:pPr>
        <w:rPr>
          <w:sz w:val="20"/>
          <w:szCs w:val="20"/>
        </w:rPr>
      </w:pPr>
      <w:r w:rsidRPr="00504939">
        <w:rPr>
          <w:rFonts w:ascii="Calibri" w:hAnsi="Calibri"/>
          <w:sz w:val="20"/>
          <w:szCs w:val="20"/>
        </w:rPr>
        <w:lastRenderedPageBreak/>
        <w:t>Let us now move into the message: ‘The Messiah &amp; the Judgment.’</w:t>
      </w:r>
      <w:r w:rsidRPr="00504939">
        <w:rPr>
          <w:rFonts w:ascii="Calibri" w:hAnsi="Calibri"/>
          <w:sz w:val="20"/>
          <w:szCs w:val="20"/>
        </w:rPr>
        <w:br/>
        <w:t>May our hearts be open to the hope that Christ brings.”</w:t>
      </w:r>
    </w:p>
    <w:p w14:paraId="3DDEDB94" w14:textId="77777777" w:rsidR="00BC56D0" w:rsidRPr="00504939" w:rsidRDefault="00000000" w:rsidP="005952B1">
      <w:pPr>
        <w:pStyle w:val="Heading4"/>
        <w:rPr>
          <w:color w:val="0070C0"/>
          <w:sz w:val="20"/>
          <w:szCs w:val="20"/>
        </w:rPr>
      </w:pPr>
      <w:r w:rsidRPr="00504939">
        <w:rPr>
          <w:color w:val="0070C0"/>
          <w:sz w:val="20"/>
          <w:szCs w:val="20"/>
        </w:rPr>
        <w:t>CLOSING PRAYER</w:t>
      </w:r>
    </w:p>
    <w:p w14:paraId="299A8812" w14:textId="77777777" w:rsidR="00BC56D0" w:rsidRPr="00504939" w:rsidRDefault="00000000" w:rsidP="005952B1">
      <w:pPr>
        <w:rPr>
          <w:sz w:val="20"/>
          <w:szCs w:val="20"/>
        </w:rPr>
      </w:pPr>
      <w:r w:rsidRPr="00504939">
        <w:rPr>
          <w:rFonts w:ascii="Calibri" w:hAnsi="Calibri"/>
          <w:sz w:val="20"/>
          <w:szCs w:val="20"/>
        </w:rPr>
        <w:t>Father in Heaven,</w:t>
      </w:r>
      <w:r w:rsidRPr="00504939">
        <w:rPr>
          <w:rFonts w:ascii="Calibri" w:hAnsi="Calibri"/>
          <w:sz w:val="20"/>
          <w:szCs w:val="20"/>
        </w:rPr>
        <w:br/>
        <w:t>Thank You for the Messiah—our Redeemer, our Advocate, and our Friend.</w:t>
      </w:r>
      <w:r w:rsidRPr="00504939">
        <w:rPr>
          <w:rFonts w:ascii="Calibri" w:hAnsi="Calibri"/>
          <w:sz w:val="20"/>
          <w:szCs w:val="20"/>
        </w:rPr>
        <w:br/>
        <w:t>When we face the realities of judgment, remind us that Jesus stands with us and for us.</w:t>
      </w:r>
      <w:r w:rsidRPr="00504939">
        <w:rPr>
          <w:rFonts w:ascii="Calibri" w:hAnsi="Calibri"/>
          <w:sz w:val="20"/>
          <w:szCs w:val="20"/>
        </w:rPr>
        <w:br/>
        <w:t>Plant in our hearts seeds of faith, obedience, and love.</w:t>
      </w:r>
      <w:r w:rsidRPr="00504939">
        <w:rPr>
          <w:rFonts w:ascii="Calibri" w:hAnsi="Calibri"/>
          <w:sz w:val="20"/>
          <w:szCs w:val="20"/>
        </w:rPr>
        <w:br/>
        <w:t>Help us guide our children with wisdom and gentleness.</w:t>
      </w:r>
      <w:r w:rsidRPr="00504939">
        <w:rPr>
          <w:rFonts w:ascii="Calibri" w:hAnsi="Calibri"/>
          <w:sz w:val="20"/>
          <w:szCs w:val="20"/>
        </w:rPr>
        <w:br/>
        <w:t>May our homes be gardens where Your truth grows strong.</w:t>
      </w:r>
      <w:r w:rsidRPr="00504939">
        <w:rPr>
          <w:rFonts w:ascii="Calibri" w:hAnsi="Calibri"/>
          <w:sz w:val="20"/>
          <w:szCs w:val="20"/>
        </w:rPr>
        <w:br/>
        <w:t>And as we listen to the message today, open our hearts to the hope that only the Messiah brings.</w:t>
      </w:r>
    </w:p>
    <w:p w14:paraId="2862E312" w14:textId="77777777" w:rsidR="00BC56D0" w:rsidRPr="00504939" w:rsidRDefault="00000000" w:rsidP="005952B1">
      <w:pPr>
        <w:rPr>
          <w:sz w:val="20"/>
          <w:szCs w:val="20"/>
        </w:rPr>
      </w:pPr>
      <w:r w:rsidRPr="00504939">
        <w:rPr>
          <w:rFonts w:ascii="Calibri" w:hAnsi="Calibri"/>
          <w:sz w:val="20"/>
          <w:szCs w:val="20"/>
        </w:rPr>
        <w:t>In Jesus’ precious name,</w:t>
      </w:r>
      <w:r w:rsidRPr="00504939">
        <w:rPr>
          <w:rFonts w:ascii="Calibri" w:hAnsi="Calibri"/>
          <w:sz w:val="20"/>
          <w:szCs w:val="20"/>
        </w:rPr>
        <w:br/>
        <w:t>Amen.</w:t>
      </w:r>
    </w:p>
    <w:p w14:paraId="74ADFCC8" w14:textId="77777777" w:rsidR="00BC56D0" w:rsidRPr="00504939" w:rsidRDefault="00BC56D0" w:rsidP="005952B1">
      <w:pPr>
        <w:rPr>
          <w:sz w:val="20"/>
          <w:szCs w:val="20"/>
        </w:rPr>
      </w:pPr>
    </w:p>
    <w:p w14:paraId="225AFE76" w14:textId="77777777" w:rsidR="00F861D3" w:rsidRPr="00504939" w:rsidRDefault="00F861D3" w:rsidP="005952B1">
      <w:pPr>
        <w:rPr>
          <w:sz w:val="20"/>
          <w:szCs w:val="20"/>
        </w:rPr>
      </w:pPr>
    </w:p>
    <w:p w14:paraId="24A37BBB" w14:textId="77777777" w:rsidR="00F861D3" w:rsidRPr="00504939" w:rsidRDefault="00F861D3" w:rsidP="005952B1">
      <w:pPr>
        <w:rPr>
          <w:sz w:val="20"/>
          <w:szCs w:val="20"/>
        </w:rPr>
      </w:pPr>
    </w:p>
    <w:p w14:paraId="44707D4D" w14:textId="77777777" w:rsidR="00F861D3" w:rsidRPr="00504939" w:rsidRDefault="00F861D3" w:rsidP="005952B1">
      <w:pPr>
        <w:rPr>
          <w:sz w:val="20"/>
          <w:szCs w:val="20"/>
        </w:rPr>
      </w:pPr>
    </w:p>
    <w:p w14:paraId="1D973643" w14:textId="77777777" w:rsidR="00F861D3" w:rsidRPr="00504939" w:rsidRDefault="00F861D3" w:rsidP="005952B1">
      <w:pPr>
        <w:rPr>
          <w:sz w:val="20"/>
          <w:szCs w:val="20"/>
        </w:rPr>
      </w:pPr>
    </w:p>
    <w:p w14:paraId="7E0DF053" w14:textId="77777777" w:rsidR="00F861D3" w:rsidRPr="00504939" w:rsidRDefault="00F861D3" w:rsidP="005952B1">
      <w:pPr>
        <w:rPr>
          <w:sz w:val="20"/>
          <w:szCs w:val="20"/>
        </w:rPr>
      </w:pPr>
    </w:p>
    <w:p w14:paraId="0A595492" w14:textId="77777777" w:rsidR="00F861D3" w:rsidRPr="00504939" w:rsidRDefault="00F861D3" w:rsidP="005952B1">
      <w:pPr>
        <w:rPr>
          <w:sz w:val="20"/>
          <w:szCs w:val="20"/>
        </w:rPr>
      </w:pPr>
    </w:p>
    <w:p w14:paraId="55EC675A" w14:textId="77777777" w:rsidR="00F861D3" w:rsidRPr="00504939" w:rsidRDefault="00F861D3" w:rsidP="005952B1">
      <w:pPr>
        <w:rPr>
          <w:sz w:val="20"/>
          <w:szCs w:val="20"/>
        </w:rPr>
      </w:pPr>
    </w:p>
    <w:p w14:paraId="3452341D" w14:textId="77777777" w:rsidR="00F861D3" w:rsidRPr="00504939" w:rsidRDefault="00F861D3" w:rsidP="005952B1">
      <w:pPr>
        <w:rPr>
          <w:sz w:val="20"/>
          <w:szCs w:val="20"/>
        </w:rPr>
      </w:pPr>
    </w:p>
    <w:p w14:paraId="6B4B596D" w14:textId="77777777" w:rsidR="005B00AD" w:rsidRPr="00504939" w:rsidRDefault="005B00AD" w:rsidP="005952B1">
      <w:pPr>
        <w:rPr>
          <w:sz w:val="20"/>
          <w:szCs w:val="20"/>
        </w:rPr>
      </w:pPr>
    </w:p>
    <w:p w14:paraId="15B6C791" w14:textId="77777777" w:rsidR="005B00AD" w:rsidRPr="00504939" w:rsidRDefault="005B00AD" w:rsidP="005952B1">
      <w:pPr>
        <w:rPr>
          <w:sz w:val="20"/>
          <w:szCs w:val="20"/>
        </w:rPr>
      </w:pPr>
    </w:p>
    <w:p w14:paraId="0B136ACC" w14:textId="77777777" w:rsidR="005B00AD" w:rsidRPr="00504939" w:rsidRDefault="005B00AD" w:rsidP="005952B1">
      <w:pPr>
        <w:rPr>
          <w:sz w:val="20"/>
          <w:szCs w:val="20"/>
        </w:rPr>
      </w:pPr>
    </w:p>
    <w:p w14:paraId="058AE0CB" w14:textId="77777777" w:rsidR="005B00AD" w:rsidRPr="00504939" w:rsidRDefault="005B00AD" w:rsidP="005952B1">
      <w:pPr>
        <w:rPr>
          <w:sz w:val="20"/>
          <w:szCs w:val="20"/>
        </w:rPr>
      </w:pPr>
    </w:p>
    <w:p w14:paraId="64169B9A" w14:textId="77777777" w:rsidR="005B00AD" w:rsidRPr="00504939" w:rsidRDefault="005B00AD" w:rsidP="005952B1">
      <w:pPr>
        <w:rPr>
          <w:sz w:val="20"/>
          <w:szCs w:val="20"/>
        </w:rPr>
      </w:pPr>
    </w:p>
    <w:p w14:paraId="384134EF" w14:textId="77777777" w:rsidR="005B00AD" w:rsidRPr="00504939" w:rsidRDefault="005B00AD" w:rsidP="005952B1">
      <w:pPr>
        <w:rPr>
          <w:sz w:val="20"/>
          <w:szCs w:val="20"/>
        </w:rPr>
      </w:pPr>
    </w:p>
    <w:p w14:paraId="4DDE2A78" w14:textId="77777777" w:rsidR="00B32FB4" w:rsidRPr="00504939" w:rsidRDefault="00B32FB4" w:rsidP="005952B1">
      <w:pPr>
        <w:rPr>
          <w:sz w:val="20"/>
          <w:szCs w:val="20"/>
        </w:rPr>
      </w:pPr>
    </w:p>
    <w:p w14:paraId="0A5C6C99" w14:textId="77777777" w:rsidR="00B32FB4" w:rsidRPr="00504939" w:rsidRDefault="00B32FB4" w:rsidP="005952B1">
      <w:pPr>
        <w:rPr>
          <w:sz w:val="20"/>
          <w:szCs w:val="20"/>
        </w:rPr>
      </w:pPr>
    </w:p>
    <w:p w14:paraId="0F05AEEE" w14:textId="77777777" w:rsidR="00F861D3" w:rsidRPr="00504939" w:rsidRDefault="00F861D3" w:rsidP="005952B1">
      <w:pPr>
        <w:rPr>
          <w:sz w:val="20"/>
          <w:szCs w:val="20"/>
        </w:rPr>
      </w:pPr>
    </w:p>
    <w:p w14:paraId="51C77D4A" w14:textId="3FE28395" w:rsidR="00BC56D0" w:rsidRPr="00504939" w:rsidRDefault="00E303B9" w:rsidP="00995A8F">
      <w:pPr>
        <w:pStyle w:val="Heading1"/>
        <w:shd w:val="clear" w:color="auto" w:fill="B6DDE8" w:themeFill="accent5" w:themeFillTint="66"/>
        <w:spacing w:before="0" w:line="240" w:lineRule="auto"/>
        <w:rPr>
          <w:sz w:val="20"/>
          <w:szCs w:val="20"/>
        </w:rPr>
      </w:pPr>
      <w:bookmarkStart w:id="20" w:name="_Toc226793116"/>
      <w:r w:rsidRPr="00504939">
        <w:rPr>
          <w:sz w:val="20"/>
          <w:szCs w:val="20"/>
        </w:rPr>
        <w:lastRenderedPageBreak/>
        <w:t>SERMON TOPIC #6     PEACE ON EARTH</w:t>
      </w:r>
      <w:bookmarkEnd w:id="20"/>
      <w:r w:rsidRPr="00504939">
        <w:rPr>
          <w:sz w:val="20"/>
          <w:szCs w:val="20"/>
        </w:rPr>
        <w:t xml:space="preserve"> </w:t>
      </w:r>
    </w:p>
    <w:p w14:paraId="6D1E6ACE" w14:textId="77777777" w:rsidR="00BC56D0" w:rsidRPr="00504939" w:rsidRDefault="00BC56D0" w:rsidP="005952B1">
      <w:pPr>
        <w:pStyle w:val="Heading1"/>
        <w:spacing w:before="0" w:line="240" w:lineRule="auto"/>
        <w:rPr>
          <w:sz w:val="20"/>
          <w:szCs w:val="20"/>
        </w:rPr>
      </w:pPr>
    </w:p>
    <w:p w14:paraId="42F44265" w14:textId="3F6FB848" w:rsidR="00BC56D0" w:rsidRPr="00504939" w:rsidRDefault="00000000" w:rsidP="005952B1">
      <w:pPr>
        <w:pStyle w:val="Heading1"/>
        <w:spacing w:before="0" w:line="240" w:lineRule="auto"/>
        <w:rPr>
          <w:sz w:val="20"/>
          <w:szCs w:val="20"/>
        </w:rPr>
      </w:pPr>
      <w:bookmarkStart w:id="21" w:name="_Toc226793117"/>
      <w:r w:rsidRPr="00504939">
        <w:rPr>
          <w:sz w:val="20"/>
          <w:szCs w:val="20"/>
        </w:rPr>
        <w:t xml:space="preserve">FAMILY </w:t>
      </w:r>
      <w:r w:rsidR="005B00AD" w:rsidRPr="00504939">
        <w:rPr>
          <w:sz w:val="20"/>
          <w:szCs w:val="20"/>
        </w:rPr>
        <w:t>FOCUS</w:t>
      </w:r>
      <w:r w:rsidRPr="00504939">
        <w:rPr>
          <w:sz w:val="20"/>
          <w:szCs w:val="20"/>
        </w:rPr>
        <w:t>:   SECRETS OF A HAPPY HOME</w:t>
      </w:r>
      <w:bookmarkEnd w:id="21"/>
    </w:p>
    <w:p w14:paraId="3D55B230" w14:textId="77777777" w:rsidR="00BC56D0" w:rsidRPr="00504939" w:rsidRDefault="00000000" w:rsidP="005952B1">
      <w:pPr>
        <w:rPr>
          <w:b/>
          <w:bCs/>
          <w:sz w:val="20"/>
          <w:szCs w:val="20"/>
        </w:rPr>
      </w:pPr>
      <w:r w:rsidRPr="00504939">
        <w:rPr>
          <w:rFonts w:ascii="Calibri" w:hAnsi="Calibri"/>
          <w:b/>
          <w:bCs/>
          <w:sz w:val="20"/>
          <w:szCs w:val="20"/>
        </w:rPr>
        <w:t xml:space="preserve"> “And Jesus and his disciples had also been invited to the wedding” (John 2:2). </w:t>
      </w:r>
    </w:p>
    <w:p w14:paraId="22C3185A" w14:textId="77777777" w:rsidR="00BC56D0" w:rsidRPr="00504939" w:rsidRDefault="00000000" w:rsidP="00995A8F">
      <w:pPr>
        <w:jc w:val="both"/>
        <w:rPr>
          <w:sz w:val="20"/>
          <w:szCs w:val="20"/>
        </w:rPr>
      </w:pPr>
      <w:r w:rsidRPr="00504939">
        <w:rPr>
          <w:rFonts w:ascii="Calibri" w:hAnsi="Calibri"/>
          <w:sz w:val="20"/>
          <w:szCs w:val="20"/>
        </w:rPr>
        <w:t xml:space="preserve">The dream of every human being is to have a solid, happy home. Many people take great measures to establish a strong marriage. We choose the person we think is ideal, the companion with whom we will share all the special moments of our life. We want everything to come together precisely as planned because our happiness is at risk. But gradually, many couples have seen their castles </w:t>
      </w:r>
      <w:proofErr w:type="gramStart"/>
      <w:r w:rsidRPr="00504939">
        <w:rPr>
          <w:rFonts w:ascii="Calibri" w:hAnsi="Calibri"/>
          <w:sz w:val="20"/>
          <w:szCs w:val="20"/>
        </w:rPr>
        <w:t>fall down</w:t>
      </w:r>
      <w:proofErr w:type="gramEnd"/>
      <w:r w:rsidRPr="00504939">
        <w:rPr>
          <w:rFonts w:ascii="Calibri" w:hAnsi="Calibri"/>
          <w:sz w:val="20"/>
          <w:szCs w:val="20"/>
        </w:rPr>
        <w:t xml:space="preserve">. What should have been a dream can soon become a nightmare that destroys and hurts, resulting in wounds that may never heal. </w:t>
      </w:r>
    </w:p>
    <w:p w14:paraId="136028DD" w14:textId="77777777" w:rsidR="00BC56D0" w:rsidRPr="00504939" w:rsidRDefault="00000000" w:rsidP="00995A8F">
      <w:pPr>
        <w:jc w:val="both"/>
        <w:rPr>
          <w:sz w:val="20"/>
          <w:szCs w:val="20"/>
        </w:rPr>
      </w:pPr>
      <w:r w:rsidRPr="00504939">
        <w:rPr>
          <w:rFonts w:ascii="Calibri" w:hAnsi="Calibri"/>
          <w:sz w:val="20"/>
          <w:szCs w:val="20"/>
        </w:rPr>
        <w:t xml:space="preserve">In the wedding at Cana in </w:t>
      </w:r>
      <w:proofErr w:type="gramStart"/>
      <w:r w:rsidRPr="00504939">
        <w:rPr>
          <w:rFonts w:ascii="Calibri" w:hAnsi="Calibri"/>
          <w:sz w:val="20"/>
          <w:szCs w:val="20"/>
        </w:rPr>
        <w:t>Galilee</w:t>
      </w:r>
      <w:proofErr w:type="gramEnd"/>
      <w:r w:rsidRPr="00504939">
        <w:rPr>
          <w:rFonts w:ascii="Calibri" w:hAnsi="Calibri"/>
          <w:sz w:val="20"/>
          <w:szCs w:val="20"/>
        </w:rPr>
        <w:t xml:space="preserve"> we find three secrets for a successful marriage. The first secret is clear in verse two, which says: “... Jesus was also invited.” Many couples are worried about all the details of a wedding ceremony but forget the basics—s to invite Jesus to be part of the marriage. The best relationships in the world involve three people: God, the husband, and the wife. The presence of Jesus in our wedding does not assure that we will never have any problems, but it does assure us we will have the power to manage our homes.</w:t>
      </w:r>
    </w:p>
    <w:p w14:paraId="57CA723F" w14:textId="77777777" w:rsidR="00BC56D0" w:rsidRPr="00504939" w:rsidRDefault="00000000" w:rsidP="00995A8F">
      <w:pPr>
        <w:jc w:val="both"/>
        <w:rPr>
          <w:sz w:val="20"/>
          <w:szCs w:val="20"/>
        </w:rPr>
      </w:pPr>
      <w:r w:rsidRPr="00504939">
        <w:rPr>
          <w:rFonts w:ascii="Calibri" w:hAnsi="Calibri"/>
          <w:sz w:val="20"/>
          <w:szCs w:val="20"/>
        </w:rPr>
        <w:t xml:space="preserve">In verse five of John 2 we find the second secret: “Do whatever He tells you.” If we had in ourselves the predisposition to leave our will subordinate to the will of </w:t>
      </w:r>
      <w:proofErr w:type="gramStart"/>
      <w:r w:rsidRPr="00504939">
        <w:rPr>
          <w:rFonts w:ascii="Calibri" w:hAnsi="Calibri"/>
          <w:sz w:val="20"/>
          <w:szCs w:val="20"/>
        </w:rPr>
        <w:t>Jesus</w:t>
      </w:r>
      <w:proofErr w:type="gramEnd"/>
      <w:r w:rsidRPr="00504939">
        <w:rPr>
          <w:rFonts w:ascii="Calibri" w:hAnsi="Calibri"/>
          <w:sz w:val="20"/>
          <w:szCs w:val="20"/>
        </w:rPr>
        <w:t xml:space="preserve"> we would scarcely think about doing what pleases our hearts, but what pleases the heart of God. And if we wonder, “What exactly is the Lord asking me to do?” we will find the answer in the Word of God. To husbands, the Bible says, “Husbands, love your wives, just as Christ loved the church and gave himself up for her” (Eph. 5:25). To wives, God calls, “Wives, submit yourselves to your own husbands as you do to the Lord” (verse 22). The woman will give her love, kindness, and affection in submission to her own husband. To parents, Jesus asks, “Fathers, do not exasperate your children” (Eph. 6:4). And, finally, to children comes this guidance: “Children, obey your parents in the Lord, for this is right” (verse 1)</w:t>
      </w:r>
    </w:p>
    <w:p w14:paraId="0C8DC3B7" w14:textId="77777777" w:rsidR="00BC56D0" w:rsidRPr="00504939" w:rsidRDefault="00000000" w:rsidP="00995A8F">
      <w:pPr>
        <w:jc w:val="both"/>
        <w:rPr>
          <w:sz w:val="20"/>
          <w:szCs w:val="20"/>
        </w:rPr>
      </w:pPr>
      <w:r w:rsidRPr="00504939">
        <w:rPr>
          <w:rFonts w:ascii="Calibri" w:hAnsi="Calibri"/>
          <w:sz w:val="20"/>
          <w:szCs w:val="20"/>
        </w:rPr>
        <w:t xml:space="preserve">The third secret is to develop a living and active relationship. Notice what John 2:6, 7 says: “Nearby stood six stone water jars, the kind used by the Jews for ceremonial washing, each holding from twenty to thirty gallons. Jesus said to them: ‘Fill the jars with water’; </w:t>
      </w:r>
      <w:proofErr w:type="gramStart"/>
      <w:r w:rsidRPr="00504939">
        <w:rPr>
          <w:rFonts w:ascii="Calibri" w:hAnsi="Calibri"/>
          <w:sz w:val="20"/>
          <w:szCs w:val="20"/>
        </w:rPr>
        <w:t>So</w:t>
      </w:r>
      <w:proofErr w:type="gramEnd"/>
      <w:r w:rsidRPr="00504939">
        <w:rPr>
          <w:rFonts w:ascii="Calibri" w:hAnsi="Calibri"/>
          <w:sz w:val="20"/>
          <w:szCs w:val="20"/>
        </w:rPr>
        <w:t xml:space="preserve"> they filled them to the brim.” These jars were to always be filled with water, ready to be used for the service of purifying the home. The fact that the jars were empty shows that home religion was not being cultivated. The empty jars pointed to an empty religion.</w:t>
      </w:r>
    </w:p>
    <w:p w14:paraId="3599FB61" w14:textId="288BE0A6" w:rsidR="00BC56D0" w:rsidRPr="00504939" w:rsidRDefault="00000000" w:rsidP="00995A8F">
      <w:pPr>
        <w:jc w:val="both"/>
        <w:rPr>
          <w:sz w:val="20"/>
          <w:szCs w:val="20"/>
        </w:rPr>
      </w:pPr>
      <w:proofErr w:type="gramStart"/>
      <w:r w:rsidRPr="00504939">
        <w:rPr>
          <w:rFonts w:ascii="Calibri" w:hAnsi="Calibri"/>
          <w:sz w:val="20"/>
          <w:szCs w:val="20"/>
        </w:rPr>
        <w:t>Unfortunately</w:t>
      </w:r>
      <w:proofErr w:type="gramEnd"/>
      <w:r w:rsidRPr="00504939">
        <w:rPr>
          <w:rFonts w:ascii="Calibri" w:hAnsi="Calibri"/>
          <w:sz w:val="20"/>
          <w:szCs w:val="20"/>
        </w:rPr>
        <w:t xml:space="preserve"> we must admit that in many </w:t>
      </w:r>
      <w:r w:rsidR="005B00AD" w:rsidRPr="00504939">
        <w:rPr>
          <w:rFonts w:ascii="Calibri" w:hAnsi="Calibri"/>
          <w:sz w:val="20"/>
          <w:szCs w:val="20"/>
        </w:rPr>
        <w:t>professed Christian</w:t>
      </w:r>
      <w:r w:rsidRPr="00504939">
        <w:rPr>
          <w:rFonts w:ascii="Calibri" w:hAnsi="Calibri"/>
          <w:sz w:val="20"/>
          <w:szCs w:val="20"/>
        </w:rPr>
        <w:t xml:space="preserve"> homes these three secrets are not being consistently followed. The results are broken families, neglected children, resentment, and misery. Jesus desires to be present in your home, just as He was at the wedding in Cana. Will you invite Him to come in?</w:t>
      </w:r>
    </w:p>
    <w:p w14:paraId="6F4D7F0B" w14:textId="77777777" w:rsidR="00BC56D0" w:rsidRPr="00504939" w:rsidRDefault="00000000" w:rsidP="00995A8F">
      <w:pPr>
        <w:jc w:val="both"/>
        <w:rPr>
          <w:sz w:val="20"/>
          <w:szCs w:val="20"/>
        </w:rPr>
      </w:pPr>
      <w:r w:rsidRPr="00504939">
        <w:rPr>
          <w:rFonts w:ascii="Calibri" w:hAnsi="Calibri"/>
          <w:sz w:val="20"/>
          <w:szCs w:val="20"/>
        </w:rPr>
        <w:t xml:space="preserve">Pastor </w:t>
      </w:r>
      <w:proofErr w:type="spellStart"/>
      <w:r w:rsidRPr="00504939">
        <w:rPr>
          <w:rFonts w:ascii="Calibri" w:hAnsi="Calibri"/>
          <w:sz w:val="20"/>
          <w:szCs w:val="20"/>
        </w:rPr>
        <w:t>Juracy</w:t>
      </w:r>
      <w:proofErr w:type="spellEnd"/>
      <w:r w:rsidRPr="00504939">
        <w:rPr>
          <w:rFonts w:ascii="Calibri" w:hAnsi="Calibri"/>
          <w:sz w:val="20"/>
          <w:szCs w:val="20"/>
        </w:rPr>
        <w:t xml:space="preserve"> Santiago Castelo – Central Brazil Conference</w:t>
      </w:r>
    </w:p>
    <w:p w14:paraId="75A3F258" w14:textId="72E1C2B4" w:rsidR="00BC56D0" w:rsidRPr="00F57AB5" w:rsidRDefault="00995A8F" w:rsidP="005952B1">
      <w:pPr>
        <w:pStyle w:val="Heading4"/>
        <w:rPr>
          <w:color w:val="0070C0"/>
          <w:sz w:val="20"/>
          <w:szCs w:val="20"/>
        </w:rPr>
      </w:pPr>
      <w:r w:rsidRPr="00F57AB5">
        <w:rPr>
          <w:color w:val="0070C0"/>
          <w:sz w:val="20"/>
          <w:szCs w:val="20"/>
        </w:rPr>
        <w:t>FAMILY DEVOTIONAL</w:t>
      </w:r>
      <w:proofErr w:type="gramStart"/>
      <w:r w:rsidRPr="00F57AB5">
        <w:rPr>
          <w:color w:val="0070C0"/>
          <w:sz w:val="20"/>
          <w:szCs w:val="20"/>
        </w:rPr>
        <w:t>:  SECRETS</w:t>
      </w:r>
      <w:proofErr w:type="gramEnd"/>
      <w:r w:rsidRPr="00F57AB5">
        <w:rPr>
          <w:color w:val="0070C0"/>
          <w:sz w:val="20"/>
          <w:szCs w:val="20"/>
        </w:rPr>
        <w:t xml:space="preserve"> OF A HAPPY HOME </w:t>
      </w:r>
    </w:p>
    <w:p w14:paraId="2D95227D" w14:textId="77777777" w:rsidR="00BC56D0" w:rsidRPr="00504939" w:rsidRDefault="00000000" w:rsidP="005952B1">
      <w:pPr>
        <w:rPr>
          <w:b/>
          <w:bCs/>
          <w:sz w:val="20"/>
          <w:szCs w:val="20"/>
        </w:rPr>
      </w:pPr>
      <w:r w:rsidRPr="00504939">
        <w:rPr>
          <w:rFonts w:ascii="Calibri" w:hAnsi="Calibri"/>
          <w:b/>
          <w:bCs/>
          <w:sz w:val="20"/>
          <w:szCs w:val="20"/>
        </w:rPr>
        <w:t>“And Jesus and His disciples had also been invited to the wedding.” — John 2:2</w:t>
      </w:r>
    </w:p>
    <w:p w14:paraId="4D58ED73" w14:textId="77777777" w:rsidR="00BC56D0" w:rsidRPr="00504939" w:rsidRDefault="00000000" w:rsidP="005952B1">
      <w:pPr>
        <w:rPr>
          <w:sz w:val="20"/>
          <w:szCs w:val="20"/>
        </w:rPr>
      </w:pPr>
      <w:r w:rsidRPr="00504939">
        <w:rPr>
          <w:rFonts w:ascii="Calibri" w:hAnsi="Calibri"/>
          <w:sz w:val="20"/>
          <w:szCs w:val="20"/>
        </w:rPr>
        <w:t xml:space="preserve">Every person </w:t>
      </w:r>
      <w:proofErr w:type="gramStart"/>
      <w:r w:rsidRPr="00504939">
        <w:rPr>
          <w:rFonts w:ascii="Calibri" w:hAnsi="Calibri"/>
          <w:sz w:val="20"/>
          <w:szCs w:val="20"/>
        </w:rPr>
        <w:t>dreams</w:t>
      </w:r>
      <w:proofErr w:type="gramEnd"/>
      <w:r w:rsidRPr="00504939">
        <w:rPr>
          <w:rFonts w:ascii="Calibri" w:hAnsi="Calibri"/>
          <w:sz w:val="20"/>
          <w:szCs w:val="20"/>
        </w:rPr>
        <w:t xml:space="preserve"> of a peaceful, loving home. We plan, prepare, choose the right partner, and hope everything will unfold exactly as imagined. Yet many homes that once started as castles of joy slowly crumble into places of conflict, hurt, and emotional wounds that seem beyond repair.</w:t>
      </w:r>
    </w:p>
    <w:p w14:paraId="679A3F06" w14:textId="77777777" w:rsidR="00BC56D0" w:rsidRDefault="00000000" w:rsidP="005952B1">
      <w:pPr>
        <w:rPr>
          <w:rFonts w:ascii="Calibri" w:hAnsi="Calibri"/>
          <w:sz w:val="20"/>
          <w:szCs w:val="20"/>
        </w:rPr>
      </w:pPr>
      <w:r w:rsidRPr="00504939">
        <w:rPr>
          <w:rFonts w:ascii="Calibri" w:hAnsi="Calibri"/>
          <w:sz w:val="20"/>
          <w:szCs w:val="20"/>
        </w:rPr>
        <w:t>In the story of the wedding at Cana, we discover three secrets not only for a happy home but also for experiencing peace on earth, beginning in the heart and radiating into the family.</w:t>
      </w:r>
    </w:p>
    <w:p w14:paraId="4D84AB5C" w14:textId="77777777" w:rsidR="00527CB7" w:rsidRPr="00504939" w:rsidRDefault="00527CB7" w:rsidP="005952B1">
      <w:pPr>
        <w:rPr>
          <w:sz w:val="20"/>
          <w:szCs w:val="20"/>
        </w:rPr>
      </w:pPr>
    </w:p>
    <w:p w14:paraId="366C62FC" w14:textId="77777777" w:rsidR="00BC56D0" w:rsidRPr="00504939" w:rsidRDefault="00000000" w:rsidP="005952B1">
      <w:pPr>
        <w:rPr>
          <w:b/>
          <w:bCs/>
          <w:sz w:val="20"/>
          <w:szCs w:val="20"/>
        </w:rPr>
      </w:pPr>
      <w:r w:rsidRPr="00504939">
        <w:rPr>
          <w:rFonts w:ascii="Calibri" w:hAnsi="Calibri"/>
          <w:b/>
          <w:bCs/>
          <w:sz w:val="20"/>
          <w:szCs w:val="20"/>
        </w:rPr>
        <w:lastRenderedPageBreak/>
        <w:t xml:space="preserve">1. Invite Jesus </w:t>
      </w:r>
      <w:proofErr w:type="gramStart"/>
      <w:r w:rsidRPr="00504939">
        <w:rPr>
          <w:rFonts w:ascii="Calibri" w:hAnsi="Calibri"/>
          <w:b/>
          <w:bCs/>
          <w:sz w:val="20"/>
          <w:szCs w:val="20"/>
        </w:rPr>
        <w:t>Into</w:t>
      </w:r>
      <w:proofErr w:type="gramEnd"/>
      <w:r w:rsidRPr="00504939">
        <w:rPr>
          <w:rFonts w:ascii="Calibri" w:hAnsi="Calibri"/>
          <w:b/>
          <w:bCs/>
          <w:sz w:val="20"/>
          <w:szCs w:val="20"/>
        </w:rPr>
        <w:t xml:space="preserve"> Your Home (John 2:2)</w:t>
      </w:r>
    </w:p>
    <w:p w14:paraId="771E3117" w14:textId="77777777" w:rsidR="00BC56D0" w:rsidRPr="00504939" w:rsidRDefault="00000000" w:rsidP="005952B1">
      <w:pPr>
        <w:rPr>
          <w:sz w:val="20"/>
          <w:szCs w:val="20"/>
        </w:rPr>
      </w:pPr>
      <w:r w:rsidRPr="00504939">
        <w:rPr>
          <w:rFonts w:ascii="Calibri" w:hAnsi="Calibri"/>
          <w:sz w:val="20"/>
          <w:szCs w:val="20"/>
        </w:rPr>
        <w:t xml:space="preserve">Many couples—and even families—spend months preparing for the wedding but forget to invite the Giver of </w:t>
      </w:r>
      <w:proofErr w:type="gramStart"/>
      <w:r w:rsidRPr="00504939">
        <w:rPr>
          <w:rFonts w:ascii="Calibri" w:hAnsi="Calibri"/>
          <w:sz w:val="20"/>
          <w:szCs w:val="20"/>
        </w:rPr>
        <w:t>peace</w:t>
      </w:r>
      <w:proofErr w:type="gramEnd"/>
      <w:r w:rsidRPr="00504939">
        <w:rPr>
          <w:rFonts w:ascii="Calibri" w:hAnsi="Calibri"/>
          <w:sz w:val="20"/>
          <w:szCs w:val="20"/>
        </w:rPr>
        <w:t xml:space="preserve"> </w:t>
      </w:r>
      <w:proofErr w:type="gramStart"/>
      <w:r w:rsidRPr="00504939">
        <w:rPr>
          <w:rFonts w:ascii="Calibri" w:hAnsi="Calibri"/>
          <w:sz w:val="20"/>
          <w:szCs w:val="20"/>
        </w:rPr>
        <w:t>into</w:t>
      </w:r>
      <w:proofErr w:type="gramEnd"/>
      <w:r w:rsidRPr="00504939">
        <w:rPr>
          <w:rFonts w:ascii="Calibri" w:hAnsi="Calibri"/>
          <w:sz w:val="20"/>
          <w:szCs w:val="20"/>
        </w:rPr>
        <w:t xml:space="preserve"> their marriage and eventually into their home.</w:t>
      </w:r>
    </w:p>
    <w:p w14:paraId="5C4E2D80" w14:textId="77777777" w:rsidR="00BC56D0" w:rsidRPr="00504939" w:rsidRDefault="00000000" w:rsidP="005952B1">
      <w:pPr>
        <w:rPr>
          <w:sz w:val="20"/>
          <w:szCs w:val="20"/>
        </w:rPr>
      </w:pPr>
      <w:r w:rsidRPr="00504939">
        <w:rPr>
          <w:rFonts w:ascii="Calibri" w:hAnsi="Calibri"/>
          <w:sz w:val="20"/>
          <w:szCs w:val="20"/>
        </w:rPr>
        <w:t>The best relationships involve three persons: God, the husband, and the wife.</w:t>
      </w:r>
    </w:p>
    <w:p w14:paraId="3E3461F0" w14:textId="77777777" w:rsidR="00BC56D0" w:rsidRPr="00504939" w:rsidRDefault="00000000" w:rsidP="005952B1">
      <w:pPr>
        <w:rPr>
          <w:sz w:val="20"/>
          <w:szCs w:val="20"/>
        </w:rPr>
      </w:pPr>
      <w:r w:rsidRPr="00504939">
        <w:rPr>
          <w:rFonts w:ascii="Calibri" w:hAnsi="Calibri"/>
          <w:sz w:val="20"/>
          <w:szCs w:val="20"/>
        </w:rPr>
        <w:t>Inviting Jesus doesn’t mean there will be no problems.</w:t>
      </w:r>
      <w:r w:rsidRPr="00504939">
        <w:rPr>
          <w:rFonts w:ascii="Calibri" w:hAnsi="Calibri"/>
          <w:sz w:val="20"/>
          <w:szCs w:val="20"/>
        </w:rPr>
        <w:br/>
        <w:t>But it does guarantee divine help in every circumstance.</w:t>
      </w:r>
    </w:p>
    <w:p w14:paraId="7A9E173D" w14:textId="77777777" w:rsidR="00BC56D0" w:rsidRPr="00504939" w:rsidRDefault="00000000" w:rsidP="005952B1">
      <w:pPr>
        <w:rPr>
          <w:sz w:val="20"/>
          <w:szCs w:val="20"/>
        </w:rPr>
      </w:pPr>
      <w:r w:rsidRPr="00504939">
        <w:rPr>
          <w:rFonts w:ascii="Calibri" w:hAnsi="Calibri"/>
          <w:sz w:val="20"/>
          <w:szCs w:val="20"/>
        </w:rPr>
        <w:t>Where Jesus is welcomed, peace is possible.</w:t>
      </w:r>
    </w:p>
    <w:p w14:paraId="1DEE844F" w14:textId="77777777" w:rsidR="00BC56D0" w:rsidRPr="00504939" w:rsidRDefault="00000000" w:rsidP="005952B1">
      <w:pPr>
        <w:rPr>
          <w:b/>
          <w:bCs/>
          <w:sz w:val="20"/>
          <w:szCs w:val="20"/>
        </w:rPr>
      </w:pPr>
      <w:r w:rsidRPr="00504939">
        <w:rPr>
          <w:rFonts w:ascii="Calibri" w:hAnsi="Calibri"/>
          <w:b/>
          <w:bCs/>
          <w:sz w:val="20"/>
          <w:szCs w:val="20"/>
        </w:rPr>
        <w:t>2. Obey What Jesus Says (John 2:5)</w:t>
      </w:r>
    </w:p>
    <w:p w14:paraId="62569BFF" w14:textId="77777777" w:rsidR="00BC56D0" w:rsidRPr="00504939" w:rsidRDefault="00000000" w:rsidP="005952B1">
      <w:pPr>
        <w:rPr>
          <w:sz w:val="20"/>
          <w:szCs w:val="20"/>
        </w:rPr>
      </w:pPr>
      <w:r w:rsidRPr="00504939">
        <w:rPr>
          <w:rFonts w:ascii="Calibri" w:hAnsi="Calibri"/>
          <w:sz w:val="20"/>
          <w:szCs w:val="20"/>
        </w:rPr>
        <w:t>Mary’s words contain the heart of Christian living: “Do whatever He tells you.”</w:t>
      </w:r>
    </w:p>
    <w:p w14:paraId="2FAB628D" w14:textId="77777777" w:rsidR="00BC56D0" w:rsidRPr="00504939" w:rsidRDefault="00000000" w:rsidP="005952B1">
      <w:pPr>
        <w:rPr>
          <w:sz w:val="20"/>
          <w:szCs w:val="20"/>
        </w:rPr>
      </w:pPr>
      <w:r w:rsidRPr="00504939">
        <w:rPr>
          <w:rFonts w:ascii="Calibri" w:hAnsi="Calibri"/>
          <w:sz w:val="20"/>
          <w:szCs w:val="20"/>
        </w:rPr>
        <w:t>In a world full of unrest, Jesus gives instructions that bring harmony:</w:t>
      </w:r>
    </w:p>
    <w:p w14:paraId="5CF077B0" w14:textId="77777777" w:rsidR="00BC56D0" w:rsidRPr="00504939" w:rsidRDefault="00000000" w:rsidP="005952B1">
      <w:pPr>
        <w:rPr>
          <w:sz w:val="20"/>
          <w:szCs w:val="20"/>
        </w:rPr>
      </w:pPr>
      <w:r w:rsidRPr="00504939">
        <w:rPr>
          <w:rFonts w:ascii="Calibri" w:hAnsi="Calibri"/>
          <w:sz w:val="20"/>
          <w:szCs w:val="20"/>
        </w:rPr>
        <w:t>Husbands: “Love your wives, as Christ loved the church” (Eph. 5:25)</w:t>
      </w:r>
    </w:p>
    <w:p w14:paraId="102C8B2F" w14:textId="77777777" w:rsidR="00BC56D0" w:rsidRPr="00504939" w:rsidRDefault="00000000" w:rsidP="005952B1">
      <w:pPr>
        <w:rPr>
          <w:sz w:val="20"/>
          <w:szCs w:val="20"/>
        </w:rPr>
      </w:pPr>
      <w:r w:rsidRPr="00504939">
        <w:rPr>
          <w:rFonts w:ascii="Calibri" w:hAnsi="Calibri"/>
          <w:sz w:val="20"/>
          <w:szCs w:val="20"/>
        </w:rPr>
        <w:t>Wives: “Submit to your husbands as to the Lord” (Eph. 5:22)</w:t>
      </w:r>
    </w:p>
    <w:p w14:paraId="17E4414D" w14:textId="77777777" w:rsidR="00BC56D0" w:rsidRPr="00504939" w:rsidRDefault="00000000" w:rsidP="005952B1">
      <w:pPr>
        <w:rPr>
          <w:sz w:val="20"/>
          <w:szCs w:val="20"/>
        </w:rPr>
      </w:pPr>
      <w:r w:rsidRPr="00504939">
        <w:rPr>
          <w:rFonts w:ascii="Calibri" w:hAnsi="Calibri"/>
          <w:sz w:val="20"/>
          <w:szCs w:val="20"/>
        </w:rPr>
        <w:t>Parents: “Do not exasperate your children” (Eph. 6:4)</w:t>
      </w:r>
    </w:p>
    <w:p w14:paraId="2AA9D56E" w14:textId="77777777" w:rsidR="00BC56D0" w:rsidRPr="00504939" w:rsidRDefault="00000000" w:rsidP="005952B1">
      <w:pPr>
        <w:rPr>
          <w:sz w:val="20"/>
          <w:szCs w:val="20"/>
        </w:rPr>
      </w:pPr>
      <w:r w:rsidRPr="00504939">
        <w:rPr>
          <w:rFonts w:ascii="Calibri" w:hAnsi="Calibri"/>
          <w:sz w:val="20"/>
          <w:szCs w:val="20"/>
        </w:rPr>
        <w:t>Children: “Obey your parents in the Lord” (Eph. 6:1)</w:t>
      </w:r>
    </w:p>
    <w:p w14:paraId="19D7417F" w14:textId="77777777" w:rsidR="00BC56D0" w:rsidRPr="00504939" w:rsidRDefault="00000000" w:rsidP="005952B1">
      <w:pPr>
        <w:rPr>
          <w:sz w:val="20"/>
          <w:szCs w:val="20"/>
        </w:rPr>
      </w:pPr>
      <w:r w:rsidRPr="00504939">
        <w:rPr>
          <w:rFonts w:ascii="Calibri" w:hAnsi="Calibri"/>
          <w:sz w:val="20"/>
          <w:szCs w:val="20"/>
        </w:rPr>
        <w:t>Peace on earth begins with obedience in the home. When hearts follow God’s Word, peace follows naturally.</w:t>
      </w:r>
    </w:p>
    <w:p w14:paraId="71F85A42" w14:textId="77777777" w:rsidR="00BC56D0" w:rsidRPr="00504939" w:rsidRDefault="00000000" w:rsidP="005952B1">
      <w:pPr>
        <w:rPr>
          <w:b/>
          <w:bCs/>
          <w:sz w:val="20"/>
          <w:szCs w:val="20"/>
        </w:rPr>
      </w:pPr>
      <w:r w:rsidRPr="00504939">
        <w:rPr>
          <w:rFonts w:ascii="Calibri" w:hAnsi="Calibri"/>
          <w:b/>
          <w:bCs/>
          <w:sz w:val="20"/>
          <w:szCs w:val="20"/>
        </w:rPr>
        <w:t>3. Keep Your Spiritual Jars Filled (John 2:6–7)</w:t>
      </w:r>
    </w:p>
    <w:p w14:paraId="5FAB8DDC" w14:textId="77777777" w:rsidR="00BC56D0" w:rsidRPr="00504939" w:rsidRDefault="00000000" w:rsidP="005952B1">
      <w:pPr>
        <w:rPr>
          <w:sz w:val="20"/>
          <w:szCs w:val="20"/>
        </w:rPr>
      </w:pPr>
      <w:r w:rsidRPr="00504939">
        <w:rPr>
          <w:rFonts w:ascii="Calibri" w:hAnsi="Calibri"/>
          <w:sz w:val="20"/>
          <w:szCs w:val="20"/>
        </w:rPr>
        <w:t>Six empty water jars stood in the home—symbols of a neglected spiritual life.</w:t>
      </w:r>
      <w:r w:rsidRPr="00504939">
        <w:rPr>
          <w:rFonts w:ascii="Calibri" w:hAnsi="Calibri"/>
          <w:sz w:val="20"/>
          <w:szCs w:val="20"/>
        </w:rPr>
        <w:br/>
        <w:t>Homes fall apart when:</w:t>
      </w:r>
    </w:p>
    <w:p w14:paraId="536E22BD" w14:textId="77777777" w:rsidR="00BC56D0" w:rsidRPr="00504939" w:rsidRDefault="00000000" w:rsidP="005952B1">
      <w:pPr>
        <w:pStyle w:val="ListParagraph"/>
        <w:numPr>
          <w:ilvl w:val="0"/>
          <w:numId w:val="21"/>
        </w:numPr>
        <w:rPr>
          <w:sz w:val="20"/>
          <w:szCs w:val="20"/>
        </w:rPr>
      </w:pPr>
      <w:r w:rsidRPr="00504939">
        <w:rPr>
          <w:rFonts w:ascii="Calibri" w:hAnsi="Calibri"/>
          <w:sz w:val="20"/>
          <w:szCs w:val="20"/>
        </w:rPr>
        <w:t>Prayer is absent</w:t>
      </w:r>
    </w:p>
    <w:p w14:paraId="43378321" w14:textId="77777777" w:rsidR="00BC56D0" w:rsidRPr="00504939" w:rsidRDefault="00000000" w:rsidP="005952B1">
      <w:pPr>
        <w:pStyle w:val="ListParagraph"/>
        <w:numPr>
          <w:ilvl w:val="0"/>
          <w:numId w:val="21"/>
        </w:numPr>
        <w:rPr>
          <w:sz w:val="20"/>
          <w:szCs w:val="20"/>
        </w:rPr>
      </w:pPr>
      <w:r w:rsidRPr="00504939">
        <w:rPr>
          <w:rFonts w:ascii="Calibri" w:hAnsi="Calibri"/>
          <w:sz w:val="20"/>
          <w:szCs w:val="20"/>
        </w:rPr>
        <w:t>Worship disappears</w:t>
      </w:r>
    </w:p>
    <w:p w14:paraId="43AE53FE" w14:textId="77777777" w:rsidR="00BC56D0" w:rsidRPr="00504939" w:rsidRDefault="00000000" w:rsidP="005952B1">
      <w:pPr>
        <w:pStyle w:val="ListParagraph"/>
        <w:numPr>
          <w:ilvl w:val="0"/>
          <w:numId w:val="21"/>
        </w:numPr>
        <w:rPr>
          <w:sz w:val="20"/>
          <w:szCs w:val="20"/>
        </w:rPr>
      </w:pPr>
      <w:r w:rsidRPr="00504939">
        <w:rPr>
          <w:rFonts w:ascii="Calibri" w:hAnsi="Calibri"/>
          <w:sz w:val="20"/>
          <w:szCs w:val="20"/>
        </w:rPr>
        <w:t>Scripture is unopened</w:t>
      </w:r>
    </w:p>
    <w:p w14:paraId="11D90A4C" w14:textId="77777777" w:rsidR="00BC56D0" w:rsidRPr="00504939" w:rsidRDefault="00000000" w:rsidP="005952B1">
      <w:pPr>
        <w:pStyle w:val="ListParagraph"/>
        <w:numPr>
          <w:ilvl w:val="0"/>
          <w:numId w:val="21"/>
        </w:numPr>
        <w:rPr>
          <w:sz w:val="20"/>
          <w:szCs w:val="20"/>
        </w:rPr>
      </w:pPr>
      <w:r w:rsidRPr="00504939">
        <w:rPr>
          <w:rFonts w:ascii="Calibri" w:hAnsi="Calibri"/>
          <w:sz w:val="20"/>
          <w:szCs w:val="20"/>
        </w:rPr>
        <w:t>Hearts grow cold</w:t>
      </w:r>
    </w:p>
    <w:p w14:paraId="4E6CC2FA" w14:textId="77777777" w:rsidR="00BC56D0" w:rsidRPr="00504939" w:rsidRDefault="00000000" w:rsidP="005952B1">
      <w:pPr>
        <w:rPr>
          <w:sz w:val="20"/>
          <w:szCs w:val="20"/>
        </w:rPr>
      </w:pPr>
      <w:r w:rsidRPr="00504939">
        <w:rPr>
          <w:rFonts w:ascii="Calibri" w:hAnsi="Calibri"/>
          <w:sz w:val="20"/>
          <w:szCs w:val="20"/>
        </w:rPr>
        <w:t>Empty jars = empty religion.</w:t>
      </w:r>
    </w:p>
    <w:p w14:paraId="3D80C198" w14:textId="77777777" w:rsidR="00BC56D0" w:rsidRPr="00504939" w:rsidRDefault="00000000" w:rsidP="005952B1">
      <w:pPr>
        <w:rPr>
          <w:sz w:val="20"/>
          <w:szCs w:val="20"/>
        </w:rPr>
      </w:pPr>
      <w:r w:rsidRPr="00504939">
        <w:rPr>
          <w:rFonts w:ascii="Calibri" w:hAnsi="Calibri"/>
          <w:sz w:val="20"/>
          <w:szCs w:val="20"/>
        </w:rPr>
        <w:t>Jesus asked them to fill the jars to the brim.</w:t>
      </w:r>
      <w:r w:rsidRPr="00504939">
        <w:rPr>
          <w:rFonts w:ascii="Calibri" w:hAnsi="Calibri"/>
          <w:sz w:val="20"/>
          <w:szCs w:val="20"/>
        </w:rPr>
        <w:br/>
        <w:t>A peaceful home is one filled daily with:</w:t>
      </w:r>
    </w:p>
    <w:p w14:paraId="0F8FB6B8" w14:textId="77777777" w:rsidR="00BC56D0" w:rsidRPr="00504939" w:rsidRDefault="00000000" w:rsidP="005952B1">
      <w:pPr>
        <w:pStyle w:val="ListParagraph"/>
        <w:numPr>
          <w:ilvl w:val="0"/>
          <w:numId w:val="22"/>
        </w:numPr>
        <w:rPr>
          <w:sz w:val="20"/>
          <w:szCs w:val="20"/>
        </w:rPr>
      </w:pPr>
      <w:r w:rsidRPr="00504939">
        <w:rPr>
          <w:rFonts w:ascii="Calibri" w:hAnsi="Calibri"/>
          <w:sz w:val="20"/>
          <w:szCs w:val="20"/>
        </w:rPr>
        <w:t>Prayer</w:t>
      </w:r>
    </w:p>
    <w:p w14:paraId="176163CC" w14:textId="77777777" w:rsidR="00BC56D0" w:rsidRPr="00504939" w:rsidRDefault="00000000" w:rsidP="005952B1">
      <w:pPr>
        <w:pStyle w:val="ListParagraph"/>
        <w:numPr>
          <w:ilvl w:val="0"/>
          <w:numId w:val="22"/>
        </w:numPr>
        <w:rPr>
          <w:sz w:val="20"/>
          <w:szCs w:val="20"/>
        </w:rPr>
      </w:pPr>
      <w:r w:rsidRPr="00504939">
        <w:rPr>
          <w:rFonts w:ascii="Calibri" w:hAnsi="Calibri"/>
          <w:sz w:val="20"/>
          <w:szCs w:val="20"/>
        </w:rPr>
        <w:t>Worship</w:t>
      </w:r>
    </w:p>
    <w:p w14:paraId="0E3E505F" w14:textId="77777777" w:rsidR="00BC56D0" w:rsidRPr="00504939" w:rsidRDefault="00000000" w:rsidP="005952B1">
      <w:pPr>
        <w:pStyle w:val="ListParagraph"/>
        <w:numPr>
          <w:ilvl w:val="0"/>
          <w:numId w:val="22"/>
        </w:numPr>
        <w:rPr>
          <w:sz w:val="20"/>
          <w:szCs w:val="20"/>
        </w:rPr>
      </w:pPr>
      <w:r w:rsidRPr="00504939">
        <w:rPr>
          <w:rFonts w:ascii="Calibri" w:hAnsi="Calibri"/>
          <w:sz w:val="20"/>
          <w:szCs w:val="20"/>
        </w:rPr>
        <w:t>Love</w:t>
      </w:r>
    </w:p>
    <w:p w14:paraId="079DF607" w14:textId="77777777" w:rsidR="00BC56D0" w:rsidRPr="00504939" w:rsidRDefault="00000000" w:rsidP="005952B1">
      <w:pPr>
        <w:pStyle w:val="ListParagraph"/>
        <w:numPr>
          <w:ilvl w:val="0"/>
          <w:numId w:val="22"/>
        </w:numPr>
        <w:rPr>
          <w:sz w:val="20"/>
          <w:szCs w:val="20"/>
        </w:rPr>
      </w:pPr>
      <w:r w:rsidRPr="00504939">
        <w:rPr>
          <w:rFonts w:ascii="Calibri" w:hAnsi="Calibri"/>
          <w:sz w:val="20"/>
          <w:szCs w:val="20"/>
        </w:rPr>
        <w:t>Forgiveness</w:t>
      </w:r>
    </w:p>
    <w:p w14:paraId="51F40FC8" w14:textId="77777777" w:rsidR="00BC56D0" w:rsidRPr="00504939" w:rsidRDefault="00000000" w:rsidP="005952B1">
      <w:pPr>
        <w:pStyle w:val="ListParagraph"/>
        <w:numPr>
          <w:ilvl w:val="0"/>
          <w:numId w:val="22"/>
        </w:numPr>
        <w:rPr>
          <w:sz w:val="20"/>
          <w:szCs w:val="20"/>
        </w:rPr>
      </w:pPr>
      <w:r w:rsidRPr="00504939">
        <w:rPr>
          <w:rFonts w:ascii="Calibri" w:hAnsi="Calibri"/>
          <w:sz w:val="20"/>
          <w:szCs w:val="20"/>
        </w:rPr>
        <w:t>Scripture</w:t>
      </w:r>
    </w:p>
    <w:p w14:paraId="1B0E5010" w14:textId="77777777" w:rsidR="00BC56D0" w:rsidRPr="00504939" w:rsidRDefault="00000000" w:rsidP="005952B1">
      <w:pPr>
        <w:pStyle w:val="ListParagraph"/>
        <w:numPr>
          <w:ilvl w:val="0"/>
          <w:numId w:val="22"/>
        </w:numPr>
        <w:rPr>
          <w:sz w:val="20"/>
          <w:szCs w:val="20"/>
        </w:rPr>
      </w:pPr>
      <w:r w:rsidRPr="00504939">
        <w:rPr>
          <w:rFonts w:ascii="Calibri" w:hAnsi="Calibri"/>
          <w:sz w:val="20"/>
          <w:szCs w:val="20"/>
        </w:rPr>
        <w:t>The presence of Christ</w:t>
      </w:r>
    </w:p>
    <w:p w14:paraId="2EE1332C" w14:textId="77777777" w:rsidR="00BC56D0" w:rsidRPr="00504939" w:rsidRDefault="00000000" w:rsidP="005952B1">
      <w:pPr>
        <w:rPr>
          <w:sz w:val="20"/>
          <w:szCs w:val="20"/>
        </w:rPr>
      </w:pPr>
      <w:r w:rsidRPr="00504939">
        <w:rPr>
          <w:rFonts w:ascii="Calibri" w:hAnsi="Calibri"/>
          <w:sz w:val="20"/>
          <w:szCs w:val="20"/>
        </w:rPr>
        <w:t>Only a home filled with Jesus experiences true peace.</w:t>
      </w:r>
    </w:p>
    <w:p w14:paraId="1074FBAD" w14:textId="77777777" w:rsidR="00BC56D0" w:rsidRPr="00504939" w:rsidRDefault="00000000" w:rsidP="005952B1">
      <w:pPr>
        <w:rPr>
          <w:rFonts w:ascii="Calibri" w:hAnsi="Calibri"/>
          <w:sz w:val="20"/>
          <w:szCs w:val="20"/>
        </w:rPr>
      </w:pPr>
      <w:r w:rsidRPr="00504939">
        <w:rPr>
          <w:rFonts w:ascii="Calibri" w:hAnsi="Calibri"/>
          <w:sz w:val="20"/>
          <w:szCs w:val="20"/>
        </w:rPr>
        <w:lastRenderedPageBreak/>
        <w:t>Jesus longs to bring peace—not just to nations, but to your home, your heart, and your family.</w:t>
      </w:r>
      <w:r w:rsidRPr="00504939">
        <w:rPr>
          <w:rFonts w:ascii="Calibri" w:hAnsi="Calibri"/>
          <w:sz w:val="20"/>
          <w:szCs w:val="20"/>
        </w:rPr>
        <w:br/>
        <w:t>Just as He brought joy to Cana, He can bring peace to your world today.</w:t>
      </w:r>
    </w:p>
    <w:p w14:paraId="74B4C318" w14:textId="0AE16519" w:rsidR="005B00AD" w:rsidRPr="00504939" w:rsidRDefault="005B00AD" w:rsidP="005952B1">
      <w:pPr>
        <w:rPr>
          <w:rFonts w:ascii="Calibri" w:hAnsi="Calibri"/>
          <w:b/>
          <w:bCs/>
          <w:i/>
          <w:iCs/>
          <w:color w:val="0070C0"/>
          <w:sz w:val="20"/>
          <w:szCs w:val="20"/>
        </w:rPr>
      </w:pPr>
      <w:r w:rsidRPr="00504939">
        <w:rPr>
          <w:rFonts w:ascii="Calibri" w:hAnsi="Calibri"/>
          <w:b/>
          <w:bCs/>
          <w:i/>
          <w:iCs/>
          <w:color w:val="0070C0"/>
          <w:sz w:val="20"/>
          <w:szCs w:val="20"/>
        </w:rPr>
        <w:t xml:space="preserve">FAMILY STORY </w:t>
      </w:r>
    </w:p>
    <w:p w14:paraId="74C5E314" w14:textId="77777777" w:rsidR="005B00AD" w:rsidRPr="00504939" w:rsidRDefault="005B00AD" w:rsidP="005B00AD">
      <w:pPr>
        <w:rPr>
          <w:rFonts w:ascii="Calibri" w:hAnsi="Calibri" w:cs="Calibri"/>
          <w:sz w:val="20"/>
          <w:szCs w:val="20"/>
          <w:lang w:val="en-FJ"/>
        </w:rPr>
      </w:pPr>
      <w:r w:rsidRPr="00504939">
        <w:rPr>
          <w:rFonts w:ascii="Calibri" w:hAnsi="Calibri" w:cs="Calibri"/>
          <w:sz w:val="20"/>
          <w:szCs w:val="20"/>
          <w:lang w:val="en-FJ"/>
        </w:rPr>
        <w:t>When Daniel and Ruth first moved into their home, everything felt perfect.</w:t>
      </w:r>
      <w:r w:rsidRPr="00504939">
        <w:rPr>
          <w:rFonts w:ascii="Calibri" w:hAnsi="Calibri" w:cs="Calibri"/>
          <w:sz w:val="20"/>
          <w:szCs w:val="20"/>
          <w:lang w:val="en-FJ"/>
        </w:rPr>
        <w:br/>
        <w:t>They prayed at their wedding. Family and friends filled the house with laughter. They dreamed of a peaceful future together.</w:t>
      </w:r>
    </w:p>
    <w:p w14:paraId="66A55A11" w14:textId="77777777" w:rsidR="005B00AD" w:rsidRPr="00504939" w:rsidRDefault="005B00AD" w:rsidP="005B00AD">
      <w:pPr>
        <w:rPr>
          <w:rFonts w:ascii="Calibri" w:hAnsi="Calibri" w:cs="Calibri"/>
          <w:sz w:val="20"/>
          <w:szCs w:val="20"/>
          <w:lang w:val="en-FJ"/>
        </w:rPr>
      </w:pPr>
      <w:r w:rsidRPr="00504939">
        <w:rPr>
          <w:rFonts w:ascii="Calibri" w:hAnsi="Calibri" w:cs="Calibri"/>
          <w:sz w:val="20"/>
          <w:szCs w:val="20"/>
          <w:lang w:val="en-FJ"/>
        </w:rPr>
        <w:t>For a while, life felt like the wedding at Cana—joyful, full, and hopeful.</w:t>
      </w:r>
    </w:p>
    <w:p w14:paraId="707D3C47" w14:textId="77777777" w:rsidR="005B00AD" w:rsidRPr="00504939" w:rsidRDefault="005B00AD" w:rsidP="005B00AD">
      <w:pPr>
        <w:rPr>
          <w:rFonts w:ascii="Calibri" w:hAnsi="Calibri" w:cs="Calibri"/>
          <w:sz w:val="20"/>
          <w:szCs w:val="20"/>
          <w:lang w:val="en-FJ"/>
        </w:rPr>
      </w:pPr>
      <w:r w:rsidRPr="00504939">
        <w:rPr>
          <w:rFonts w:ascii="Calibri" w:hAnsi="Calibri" w:cs="Calibri"/>
          <w:sz w:val="20"/>
          <w:szCs w:val="20"/>
          <w:lang w:val="en-FJ"/>
        </w:rPr>
        <w:t>But as the years passed, pressures moved in quietly. Work demanded more time. Children brought new responsibilities. Fatigue replaced laughter. Words became sharp. Prayer became rushed—or forgotten altogether.</w:t>
      </w:r>
    </w:p>
    <w:p w14:paraId="0F7E6489" w14:textId="77777777" w:rsidR="005B00AD" w:rsidRPr="00504939" w:rsidRDefault="005B00AD" w:rsidP="005B00AD">
      <w:pPr>
        <w:rPr>
          <w:rFonts w:ascii="Calibri" w:hAnsi="Calibri" w:cs="Calibri"/>
          <w:sz w:val="20"/>
          <w:szCs w:val="20"/>
          <w:lang w:val="en-FJ"/>
        </w:rPr>
      </w:pPr>
      <w:r w:rsidRPr="00504939">
        <w:rPr>
          <w:rFonts w:ascii="Calibri" w:hAnsi="Calibri" w:cs="Calibri"/>
          <w:sz w:val="20"/>
          <w:szCs w:val="20"/>
          <w:lang w:val="en-FJ"/>
        </w:rPr>
        <w:t>One evening, after a tense disagreement, Ruth said softly,</w:t>
      </w:r>
      <w:r w:rsidRPr="00504939">
        <w:rPr>
          <w:rFonts w:ascii="Calibri" w:hAnsi="Calibri" w:cs="Calibri"/>
          <w:sz w:val="20"/>
          <w:szCs w:val="20"/>
          <w:lang w:val="en-FJ"/>
        </w:rPr>
        <w:br/>
      </w:r>
      <w:r w:rsidRPr="00504939">
        <w:rPr>
          <w:rFonts w:ascii="Calibri" w:hAnsi="Calibri" w:cs="Calibri"/>
          <w:i/>
          <w:iCs/>
          <w:sz w:val="20"/>
          <w:szCs w:val="20"/>
          <w:lang w:val="en-FJ"/>
        </w:rPr>
        <w:t>“Something is missing in our home.”</w:t>
      </w:r>
    </w:p>
    <w:p w14:paraId="7EE38F3E" w14:textId="77777777" w:rsidR="005B00AD" w:rsidRPr="00504939" w:rsidRDefault="005B00AD" w:rsidP="005B00AD">
      <w:pPr>
        <w:rPr>
          <w:rFonts w:ascii="Calibri" w:hAnsi="Calibri" w:cs="Calibri"/>
          <w:sz w:val="20"/>
          <w:szCs w:val="20"/>
          <w:lang w:val="en-FJ"/>
        </w:rPr>
      </w:pPr>
      <w:r w:rsidRPr="00504939">
        <w:rPr>
          <w:rFonts w:ascii="Calibri" w:hAnsi="Calibri" w:cs="Calibri"/>
          <w:sz w:val="20"/>
          <w:szCs w:val="20"/>
          <w:lang w:val="en-FJ"/>
        </w:rPr>
        <w:t>Daniel wanted to argue—but he knew she was right.</w:t>
      </w:r>
    </w:p>
    <w:p w14:paraId="7AFB358E" w14:textId="2B292530" w:rsidR="005B00AD" w:rsidRPr="00504939" w:rsidRDefault="005B00AD" w:rsidP="005B00AD">
      <w:pPr>
        <w:rPr>
          <w:rFonts w:ascii="Calibri" w:hAnsi="Calibri" w:cs="Calibri"/>
          <w:sz w:val="20"/>
          <w:szCs w:val="20"/>
          <w:lang w:val="en-FJ"/>
        </w:rPr>
      </w:pPr>
      <w:r w:rsidRPr="00504939">
        <w:rPr>
          <w:rFonts w:ascii="Calibri" w:hAnsi="Calibri" w:cs="Calibri"/>
          <w:sz w:val="20"/>
          <w:szCs w:val="20"/>
          <w:lang w:val="en-FJ"/>
        </w:rPr>
        <w:t>That night, while the children slept, Ruth opened her Bible and read the story of the wedding at Cana. She paused at one line</w:t>
      </w:r>
      <w:proofErr w:type="gramStart"/>
      <w:r w:rsidRPr="00504939">
        <w:rPr>
          <w:rFonts w:ascii="Calibri" w:hAnsi="Calibri" w:cs="Calibri"/>
          <w:sz w:val="20"/>
          <w:szCs w:val="20"/>
          <w:lang w:val="en-FJ"/>
        </w:rPr>
        <w:t xml:space="preserve">:  </w:t>
      </w:r>
      <w:r w:rsidRPr="00504939">
        <w:rPr>
          <w:rFonts w:ascii="Calibri" w:hAnsi="Calibri" w:cs="Calibri"/>
          <w:b/>
          <w:bCs/>
          <w:sz w:val="20"/>
          <w:szCs w:val="20"/>
          <w:lang w:val="en-FJ"/>
        </w:rPr>
        <w:t>“</w:t>
      </w:r>
      <w:proofErr w:type="gramEnd"/>
      <w:r w:rsidRPr="00504939">
        <w:rPr>
          <w:rFonts w:ascii="Calibri" w:hAnsi="Calibri" w:cs="Calibri"/>
          <w:b/>
          <w:bCs/>
          <w:sz w:val="20"/>
          <w:szCs w:val="20"/>
          <w:lang w:val="en-FJ"/>
        </w:rPr>
        <w:t>And Jesus also was invited.”</w:t>
      </w:r>
    </w:p>
    <w:p w14:paraId="1D7AFFA6" w14:textId="31C11C96" w:rsidR="005B00AD" w:rsidRPr="00504939" w:rsidRDefault="005B00AD" w:rsidP="005B00AD">
      <w:pPr>
        <w:rPr>
          <w:rFonts w:ascii="Calibri" w:hAnsi="Calibri" w:cs="Calibri"/>
          <w:sz w:val="20"/>
          <w:szCs w:val="20"/>
          <w:lang w:val="en-FJ"/>
        </w:rPr>
      </w:pPr>
      <w:r w:rsidRPr="00504939">
        <w:rPr>
          <w:rFonts w:ascii="Calibri" w:hAnsi="Calibri" w:cs="Calibri"/>
          <w:sz w:val="20"/>
          <w:szCs w:val="20"/>
          <w:lang w:val="en-FJ"/>
        </w:rPr>
        <w:t>It struck them deeply.</w:t>
      </w:r>
      <w:r w:rsidR="00B820C0">
        <w:rPr>
          <w:rFonts w:ascii="Calibri" w:hAnsi="Calibri" w:cs="Calibri"/>
          <w:sz w:val="20"/>
          <w:szCs w:val="20"/>
          <w:lang w:val="en-FJ"/>
        </w:rPr>
        <w:t xml:space="preserve">  </w:t>
      </w:r>
      <w:r w:rsidRPr="00504939">
        <w:rPr>
          <w:rFonts w:ascii="Calibri" w:hAnsi="Calibri" w:cs="Calibri"/>
          <w:sz w:val="20"/>
          <w:szCs w:val="20"/>
          <w:lang w:val="en-FJ"/>
        </w:rPr>
        <w:t xml:space="preserve">They realized they had invited Jesus into their </w:t>
      </w:r>
      <w:r w:rsidRPr="00504939">
        <w:rPr>
          <w:rFonts w:ascii="Calibri" w:hAnsi="Calibri" w:cs="Calibri"/>
          <w:i/>
          <w:iCs/>
          <w:sz w:val="20"/>
          <w:szCs w:val="20"/>
          <w:lang w:val="en-FJ"/>
        </w:rPr>
        <w:t>wedding</w:t>
      </w:r>
      <w:r w:rsidRPr="00504939">
        <w:rPr>
          <w:rFonts w:ascii="Calibri" w:hAnsi="Calibri" w:cs="Calibri"/>
          <w:sz w:val="20"/>
          <w:szCs w:val="20"/>
          <w:lang w:val="en-FJ"/>
        </w:rPr>
        <w:t xml:space="preserve">, but somewhere along the way, they stopped inviting Him into their </w:t>
      </w:r>
      <w:r w:rsidRPr="00504939">
        <w:rPr>
          <w:rFonts w:ascii="Calibri" w:hAnsi="Calibri" w:cs="Calibri"/>
          <w:i/>
          <w:iCs/>
          <w:sz w:val="20"/>
          <w:szCs w:val="20"/>
          <w:lang w:val="en-FJ"/>
        </w:rPr>
        <w:t>daily home life</w:t>
      </w:r>
      <w:r w:rsidRPr="00504939">
        <w:rPr>
          <w:rFonts w:ascii="Calibri" w:hAnsi="Calibri" w:cs="Calibri"/>
          <w:sz w:val="20"/>
          <w:szCs w:val="20"/>
          <w:lang w:val="en-FJ"/>
        </w:rPr>
        <w:t>.</w:t>
      </w:r>
    </w:p>
    <w:p w14:paraId="12AE4DC9" w14:textId="77777777" w:rsidR="005B00AD" w:rsidRPr="00504939" w:rsidRDefault="005B00AD" w:rsidP="005B00AD">
      <w:pPr>
        <w:rPr>
          <w:rFonts w:ascii="Calibri" w:hAnsi="Calibri" w:cs="Calibri"/>
          <w:sz w:val="20"/>
          <w:szCs w:val="20"/>
          <w:lang w:val="en-FJ"/>
        </w:rPr>
      </w:pPr>
      <w:r w:rsidRPr="00504939">
        <w:rPr>
          <w:rFonts w:ascii="Calibri" w:hAnsi="Calibri" w:cs="Calibri"/>
          <w:sz w:val="20"/>
          <w:szCs w:val="20"/>
          <w:lang w:val="en-FJ"/>
        </w:rPr>
        <w:t>The next morning, they tried something simple. Before the rush of the day, they prayed together. It felt awkward at first. The children fidgeted. The prayer was short. But it was sincere.</w:t>
      </w:r>
    </w:p>
    <w:p w14:paraId="43EAE0A0" w14:textId="77777777" w:rsidR="005B00AD" w:rsidRPr="00504939" w:rsidRDefault="005B00AD" w:rsidP="005B00AD">
      <w:pPr>
        <w:rPr>
          <w:rFonts w:ascii="Calibri" w:hAnsi="Calibri" w:cs="Calibri"/>
          <w:sz w:val="20"/>
          <w:szCs w:val="20"/>
          <w:lang w:val="en-FJ"/>
        </w:rPr>
      </w:pPr>
      <w:r w:rsidRPr="00504939">
        <w:rPr>
          <w:rFonts w:ascii="Calibri" w:hAnsi="Calibri" w:cs="Calibri"/>
          <w:sz w:val="20"/>
          <w:szCs w:val="20"/>
          <w:lang w:val="en-FJ"/>
        </w:rPr>
        <w:t>Soon after, another lesson followed. When tension rose, Ruth remembered Mary’s words:</w:t>
      </w:r>
      <w:r w:rsidRPr="00504939">
        <w:rPr>
          <w:rFonts w:ascii="Calibri" w:hAnsi="Calibri" w:cs="Calibri"/>
          <w:sz w:val="20"/>
          <w:szCs w:val="20"/>
          <w:lang w:val="en-FJ"/>
        </w:rPr>
        <w:br/>
      </w:r>
      <w:r w:rsidRPr="00504939">
        <w:rPr>
          <w:rFonts w:ascii="Calibri" w:hAnsi="Calibri" w:cs="Calibri"/>
          <w:b/>
          <w:bCs/>
          <w:sz w:val="20"/>
          <w:szCs w:val="20"/>
          <w:lang w:val="en-FJ"/>
        </w:rPr>
        <w:t>“Whatever He says to you, do it.”</w:t>
      </w:r>
    </w:p>
    <w:p w14:paraId="687BC642" w14:textId="682EE386" w:rsidR="005B00AD" w:rsidRPr="00504939" w:rsidRDefault="005B00AD" w:rsidP="005B00AD">
      <w:pPr>
        <w:rPr>
          <w:rFonts w:ascii="Calibri" w:hAnsi="Calibri" w:cs="Calibri"/>
          <w:sz w:val="20"/>
          <w:szCs w:val="20"/>
          <w:lang w:val="en-FJ"/>
        </w:rPr>
      </w:pPr>
      <w:r w:rsidRPr="00504939">
        <w:rPr>
          <w:rFonts w:ascii="Calibri" w:hAnsi="Calibri" w:cs="Calibri"/>
          <w:sz w:val="20"/>
          <w:szCs w:val="20"/>
          <w:lang w:val="en-FJ"/>
        </w:rPr>
        <w:t>So instead of responding in anger, she chose patience.</w:t>
      </w:r>
      <w:r w:rsidR="006B0E54">
        <w:rPr>
          <w:rFonts w:ascii="Calibri" w:hAnsi="Calibri" w:cs="Calibri"/>
          <w:sz w:val="20"/>
          <w:szCs w:val="20"/>
          <w:lang w:val="en-FJ"/>
        </w:rPr>
        <w:t xml:space="preserve"> </w:t>
      </w:r>
      <w:r w:rsidRPr="00504939">
        <w:rPr>
          <w:rFonts w:ascii="Calibri" w:hAnsi="Calibri" w:cs="Calibri"/>
          <w:sz w:val="20"/>
          <w:szCs w:val="20"/>
          <w:lang w:val="en-FJ"/>
        </w:rPr>
        <w:t>Daniel chose kindness instead of silence.</w:t>
      </w:r>
      <w:r w:rsidR="006B0E54">
        <w:rPr>
          <w:rFonts w:ascii="Calibri" w:hAnsi="Calibri" w:cs="Calibri"/>
          <w:sz w:val="20"/>
          <w:szCs w:val="20"/>
          <w:lang w:val="en-FJ"/>
        </w:rPr>
        <w:t xml:space="preserve"> </w:t>
      </w:r>
      <w:r w:rsidRPr="00504939">
        <w:rPr>
          <w:rFonts w:ascii="Calibri" w:hAnsi="Calibri" w:cs="Calibri"/>
          <w:sz w:val="20"/>
          <w:szCs w:val="20"/>
          <w:lang w:val="en-FJ"/>
        </w:rPr>
        <w:t>They began obeying God in small ways.</w:t>
      </w:r>
      <w:r w:rsidR="006B0E54">
        <w:rPr>
          <w:rFonts w:ascii="Calibri" w:hAnsi="Calibri" w:cs="Calibri"/>
          <w:sz w:val="20"/>
          <w:szCs w:val="20"/>
          <w:lang w:val="en-FJ"/>
        </w:rPr>
        <w:t xml:space="preserve">  </w:t>
      </w:r>
      <w:r w:rsidRPr="00504939">
        <w:rPr>
          <w:rFonts w:ascii="Calibri" w:hAnsi="Calibri" w:cs="Calibri"/>
          <w:sz w:val="20"/>
          <w:szCs w:val="20"/>
          <w:lang w:val="en-FJ"/>
        </w:rPr>
        <w:t>Yet something still felt incomplete.</w:t>
      </w:r>
      <w:r w:rsidR="00C412D8">
        <w:rPr>
          <w:rFonts w:ascii="Calibri" w:hAnsi="Calibri" w:cs="Calibri"/>
          <w:sz w:val="20"/>
          <w:szCs w:val="20"/>
          <w:lang w:val="en-FJ"/>
        </w:rPr>
        <w:t xml:space="preserve"> </w:t>
      </w:r>
      <w:r w:rsidRPr="00504939">
        <w:rPr>
          <w:rFonts w:ascii="Calibri" w:hAnsi="Calibri" w:cs="Calibri"/>
          <w:sz w:val="20"/>
          <w:szCs w:val="20"/>
          <w:lang w:val="en-FJ"/>
        </w:rPr>
        <w:t>Then they noticed the jars.</w:t>
      </w:r>
    </w:p>
    <w:p w14:paraId="14EEC335" w14:textId="5C00FC34" w:rsidR="005B00AD" w:rsidRPr="00504939" w:rsidRDefault="005B00AD" w:rsidP="005B00AD">
      <w:pPr>
        <w:rPr>
          <w:rFonts w:ascii="Calibri" w:hAnsi="Calibri" w:cs="Calibri"/>
          <w:sz w:val="20"/>
          <w:szCs w:val="20"/>
          <w:lang w:val="en-FJ"/>
        </w:rPr>
      </w:pPr>
      <w:r w:rsidRPr="00504939">
        <w:rPr>
          <w:rFonts w:ascii="Calibri" w:hAnsi="Calibri" w:cs="Calibri"/>
          <w:sz w:val="20"/>
          <w:szCs w:val="20"/>
          <w:lang w:val="en-FJ"/>
        </w:rPr>
        <w:t>Not physical jars—but spiritual ones. The prayer jar was nearly empty. The worship jar dusty. The forgiveness jar cracked. The Scripture jar rarely filled.</w:t>
      </w:r>
      <w:r w:rsidR="006B0E54">
        <w:rPr>
          <w:rFonts w:ascii="Calibri" w:hAnsi="Calibri" w:cs="Calibri"/>
          <w:sz w:val="20"/>
          <w:szCs w:val="20"/>
          <w:lang w:val="en-FJ"/>
        </w:rPr>
        <w:t xml:space="preserve">  </w:t>
      </w:r>
      <w:proofErr w:type="gramStart"/>
      <w:r w:rsidRPr="00504939">
        <w:rPr>
          <w:rFonts w:ascii="Calibri" w:hAnsi="Calibri" w:cs="Calibri"/>
          <w:sz w:val="20"/>
          <w:szCs w:val="20"/>
          <w:lang w:val="en-FJ"/>
        </w:rPr>
        <w:t>So</w:t>
      </w:r>
      <w:proofErr w:type="gramEnd"/>
      <w:r w:rsidRPr="00504939">
        <w:rPr>
          <w:rFonts w:ascii="Calibri" w:hAnsi="Calibri" w:cs="Calibri"/>
          <w:sz w:val="20"/>
          <w:szCs w:val="20"/>
          <w:lang w:val="en-FJ"/>
        </w:rPr>
        <w:t xml:space="preserve"> they began again.</w:t>
      </w:r>
      <w:r w:rsidR="00C412D8">
        <w:rPr>
          <w:rFonts w:ascii="Calibri" w:hAnsi="Calibri" w:cs="Calibri"/>
          <w:sz w:val="20"/>
          <w:szCs w:val="20"/>
          <w:lang w:val="en-FJ"/>
        </w:rPr>
        <w:t xml:space="preserve">  </w:t>
      </w:r>
      <w:r w:rsidRPr="00504939">
        <w:rPr>
          <w:rFonts w:ascii="Calibri" w:hAnsi="Calibri" w:cs="Calibri"/>
          <w:sz w:val="20"/>
          <w:szCs w:val="20"/>
          <w:lang w:val="en-FJ"/>
        </w:rPr>
        <w:t>They filled the jars daily—with prayer before sleep, Scripture at the table, forgiveness after conflict, worship on ordinary days.</w:t>
      </w:r>
      <w:r w:rsidR="006B0E54">
        <w:rPr>
          <w:rFonts w:ascii="Calibri" w:hAnsi="Calibri" w:cs="Calibri"/>
          <w:sz w:val="20"/>
          <w:szCs w:val="20"/>
          <w:lang w:val="en-FJ"/>
        </w:rPr>
        <w:t xml:space="preserve"> </w:t>
      </w:r>
    </w:p>
    <w:p w14:paraId="26C38C37" w14:textId="77777777" w:rsidR="005B00AD" w:rsidRPr="00504939" w:rsidRDefault="005B00AD" w:rsidP="005B00AD">
      <w:pPr>
        <w:rPr>
          <w:rFonts w:ascii="Calibri" w:hAnsi="Calibri" w:cs="Calibri"/>
          <w:sz w:val="20"/>
          <w:szCs w:val="20"/>
          <w:lang w:val="en-FJ"/>
        </w:rPr>
      </w:pPr>
      <w:r w:rsidRPr="00504939">
        <w:rPr>
          <w:rFonts w:ascii="Calibri" w:hAnsi="Calibri" w:cs="Calibri"/>
          <w:sz w:val="20"/>
          <w:szCs w:val="20"/>
          <w:lang w:val="en-FJ"/>
        </w:rPr>
        <w:t>Slowly, quietly, joy returned.</w:t>
      </w:r>
    </w:p>
    <w:p w14:paraId="36E6EA28" w14:textId="77777777" w:rsidR="005B00AD" w:rsidRPr="00504939" w:rsidRDefault="005B00AD" w:rsidP="005B00AD">
      <w:pPr>
        <w:rPr>
          <w:rFonts w:ascii="Calibri" w:hAnsi="Calibri" w:cs="Calibri"/>
          <w:sz w:val="20"/>
          <w:szCs w:val="20"/>
          <w:lang w:val="en-FJ"/>
        </w:rPr>
      </w:pPr>
      <w:r w:rsidRPr="00504939">
        <w:rPr>
          <w:rFonts w:ascii="Calibri" w:hAnsi="Calibri" w:cs="Calibri"/>
          <w:sz w:val="20"/>
          <w:szCs w:val="20"/>
          <w:lang w:val="en-FJ"/>
        </w:rPr>
        <w:t>Problems didn’t disappear—but peace did not leave.</w:t>
      </w:r>
      <w:r w:rsidRPr="00504939">
        <w:rPr>
          <w:rFonts w:ascii="Calibri" w:hAnsi="Calibri" w:cs="Calibri"/>
          <w:sz w:val="20"/>
          <w:szCs w:val="20"/>
          <w:lang w:val="en-FJ"/>
        </w:rPr>
        <w:br/>
        <w:t>The water of routine was transformed into the joy of Christ’s presence.</w:t>
      </w:r>
    </w:p>
    <w:p w14:paraId="53B1C1A5" w14:textId="77777777" w:rsidR="005B00AD" w:rsidRPr="00504939" w:rsidRDefault="005B00AD" w:rsidP="005B00AD">
      <w:pPr>
        <w:rPr>
          <w:rFonts w:ascii="Calibri" w:hAnsi="Calibri" w:cs="Calibri"/>
          <w:sz w:val="20"/>
          <w:szCs w:val="20"/>
          <w:lang w:val="en-FJ"/>
        </w:rPr>
      </w:pPr>
      <w:r w:rsidRPr="00504939">
        <w:rPr>
          <w:rFonts w:ascii="Calibri" w:hAnsi="Calibri" w:cs="Calibri"/>
          <w:sz w:val="20"/>
          <w:szCs w:val="20"/>
          <w:lang w:val="en-FJ"/>
        </w:rPr>
        <w:t>One evening, their child said something unexpected:</w:t>
      </w:r>
      <w:r w:rsidRPr="00504939">
        <w:rPr>
          <w:rFonts w:ascii="Calibri" w:hAnsi="Calibri" w:cs="Calibri"/>
          <w:sz w:val="20"/>
          <w:szCs w:val="20"/>
          <w:lang w:val="en-FJ"/>
        </w:rPr>
        <w:br/>
      </w:r>
      <w:r w:rsidRPr="00504939">
        <w:rPr>
          <w:rFonts w:ascii="Calibri" w:hAnsi="Calibri" w:cs="Calibri"/>
          <w:i/>
          <w:iCs/>
          <w:sz w:val="20"/>
          <w:szCs w:val="20"/>
          <w:lang w:val="en-FJ"/>
        </w:rPr>
        <w:t>"Our house feels different. It feels calm."</w:t>
      </w:r>
    </w:p>
    <w:p w14:paraId="655EAADC" w14:textId="77777777" w:rsidR="005B00AD" w:rsidRPr="00504939" w:rsidRDefault="005B00AD" w:rsidP="005B00AD">
      <w:pPr>
        <w:rPr>
          <w:rFonts w:ascii="Calibri" w:hAnsi="Calibri" w:cs="Calibri"/>
          <w:sz w:val="20"/>
          <w:szCs w:val="20"/>
          <w:lang w:val="en-FJ"/>
        </w:rPr>
      </w:pPr>
      <w:r w:rsidRPr="00504939">
        <w:rPr>
          <w:rFonts w:ascii="Calibri" w:hAnsi="Calibri" w:cs="Calibri"/>
          <w:sz w:val="20"/>
          <w:szCs w:val="20"/>
          <w:lang w:val="en-FJ"/>
        </w:rPr>
        <w:t>And they smiled, knowing why.</w:t>
      </w:r>
    </w:p>
    <w:p w14:paraId="7BCDA48B" w14:textId="77777777" w:rsidR="005B00AD" w:rsidRPr="00504939" w:rsidRDefault="005B00AD" w:rsidP="005B00AD">
      <w:pPr>
        <w:rPr>
          <w:rFonts w:ascii="Calibri" w:hAnsi="Calibri" w:cs="Calibri"/>
          <w:sz w:val="20"/>
          <w:szCs w:val="20"/>
          <w:lang w:val="en-FJ"/>
        </w:rPr>
      </w:pPr>
      <w:r w:rsidRPr="00504939">
        <w:rPr>
          <w:rFonts w:ascii="Calibri" w:hAnsi="Calibri" w:cs="Calibri"/>
          <w:sz w:val="20"/>
          <w:szCs w:val="20"/>
          <w:lang w:val="en-FJ"/>
        </w:rPr>
        <w:t>Where Jesus is invited…</w:t>
      </w:r>
      <w:r w:rsidRPr="00504939">
        <w:rPr>
          <w:rFonts w:ascii="Calibri" w:hAnsi="Calibri" w:cs="Calibri"/>
          <w:sz w:val="20"/>
          <w:szCs w:val="20"/>
          <w:lang w:val="en-FJ"/>
        </w:rPr>
        <w:br/>
        <w:t>Where His Word is obeyed…</w:t>
      </w:r>
      <w:r w:rsidRPr="00504939">
        <w:rPr>
          <w:rFonts w:ascii="Calibri" w:hAnsi="Calibri" w:cs="Calibri"/>
          <w:sz w:val="20"/>
          <w:szCs w:val="20"/>
          <w:lang w:val="en-FJ"/>
        </w:rPr>
        <w:br/>
        <w:t>Where spiritual jars are kept full…</w:t>
      </w:r>
      <w:r w:rsidRPr="00504939">
        <w:rPr>
          <w:rFonts w:ascii="Calibri" w:hAnsi="Calibri" w:cs="Calibri"/>
          <w:sz w:val="20"/>
          <w:szCs w:val="20"/>
          <w:lang w:val="en-FJ"/>
        </w:rPr>
        <w:br/>
        <w:t>There is peace.</w:t>
      </w:r>
    </w:p>
    <w:p w14:paraId="72E7C368" w14:textId="77777777" w:rsidR="00BC56D0" w:rsidRPr="00504939" w:rsidRDefault="00000000" w:rsidP="005952B1">
      <w:pPr>
        <w:pStyle w:val="Heading4"/>
        <w:rPr>
          <w:color w:val="0070C0"/>
          <w:sz w:val="20"/>
          <w:szCs w:val="20"/>
        </w:rPr>
      </w:pPr>
      <w:r w:rsidRPr="00504939">
        <w:rPr>
          <w:color w:val="0070C0"/>
          <w:sz w:val="20"/>
          <w:szCs w:val="20"/>
        </w:rPr>
        <w:lastRenderedPageBreak/>
        <w:t>REFLECTION QUESTIONS</w:t>
      </w:r>
    </w:p>
    <w:p w14:paraId="40406963" w14:textId="77777777" w:rsidR="00BC56D0" w:rsidRPr="00504939" w:rsidRDefault="00000000" w:rsidP="005952B1">
      <w:pPr>
        <w:pStyle w:val="ListParagraph"/>
        <w:numPr>
          <w:ilvl w:val="0"/>
          <w:numId w:val="23"/>
        </w:numPr>
        <w:rPr>
          <w:sz w:val="20"/>
          <w:szCs w:val="20"/>
        </w:rPr>
      </w:pPr>
      <w:r w:rsidRPr="00504939">
        <w:rPr>
          <w:rFonts w:ascii="Calibri" w:hAnsi="Calibri"/>
          <w:sz w:val="20"/>
          <w:szCs w:val="20"/>
        </w:rPr>
        <w:t>In what areas of my home or life have I forgotten to invite Jesus?</w:t>
      </w:r>
    </w:p>
    <w:p w14:paraId="0217D781" w14:textId="77777777" w:rsidR="00BC56D0" w:rsidRPr="00504939" w:rsidRDefault="00000000" w:rsidP="005952B1">
      <w:pPr>
        <w:pStyle w:val="ListParagraph"/>
        <w:numPr>
          <w:ilvl w:val="0"/>
          <w:numId w:val="23"/>
        </w:numPr>
        <w:rPr>
          <w:sz w:val="20"/>
          <w:szCs w:val="20"/>
        </w:rPr>
      </w:pPr>
      <w:r w:rsidRPr="00504939">
        <w:rPr>
          <w:rFonts w:ascii="Calibri" w:hAnsi="Calibri"/>
          <w:sz w:val="20"/>
          <w:szCs w:val="20"/>
        </w:rPr>
        <w:t>What is Jesus asking me to obey today that would bring more peace into my relationships?</w:t>
      </w:r>
    </w:p>
    <w:p w14:paraId="67B32FDA" w14:textId="77777777" w:rsidR="00BC56D0" w:rsidRPr="00504939" w:rsidRDefault="00000000" w:rsidP="005952B1">
      <w:pPr>
        <w:pStyle w:val="ListParagraph"/>
        <w:numPr>
          <w:ilvl w:val="0"/>
          <w:numId w:val="23"/>
        </w:numPr>
        <w:rPr>
          <w:sz w:val="20"/>
          <w:szCs w:val="20"/>
        </w:rPr>
      </w:pPr>
      <w:r w:rsidRPr="00504939">
        <w:rPr>
          <w:rFonts w:ascii="Calibri" w:hAnsi="Calibri"/>
          <w:sz w:val="20"/>
          <w:szCs w:val="20"/>
        </w:rPr>
        <w:t>Are my “spiritual jars” full or empty?</w:t>
      </w:r>
    </w:p>
    <w:p w14:paraId="603F9CAE" w14:textId="77777777" w:rsidR="00BC56D0" w:rsidRPr="00504939" w:rsidRDefault="00000000" w:rsidP="005952B1">
      <w:pPr>
        <w:pStyle w:val="ListParagraph"/>
        <w:numPr>
          <w:ilvl w:val="0"/>
          <w:numId w:val="23"/>
        </w:numPr>
        <w:rPr>
          <w:sz w:val="20"/>
          <w:szCs w:val="20"/>
        </w:rPr>
      </w:pPr>
      <w:r w:rsidRPr="00504939">
        <w:rPr>
          <w:rFonts w:ascii="Calibri" w:hAnsi="Calibri"/>
          <w:sz w:val="20"/>
          <w:szCs w:val="20"/>
        </w:rPr>
        <w:t>What habits or attitudes disrupt peace in my home?</w:t>
      </w:r>
    </w:p>
    <w:p w14:paraId="036AB1EE" w14:textId="77777777" w:rsidR="00BC56D0" w:rsidRPr="00504939" w:rsidRDefault="00000000" w:rsidP="005952B1">
      <w:pPr>
        <w:pStyle w:val="ListParagraph"/>
        <w:numPr>
          <w:ilvl w:val="0"/>
          <w:numId w:val="23"/>
        </w:numPr>
        <w:rPr>
          <w:sz w:val="20"/>
          <w:szCs w:val="20"/>
        </w:rPr>
      </w:pPr>
      <w:r w:rsidRPr="00504939">
        <w:rPr>
          <w:rFonts w:ascii="Calibri" w:hAnsi="Calibri"/>
          <w:sz w:val="20"/>
          <w:szCs w:val="20"/>
        </w:rPr>
        <w:t>How can I become an instrument of peace in my family this week?</w:t>
      </w:r>
    </w:p>
    <w:p w14:paraId="2C89A4C8" w14:textId="77777777" w:rsidR="00BC56D0" w:rsidRPr="00C412D8" w:rsidRDefault="00000000" w:rsidP="005952B1">
      <w:pPr>
        <w:pStyle w:val="Heading4"/>
        <w:rPr>
          <w:color w:val="0070C0"/>
          <w:sz w:val="20"/>
          <w:szCs w:val="20"/>
        </w:rPr>
      </w:pPr>
      <w:r w:rsidRPr="00C412D8">
        <w:rPr>
          <w:color w:val="0070C0"/>
          <w:sz w:val="20"/>
          <w:szCs w:val="20"/>
        </w:rPr>
        <w:t>FAMILY ACTIVITY: “The Peace Basket”</w:t>
      </w:r>
    </w:p>
    <w:p w14:paraId="3783642C" w14:textId="77777777" w:rsidR="00BC56D0" w:rsidRPr="00504939" w:rsidRDefault="00000000" w:rsidP="005952B1">
      <w:pPr>
        <w:rPr>
          <w:b/>
          <w:bCs/>
          <w:sz w:val="20"/>
          <w:szCs w:val="20"/>
        </w:rPr>
      </w:pPr>
      <w:r w:rsidRPr="00504939">
        <w:rPr>
          <w:rFonts w:ascii="Calibri" w:hAnsi="Calibri"/>
          <w:b/>
          <w:bCs/>
          <w:sz w:val="20"/>
          <w:szCs w:val="20"/>
        </w:rPr>
        <w:t>Materials:</w:t>
      </w:r>
    </w:p>
    <w:p w14:paraId="46A6CBD1" w14:textId="77777777" w:rsidR="00BC56D0" w:rsidRPr="00504939" w:rsidRDefault="00000000" w:rsidP="005952B1">
      <w:pPr>
        <w:pStyle w:val="ListParagraph"/>
        <w:numPr>
          <w:ilvl w:val="0"/>
          <w:numId w:val="24"/>
        </w:numPr>
        <w:rPr>
          <w:sz w:val="20"/>
          <w:szCs w:val="20"/>
        </w:rPr>
      </w:pPr>
      <w:r w:rsidRPr="00504939">
        <w:rPr>
          <w:rFonts w:ascii="Calibri" w:hAnsi="Calibri"/>
          <w:sz w:val="20"/>
          <w:szCs w:val="20"/>
        </w:rPr>
        <w:t>A small basket or box</w:t>
      </w:r>
    </w:p>
    <w:p w14:paraId="07E5F6FB" w14:textId="77777777" w:rsidR="00BC56D0" w:rsidRPr="00504939" w:rsidRDefault="00000000" w:rsidP="005952B1">
      <w:pPr>
        <w:pStyle w:val="ListParagraph"/>
        <w:numPr>
          <w:ilvl w:val="0"/>
          <w:numId w:val="24"/>
        </w:numPr>
        <w:rPr>
          <w:sz w:val="20"/>
          <w:szCs w:val="20"/>
        </w:rPr>
      </w:pPr>
      <w:r w:rsidRPr="00504939">
        <w:rPr>
          <w:rFonts w:ascii="Calibri" w:hAnsi="Calibri"/>
          <w:sz w:val="20"/>
          <w:szCs w:val="20"/>
        </w:rPr>
        <w:t>Small strips of paper</w:t>
      </w:r>
    </w:p>
    <w:p w14:paraId="1C40BDCC" w14:textId="77777777" w:rsidR="00BC56D0" w:rsidRPr="00504939" w:rsidRDefault="00000000" w:rsidP="005952B1">
      <w:pPr>
        <w:pStyle w:val="ListParagraph"/>
        <w:numPr>
          <w:ilvl w:val="0"/>
          <w:numId w:val="24"/>
        </w:numPr>
        <w:rPr>
          <w:sz w:val="20"/>
          <w:szCs w:val="20"/>
        </w:rPr>
      </w:pPr>
      <w:r w:rsidRPr="00504939">
        <w:rPr>
          <w:rFonts w:ascii="Calibri" w:hAnsi="Calibri"/>
          <w:sz w:val="20"/>
          <w:szCs w:val="20"/>
        </w:rPr>
        <w:t>Pens/pencils</w:t>
      </w:r>
    </w:p>
    <w:p w14:paraId="6637027A" w14:textId="77777777" w:rsidR="00BC56D0" w:rsidRPr="00504939" w:rsidRDefault="00000000" w:rsidP="005952B1">
      <w:pPr>
        <w:rPr>
          <w:b/>
          <w:bCs/>
          <w:sz w:val="20"/>
          <w:szCs w:val="20"/>
        </w:rPr>
      </w:pPr>
      <w:r w:rsidRPr="00504939">
        <w:rPr>
          <w:rFonts w:ascii="Calibri" w:hAnsi="Calibri"/>
          <w:b/>
          <w:bCs/>
          <w:sz w:val="20"/>
          <w:szCs w:val="20"/>
        </w:rPr>
        <w:t>Activity:</w:t>
      </w:r>
    </w:p>
    <w:p w14:paraId="6766F5EF" w14:textId="77777777" w:rsidR="00BC56D0" w:rsidRPr="00B239E4" w:rsidRDefault="00000000" w:rsidP="00B239E4">
      <w:pPr>
        <w:pStyle w:val="ListParagraph"/>
        <w:numPr>
          <w:ilvl w:val="0"/>
          <w:numId w:val="44"/>
        </w:numPr>
        <w:spacing w:after="0" w:line="240" w:lineRule="auto"/>
        <w:rPr>
          <w:sz w:val="20"/>
          <w:szCs w:val="20"/>
        </w:rPr>
      </w:pPr>
      <w:r w:rsidRPr="00B239E4">
        <w:rPr>
          <w:rFonts w:ascii="Calibri" w:hAnsi="Calibri"/>
          <w:sz w:val="20"/>
          <w:szCs w:val="20"/>
        </w:rPr>
        <w:t>Place the basket in the center of the room.</w:t>
      </w:r>
    </w:p>
    <w:p w14:paraId="73F5B613" w14:textId="77777777" w:rsidR="00BC56D0" w:rsidRPr="00B239E4" w:rsidRDefault="00000000" w:rsidP="00B239E4">
      <w:pPr>
        <w:pStyle w:val="ListParagraph"/>
        <w:numPr>
          <w:ilvl w:val="0"/>
          <w:numId w:val="44"/>
        </w:numPr>
        <w:spacing w:after="0" w:line="240" w:lineRule="auto"/>
        <w:rPr>
          <w:sz w:val="20"/>
          <w:szCs w:val="20"/>
        </w:rPr>
      </w:pPr>
      <w:r w:rsidRPr="00B239E4">
        <w:rPr>
          <w:rFonts w:ascii="Calibri" w:hAnsi="Calibri"/>
          <w:sz w:val="20"/>
          <w:szCs w:val="20"/>
        </w:rPr>
        <w:t>Each family member writes down something that brings peace (e.g., prayer, kindness, apology, forgiveness, quiet time with God).</w:t>
      </w:r>
    </w:p>
    <w:p w14:paraId="3456F874" w14:textId="77777777" w:rsidR="00BC56D0" w:rsidRPr="00B239E4" w:rsidRDefault="00000000" w:rsidP="00B239E4">
      <w:pPr>
        <w:pStyle w:val="ListParagraph"/>
        <w:numPr>
          <w:ilvl w:val="0"/>
          <w:numId w:val="44"/>
        </w:numPr>
        <w:spacing w:after="0" w:line="240" w:lineRule="auto"/>
        <w:rPr>
          <w:sz w:val="20"/>
          <w:szCs w:val="20"/>
        </w:rPr>
      </w:pPr>
      <w:r w:rsidRPr="00B239E4">
        <w:rPr>
          <w:rFonts w:ascii="Calibri" w:hAnsi="Calibri"/>
          <w:sz w:val="20"/>
          <w:szCs w:val="20"/>
        </w:rPr>
        <w:t xml:space="preserve">Then each </w:t>
      </w:r>
      <w:proofErr w:type="gramStart"/>
      <w:r w:rsidRPr="00B239E4">
        <w:rPr>
          <w:rFonts w:ascii="Calibri" w:hAnsi="Calibri"/>
          <w:sz w:val="20"/>
          <w:szCs w:val="20"/>
        </w:rPr>
        <w:t>writes</w:t>
      </w:r>
      <w:proofErr w:type="gramEnd"/>
      <w:r w:rsidRPr="00B239E4">
        <w:rPr>
          <w:rFonts w:ascii="Calibri" w:hAnsi="Calibri"/>
          <w:sz w:val="20"/>
          <w:szCs w:val="20"/>
        </w:rPr>
        <w:t xml:space="preserve"> something that steals peace (e.g., anger, shouting, gossip, impatience).</w:t>
      </w:r>
    </w:p>
    <w:p w14:paraId="0786563B" w14:textId="77777777" w:rsidR="00BC56D0" w:rsidRPr="00B239E4" w:rsidRDefault="00000000" w:rsidP="00B239E4">
      <w:pPr>
        <w:pStyle w:val="ListParagraph"/>
        <w:numPr>
          <w:ilvl w:val="0"/>
          <w:numId w:val="44"/>
        </w:numPr>
        <w:spacing w:after="0" w:line="240" w:lineRule="auto"/>
        <w:rPr>
          <w:sz w:val="20"/>
          <w:szCs w:val="20"/>
        </w:rPr>
      </w:pPr>
      <w:r w:rsidRPr="00B239E4">
        <w:rPr>
          <w:rFonts w:ascii="Calibri" w:hAnsi="Calibri"/>
          <w:sz w:val="20"/>
          <w:szCs w:val="20"/>
        </w:rPr>
        <w:t>Place all the notes inside the basket.</w:t>
      </w:r>
    </w:p>
    <w:p w14:paraId="47A6D1FA" w14:textId="77777777" w:rsidR="00BC56D0" w:rsidRPr="00B239E4" w:rsidRDefault="00000000" w:rsidP="00B239E4">
      <w:pPr>
        <w:pStyle w:val="ListParagraph"/>
        <w:numPr>
          <w:ilvl w:val="0"/>
          <w:numId w:val="44"/>
        </w:numPr>
        <w:spacing w:after="0" w:line="240" w:lineRule="auto"/>
        <w:rPr>
          <w:sz w:val="20"/>
          <w:szCs w:val="20"/>
        </w:rPr>
      </w:pPr>
      <w:r w:rsidRPr="00B239E4">
        <w:rPr>
          <w:rFonts w:ascii="Calibri" w:hAnsi="Calibri"/>
          <w:sz w:val="20"/>
          <w:szCs w:val="20"/>
        </w:rPr>
        <w:t>Pray together, asking God to remove what steals peace and strengthen what brings peace.</w:t>
      </w:r>
    </w:p>
    <w:p w14:paraId="65D234AA" w14:textId="77777777" w:rsidR="00BC56D0" w:rsidRPr="00B239E4" w:rsidRDefault="00000000" w:rsidP="00B239E4">
      <w:pPr>
        <w:pStyle w:val="ListParagraph"/>
        <w:numPr>
          <w:ilvl w:val="0"/>
          <w:numId w:val="44"/>
        </w:numPr>
        <w:spacing w:after="0" w:line="240" w:lineRule="auto"/>
        <w:rPr>
          <w:sz w:val="20"/>
          <w:szCs w:val="20"/>
        </w:rPr>
      </w:pPr>
      <w:r w:rsidRPr="00B239E4">
        <w:rPr>
          <w:rFonts w:ascii="Calibri" w:hAnsi="Calibri"/>
          <w:sz w:val="20"/>
          <w:szCs w:val="20"/>
        </w:rPr>
        <w:t>Choose one “peace action” to practice together for the week.</w:t>
      </w:r>
    </w:p>
    <w:p w14:paraId="223BC7B4" w14:textId="77777777" w:rsidR="00B239E4" w:rsidRPr="00B239E4" w:rsidRDefault="00B239E4" w:rsidP="00B239E4">
      <w:pPr>
        <w:pStyle w:val="ListParagraph"/>
        <w:spacing w:after="0" w:line="240" w:lineRule="auto"/>
        <w:rPr>
          <w:sz w:val="20"/>
          <w:szCs w:val="20"/>
        </w:rPr>
      </w:pPr>
    </w:p>
    <w:p w14:paraId="1C8218B0" w14:textId="77777777" w:rsidR="00BC56D0" w:rsidRPr="00504939" w:rsidRDefault="00000000" w:rsidP="005952B1">
      <w:pPr>
        <w:rPr>
          <w:sz w:val="20"/>
          <w:szCs w:val="20"/>
        </w:rPr>
      </w:pPr>
      <w:r w:rsidRPr="00504939">
        <w:rPr>
          <w:rFonts w:ascii="Calibri" w:hAnsi="Calibri"/>
          <w:b/>
          <w:bCs/>
          <w:sz w:val="20"/>
          <w:szCs w:val="20"/>
        </w:rPr>
        <w:t>Message:</w:t>
      </w:r>
      <w:r w:rsidRPr="00504939">
        <w:rPr>
          <w:rFonts w:ascii="Calibri" w:hAnsi="Calibri"/>
          <w:b/>
          <w:bCs/>
          <w:sz w:val="20"/>
          <w:szCs w:val="20"/>
        </w:rPr>
        <w:br/>
      </w:r>
      <w:r w:rsidRPr="00504939">
        <w:rPr>
          <w:rFonts w:ascii="Calibri" w:hAnsi="Calibri"/>
          <w:sz w:val="20"/>
          <w:szCs w:val="20"/>
        </w:rPr>
        <w:t>Peace in the world begins with peace in the home.</w:t>
      </w:r>
    </w:p>
    <w:p w14:paraId="1E02B065" w14:textId="77777777" w:rsidR="00BC56D0" w:rsidRPr="00504939" w:rsidRDefault="00000000" w:rsidP="005952B1">
      <w:pPr>
        <w:pStyle w:val="Heading4"/>
        <w:rPr>
          <w:color w:val="0070C0"/>
          <w:sz w:val="20"/>
          <w:szCs w:val="20"/>
        </w:rPr>
      </w:pPr>
      <w:r w:rsidRPr="00504939">
        <w:rPr>
          <w:color w:val="0070C0"/>
          <w:sz w:val="20"/>
          <w:szCs w:val="20"/>
        </w:rPr>
        <w:t>TRANSITION INTO THE SERMON</w:t>
      </w:r>
    </w:p>
    <w:p w14:paraId="6835C9B0" w14:textId="77777777" w:rsidR="00BC56D0" w:rsidRPr="00504939" w:rsidRDefault="00000000" w:rsidP="005952B1">
      <w:pPr>
        <w:rPr>
          <w:sz w:val="20"/>
          <w:szCs w:val="20"/>
        </w:rPr>
      </w:pPr>
      <w:r w:rsidRPr="00504939">
        <w:rPr>
          <w:rFonts w:ascii="Calibri" w:hAnsi="Calibri"/>
          <w:sz w:val="20"/>
          <w:szCs w:val="20"/>
        </w:rPr>
        <w:t>“We long for peace in our communities, in our nations, and across the world. Yet Jesus reminds us that peace begins not globally, but personally—in the heart, and in the home.</w:t>
      </w:r>
    </w:p>
    <w:p w14:paraId="72874B36" w14:textId="77777777" w:rsidR="00BC56D0" w:rsidRPr="00504939" w:rsidRDefault="00000000" w:rsidP="005952B1">
      <w:pPr>
        <w:rPr>
          <w:sz w:val="20"/>
          <w:szCs w:val="20"/>
        </w:rPr>
      </w:pPr>
      <w:r w:rsidRPr="00504939">
        <w:rPr>
          <w:rFonts w:ascii="Calibri" w:hAnsi="Calibri"/>
          <w:sz w:val="20"/>
          <w:szCs w:val="20"/>
        </w:rPr>
        <w:t>As we explore today’s message, Peace on Earth, we discover that true peace is not the absence of conflict but the presence of Christ.</w:t>
      </w:r>
    </w:p>
    <w:p w14:paraId="4B5D547F" w14:textId="77777777" w:rsidR="00BC56D0" w:rsidRPr="00504939" w:rsidRDefault="00000000" w:rsidP="005952B1">
      <w:pPr>
        <w:rPr>
          <w:sz w:val="20"/>
          <w:szCs w:val="20"/>
        </w:rPr>
      </w:pPr>
      <w:r w:rsidRPr="00504939">
        <w:rPr>
          <w:rFonts w:ascii="Calibri" w:hAnsi="Calibri"/>
          <w:sz w:val="20"/>
          <w:szCs w:val="20"/>
        </w:rPr>
        <w:t>Let us open our hearts as we step into this timely and powerful message.”</w:t>
      </w:r>
    </w:p>
    <w:p w14:paraId="715DEF25" w14:textId="77777777" w:rsidR="00BC56D0" w:rsidRPr="00504939" w:rsidRDefault="00000000" w:rsidP="005952B1">
      <w:pPr>
        <w:pStyle w:val="Heading4"/>
        <w:rPr>
          <w:color w:val="0070C0"/>
          <w:sz w:val="20"/>
          <w:szCs w:val="20"/>
        </w:rPr>
      </w:pPr>
      <w:r w:rsidRPr="00504939">
        <w:rPr>
          <w:color w:val="0070C0"/>
          <w:sz w:val="20"/>
          <w:szCs w:val="20"/>
        </w:rPr>
        <w:t>PRAYER</w:t>
      </w:r>
    </w:p>
    <w:p w14:paraId="3BAC476B" w14:textId="77777777" w:rsidR="00BC56D0" w:rsidRPr="00504939" w:rsidRDefault="00000000" w:rsidP="005952B1">
      <w:pPr>
        <w:spacing w:after="0" w:line="240" w:lineRule="auto"/>
        <w:rPr>
          <w:sz w:val="20"/>
          <w:szCs w:val="20"/>
        </w:rPr>
      </w:pPr>
      <w:r w:rsidRPr="00504939">
        <w:rPr>
          <w:rFonts w:ascii="Calibri" w:hAnsi="Calibri"/>
          <w:sz w:val="20"/>
          <w:szCs w:val="20"/>
        </w:rPr>
        <w:t>Lord Jesus, Prince of Peace,</w:t>
      </w:r>
      <w:r w:rsidRPr="00504939">
        <w:rPr>
          <w:rFonts w:ascii="Calibri" w:hAnsi="Calibri"/>
          <w:sz w:val="20"/>
          <w:szCs w:val="20"/>
        </w:rPr>
        <w:br/>
        <w:t>Thank You for Your presence that brings calm to storms, hope to brokenness, and healing to wounded homes.</w:t>
      </w:r>
      <w:r w:rsidRPr="00504939">
        <w:rPr>
          <w:rFonts w:ascii="Calibri" w:hAnsi="Calibri"/>
          <w:sz w:val="20"/>
          <w:szCs w:val="20"/>
        </w:rPr>
        <w:br/>
        <w:t>Teach us to invite You daily into our hearts and families.</w:t>
      </w:r>
      <w:r w:rsidRPr="00504939">
        <w:rPr>
          <w:rFonts w:ascii="Calibri" w:hAnsi="Calibri"/>
          <w:sz w:val="20"/>
          <w:szCs w:val="20"/>
        </w:rPr>
        <w:br/>
        <w:t>Help us obey Your Word, fill our spiritual jars, and live in harmony with one another.</w:t>
      </w:r>
    </w:p>
    <w:p w14:paraId="3EE45331" w14:textId="02917751" w:rsidR="00BC56D0" w:rsidRPr="00504939" w:rsidRDefault="00000000" w:rsidP="005952B1">
      <w:pPr>
        <w:spacing w:after="0" w:line="240" w:lineRule="auto"/>
        <w:rPr>
          <w:sz w:val="20"/>
          <w:szCs w:val="20"/>
        </w:rPr>
      </w:pPr>
      <w:r w:rsidRPr="00504939">
        <w:rPr>
          <w:rFonts w:ascii="Calibri" w:hAnsi="Calibri"/>
          <w:sz w:val="20"/>
          <w:szCs w:val="20"/>
        </w:rPr>
        <w:t>Bring peace to our homes, peace to our community, and peace to our world—beginning with us.</w:t>
      </w:r>
      <w:r w:rsidRPr="00504939">
        <w:rPr>
          <w:rFonts w:ascii="Calibri" w:hAnsi="Calibri"/>
          <w:sz w:val="20"/>
          <w:szCs w:val="20"/>
        </w:rPr>
        <w:br/>
        <w:t>As we move into the message, open our minds to understand and our hearts to receive the peace only You can give.</w:t>
      </w:r>
      <w:r w:rsidR="00F62C57" w:rsidRPr="00504939">
        <w:rPr>
          <w:rFonts w:ascii="Calibri" w:hAnsi="Calibri"/>
          <w:sz w:val="20"/>
          <w:szCs w:val="20"/>
        </w:rPr>
        <w:t xml:space="preserve"> </w:t>
      </w:r>
      <w:r w:rsidRPr="00504939">
        <w:rPr>
          <w:rFonts w:ascii="Calibri" w:hAnsi="Calibri"/>
          <w:sz w:val="20"/>
          <w:szCs w:val="20"/>
        </w:rPr>
        <w:t xml:space="preserve">In Your holy name we </w:t>
      </w:r>
      <w:proofErr w:type="gramStart"/>
      <w:r w:rsidRPr="00504939">
        <w:rPr>
          <w:rFonts w:ascii="Calibri" w:hAnsi="Calibri"/>
          <w:sz w:val="20"/>
          <w:szCs w:val="20"/>
        </w:rPr>
        <w:t>pray,</w:t>
      </w:r>
      <w:r w:rsidR="00F62C57" w:rsidRPr="00504939">
        <w:rPr>
          <w:rFonts w:ascii="Calibri" w:hAnsi="Calibri"/>
          <w:sz w:val="20"/>
          <w:szCs w:val="20"/>
        </w:rPr>
        <w:t xml:space="preserve">  </w:t>
      </w:r>
      <w:r w:rsidRPr="00504939">
        <w:rPr>
          <w:rFonts w:ascii="Calibri" w:hAnsi="Calibri"/>
          <w:sz w:val="20"/>
          <w:szCs w:val="20"/>
        </w:rPr>
        <w:t>Amen</w:t>
      </w:r>
      <w:proofErr w:type="gramEnd"/>
      <w:r w:rsidRPr="00504939">
        <w:rPr>
          <w:rFonts w:ascii="Calibri" w:hAnsi="Calibri"/>
          <w:sz w:val="20"/>
          <w:szCs w:val="20"/>
        </w:rPr>
        <w:t>.</w:t>
      </w:r>
    </w:p>
    <w:p w14:paraId="585847DB" w14:textId="77777777" w:rsidR="00BC56D0" w:rsidRPr="00504939" w:rsidRDefault="00BC56D0" w:rsidP="005952B1">
      <w:pPr>
        <w:rPr>
          <w:sz w:val="20"/>
          <w:szCs w:val="20"/>
        </w:rPr>
      </w:pPr>
    </w:p>
    <w:p w14:paraId="4DC97A38" w14:textId="77777777" w:rsidR="00BC56D0" w:rsidRPr="00504939" w:rsidRDefault="00BC56D0" w:rsidP="005952B1">
      <w:pPr>
        <w:rPr>
          <w:sz w:val="20"/>
          <w:szCs w:val="20"/>
        </w:rPr>
      </w:pPr>
    </w:p>
    <w:p w14:paraId="3A3CE9A2" w14:textId="2B0E3EFA" w:rsidR="00BC56D0" w:rsidRPr="00504939" w:rsidRDefault="00E303B9" w:rsidP="00995A8F">
      <w:pPr>
        <w:pStyle w:val="Heading1"/>
        <w:shd w:val="clear" w:color="auto" w:fill="B6DDE8" w:themeFill="accent5" w:themeFillTint="66"/>
        <w:rPr>
          <w:sz w:val="20"/>
          <w:szCs w:val="20"/>
        </w:rPr>
      </w:pPr>
      <w:bookmarkStart w:id="22" w:name="_Toc226793118"/>
      <w:r w:rsidRPr="00504939">
        <w:rPr>
          <w:sz w:val="20"/>
          <w:szCs w:val="20"/>
        </w:rPr>
        <w:t>SERMON TOPIC #7     QUALITY TIME(SABBATH)</w:t>
      </w:r>
      <w:bookmarkEnd w:id="22"/>
      <w:r w:rsidRPr="00504939">
        <w:rPr>
          <w:sz w:val="20"/>
          <w:szCs w:val="20"/>
        </w:rPr>
        <w:t xml:space="preserve"> </w:t>
      </w:r>
    </w:p>
    <w:p w14:paraId="2AEDBB2C" w14:textId="77777777" w:rsidR="00F861D3" w:rsidRPr="00504939" w:rsidRDefault="00F861D3" w:rsidP="005952B1">
      <w:pPr>
        <w:rPr>
          <w:sz w:val="20"/>
          <w:szCs w:val="20"/>
        </w:rPr>
      </w:pPr>
    </w:p>
    <w:p w14:paraId="4DDBB3A2" w14:textId="0F456C76" w:rsidR="00BC56D0" w:rsidRPr="00504939" w:rsidRDefault="00000000" w:rsidP="005952B1">
      <w:pPr>
        <w:pStyle w:val="Heading1"/>
        <w:spacing w:before="0" w:line="240" w:lineRule="auto"/>
        <w:rPr>
          <w:sz w:val="20"/>
          <w:szCs w:val="20"/>
        </w:rPr>
      </w:pPr>
      <w:bookmarkStart w:id="23" w:name="_Toc226793119"/>
      <w:r w:rsidRPr="00504939">
        <w:rPr>
          <w:sz w:val="20"/>
          <w:szCs w:val="20"/>
        </w:rPr>
        <w:lastRenderedPageBreak/>
        <w:t xml:space="preserve">FAMILY </w:t>
      </w:r>
      <w:r w:rsidR="00762978" w:rsidRPr="00504939">
        <w:rPr>
          <w:sz w:val="20"/>
          <w:szCs w:val="20"/>
        </w:rPr>
        <w:t>FOCUS:</w:t>
      </w:r>
      <w:r w:rsidRPr="00504939">
        <w:rPr>
          <w:sz w:val="20"/>
          <w:szCs w:val="20"/>
        </w:rPr>
        <w:t xml:space="preserve">   FAMILY WORSHIP NOT TO BE NEGLECTED</w:t>
      </w:r>
      <w:bookmarkEnd w:id="23"/>
      <w:r w:rsidRPr="00504939">
        <w:rPr>
          <w:sz w:val="20"/>
          <w:szCs w:val="20"/>
        </w:rPr>
        <w:t xml:space="preserve"> </w:t>
      </w:r>
    </w:p>
    <w:p w14:paraId="5C1BC232" w14:textId="77777777" w:rsidR="00BC56D0" w:rsidRPr="00504939" w:rsidRDefault="00000000" w:rsidP="005952B1">
      <w:pPr>
        <w:spacing w:line="240" w:lineRule="auto"/>
        <w:rPr>
          <w:b/>
          <w:bCs/>
          <w:sz w:val="20"/>
          <w:szCs w:val="20"/>
        </w:rPr>
      </w:pPr>
      <w:r w:rsidRPr="00504939">
        <w:rPr>
          <w:rFonts w:ascii="Calibri" w:hAnsi="Calibri"/>
          <w:b/>
          <w:bCs/>
          <w:sz w:val="20"/>
          <w:szCs w:val="20"/>
        </w:rPr>
        <w:t xml:space="preserve">“Trust...in the living God, who giveth us richly all things to enjoy” (1 Tim. 6:17, KJV). </w:t>
      </w:r>
    </w:p>
    <w:p w14:paraId="068036BE" w14:textId="77777777" w:rsidR="00BC56D0" w:rsidRPr="00504939" w:rsidRDefault="00000000" w:rsidP="00995A8F">
      <w:pPr>
        <w:jc w:val="both"/>
        <w:rPr>
          <w:sz w:val="20"/>
          <w:szCs w:val="20"/>
        </w:rPr>
      </w:pPr>
      <w:r w:rsidRPr="00504939">
        <w:rPr>
          <w:rFonts w:ascii="Calibri" w:hAnsi="Calibri"/>
          <w:sz w:val="20"/>
          <w:szCs w:val="20"/>
        </w:rPr>
        <w:t xml:space="preserve">We should be much happier and more useful, if our homelife and social intercourse were governed by the principles of the Christian religion, and illustrated the meekness and simplicity of Christ... Let visitors see that we try to make all around us happy by our cheerfulness, sympathy, and love. </w:t>
      </w:r>
    </w:p>
    <w:p w14:paraId="216A8A95" w14:textId="77777777" w:rsidR="00BC56D0" w:rsidRPr="00504939" w:rsidRDefault="00000000" w:rsidP="00995A8F">
      <w:pPr>
        <w:jc w:val="both"/>
        <w:rPr>
          <w:sz w:val="20"/>
          <w:szCs w:val="20"/>
        </w:rPr>
      </w:pPr>
      <w:r w:rsidRPr="00504939">
        <w:rPr>
          <w:rFonts w:ascii="Calibri" w:hAnsi="Calibri"/>
          <w:sz w:val="20"/>
          <w:szCs w:val="20"/>
        </w:rPr>
        <w:t>While we endeavor to secure the comfort and happiness of our guests, let us not overlook our obligation to God. The hour of prayer should not be neglected for any consideration. ... At an early hour of the evening, when you can pray unhurriedly and understandingly, present your supplication, and raise your voices in happy, grateful praise. Let all who visit Christians see that the hour of prayer is the most sacred, the most precious, and the happiest hour of the day. Such an example will not be without effect.</w:t>
      </w:r>
    </w:p>
    <w:p w14:paraId="0447B2CC" w14:textId="77777777" w:rsidR="00BC56D0" w:rsidRPr="00504939" w:rsidRDefault="00000000" w:rsidP="00995A8F">
      <w:pPr>
        <w:jc w:val="both"/>
        <w:rPr>
          <w:sz w:val="20"/>
          <w:szCs w:val="20"/>
        </w:rPr>
      </w:pPr>
      <w:r w:rsidRPr="00504939">
        <w:rPr>
          <w:rFonts w:ascii="Calibri" w:hAnsi="Calibri"/>
          <w:sz w:val="20"/>
          <w:szCs w:val="20"/>
        </w:rPr>
        <w:t>These seasons of devotion exert a refining, elevating influence upon all who participate in them. Right thoughts and new and better desires will be awakened in the hearts of the most careless. The hour of prayer brings a peace and rest grateful to the weary spirit; for the very atmosphere of a Christian home is that of peace and restfulness</w:t>
      </w:r>
    </w:p>
    <w:p w14:paraId="4DA2DC1A" w14:textId="77777777" w:rsidR="00BC56D0" w:rsidRPr="00504939" w:rsidRDefault="00000000" w:rsidP="00995A8F">
      <w:pPr>
        <w:jc w:val="both"/>
        <w:rPr>
          <w:sz w:val="20"/>
          <w:szCs w:val="20"/>
        </w:rPr>
      </w:pPr>
      <w:r w:rsidRPr="00504939">
        <w:rPr>
          <w:rFonts w:ascii="Calibri" w:hAnsi="Calibri"/>
          <w:sz w:val="20"/>
          <w:szCs w:val="20"/>
        </w:rPr>
        <w:t>In every act the Christian should seek to represent his Master, to make His service appear attractive. ...</w:t>
      </w:r>
    </w:p>
    <w:p w14:paraId="7BE2C0C9" w14:textId="77777777" w:rsidR="00BC56D0" w:rsidRPr="00504939" w:rsidRDefault="00000000" w:rsidP="00995A8F">
      <w:pPr>
        <w:jc w:val="both"/>
        <w:rPr>
          <w:sz w:val="20"/>
          <w:szCs w:val="20"/>
        </w:rPr>
      </w:pPr>
      <w:r w:rsidRPr="00504939">
        <w:rPr>
          <w:rFonts w:ascii="Calibri" w:hAnsi="Calibri"/>
          <w:sz w:val="20"/>
          <w:szCs w:val="20"/>
        </w:rPr>
        <w:t xml:space="preserve">Nine tenths of the trials and perplexities that so many worry over are either </w:t>
      </w:r>
      <w:proofErr w:type="gramStart"/>
      <w:r w:rsidRPr="00504939">
        <w:rPr>
          <w:rFonts w:ascii="Calibri" w:hAnsi="Calibri"/>
          <w:sz w:val="20"/>
          <w:szCs w:val="20"/>
        </w:rPr>
        <w:t>imaginary, or</w:t>
      </w:r>
      <w:proofErr w:type="gramEnd"/>
      <w:r w:rsidRPr="00504939">
        <w:rPr>
          <w:rFonts w:ascii="Calibri" w:hAnsi="Calibri"/>
          <w:sz w:val="20"/>
          <w:szCs w:val="20"/>
        </w:rPr>
        <w:t xml:space="preserve"> brought upon themselves by their own wrong course. They should cease to talk of these trials, and [cease] to magnify them. The Christian may commit every worriment, every disturbing thing to God. Nothing is too small for our compassionate Saviour to notice; nothing is too great for Him to carry.</w:t>
      </w:r>
    </w:p>
    <w:p w14:paraId="450ADC13" w14:textId="77777777" w:rsidR="00BC56D0" w:rsidRPr="00504939" w:rsidRDefault="00000000" w:rsidP="00995A8F">
      <w:pPr>
        <w:jc w:val="both"/>
        <w:rPr>
          <w:sz w:val="20"/>
          <w:szCs w:val="20"/>
        </w:rPr>
      </w:pPr>
      <w:r w:rsidRPr="00504939">
        <w:rPr>
          <w:rFonts w:ascii="Calibri" w:hAnsi="Calibri"/>
          <w:sz w:val="20"/>
          <w:szCs w:val="20"/>
        </w:rPr>
        <w:t xml:space="preserve">Then let us set our hearts and homes in order; let us teach our children that the fear of the Lord is the beginning of wisdom; and let us, by a cheerful, happy, </w:t>
      </w:r>
      <w:proofErr w:type="spellStart"/>
      <w:r w:rsidRPr="00504939">
        <w:rPr>
          <w:rFonts w:ascii="Calibri" w:hAnsi="Calibri"/>
          <w:sz w:val="20"/>
          <w:szCs w:val="20"/>
        </w:rPr>
        <w:t>wellordered</w:t>
      </w:r>
      <w:proofErr w:type="spellEnd"/>
      <w:r w:rsidRPr="00504939">
        <w:rPr>
          <w:rFonts w:ascii="Calibri" w:hAnsi="Calibri"/>
          <w:sz w:val="20"/>
          <w:szCs w:val="20"/>
        </w:rPr>
        <w:t xml:space="preserve"> life, express our gratitude and love to Him “who giveth us richly all things to enjoy” (1 Tim. 6:17). But above all things, let us fix our thoughts and the affections of our hearts on the dear Saviour who suffered for guilty man, and thus opened heaven for us.</w:t>
      </w:r>
    </w:p>
    <w:p w14:paraId="4CA9A4E3" w14:textId="77777777" w:rsidR="00BC56D0" w:rsidRPr="00504939" w:rsidRDefault="00000000" w:rsidP="00995A8F">
      <w:pPr>
        <w:jc w:val="both"/>
        <w:rPr>
          <w:sz w:val="20"/>
          <w:szCs w:val="20"/>
        </w:rPr>
      </w:pPr>
      <w:r w:rsidRPr="00504939">
        <w:rPr>
          <w:rFonts w:ascii="Calibri" w:hAnsi="Calibri"/>
          <w:sz w:val="20"/>
          <w:szCs w:val="20"/>
        </w:rPr>
        <w:t xml:space="preserve">Love to Jesus cannot be </w:t>
      </w:r>
      <w:proofErr w:type="gramStart"/>
      <w:r w:rsidRPr="00504939">
        <w:rPr>
          <w:rFonts w:ascii="Calibri" w:hAnsi="Calibri"/>
          <w:sz w:val="20"/>
          <w:szCs w:val="20"/>
        </w:rPr>
        <w:t>hidden, but</w:t>
      </w:r>
      <w:proofErr w:type="gramEnd"/>
      <w:r w:rsidRPr="00504939">
        <w:rPr>
          <w:rFonts w:ascii="Calibri" w:hAnsi="Calibri"/>
          <w:sz w:val="20"/>
          <w:szCs w:val="20"/>
        </w:rPr>
        <w:t xml:space="preserve"> will make itself seen and felt. It exerts a wondrous power. It makes the timid bold, the slothful diligent, the ignorant </w:t>
      </w:r>
      <w:proofErr w:type="gramStart"/>
      <w:r w:rsidRPr="00504939">
        <w:rPr>
          <w:rFonts w:ascii="Calibri" w:hAnsi="Calibri"/>
          <w:sz w:val="20"/>
          <w:szCs w:val="20"/>
        </w:rPr>
        <w:t>wise</w:t>
      </w:r>
      <w:proofErr w:type="gramEnd"/>
      <w:r w:rsidRPr="00504939">
        <w:rPr>
          <w:rFonts w:ascii="Calibri" w:hAnsi="Calibri"/>
          <w:sz w:val="20"/>
          <w:szCs w:val="20"/>
        </w:rPr>
        <w:t xml:space="preserve">. It makes the stammering tongue </w:t>
      </w:r>
      <w:proofErr w:type="gramStart"/>
      <w:r w:rsidRPr="00504939">
        <w:rPr>
          <w:rFonts w:ascii="Calibri" w:hAnsi="Calibri"/>
          <w:sz w:val="20"/>
          <w:szCs w:val="20"/>
        </w:rPr>
        <w:t>eloquent, and</w:t>
      </w:r>
      <w:proofErr w:type="gramEnd"/>
      <w:r w:rsidRPr="00504939">
        <w:rPr>
          <w:rFonts w:ascii="Calibri" w:hAnsi="Calibri"/>
          <w:sz w:val="20"/>
          <w:szCs w:val="20"/>
        </w:rPr>
        <w:t xml:space="preserve"> rouses the dormant intellect into new life and vigor. It makes the desponding hopeful, the gloomy joyous. Love to Christ will lead its possessor to accept responsibilities and cares for His sake, and to bear them in His strength. Love to Christ will lead its possessor to accept responsibilities and cares for His sake, and to bear them in His strength.</w:t>
      </w:r>
    </w:p>
    <w:p w14:paraId="39846117" w14:textId="77777777" w:rsidR="00BC56D0" w:rsidRPr="00504939" w:rsidRDefault="00000000" w:rsidP="005952B1">
      <w:pPr>
        <w:rPr>
          <w:sz w:val="20"/>
          <w:szCs w:val="20"/>
        </w:rPr>
      </w:pPr>
      <w:r w:rsidRPr="00504939">
        <w:rPr>
          <w:rFonts w:ascii="Calibri" w:hAnsi="Calibri"/>
          <w:sz w:val="20"/>
          <w:szCs w:val="20"/>
        </w:rPr>
        <w:t>—Ellen G. White, Our Father Cares, p. 297</w:t>
      </w:r>
    </w:p>
    <w:p w14:paraId="1BF25613" w14:textId="034D0CB8" w:rsidR="00BC56D0" w:rsidRPr="00504939" w:rsidRDefault="00995A8F" w:rsidP="00995A8F">
      <w:pPr>
        <w:pStyle w:val="Heading4"/>
        <w:rPr>
          <w:color w:val="0070C0"/>
          <w:sz w:val="20"/>
          <w:szCs w:val="20"/>
        </w:rPr>
      </w:pPr>
      <w:r w:rsidRPr="00504939">
        <w:rPr>
          <w:color w:val="0070C0"/>
          <w:sz w:val="20"/>
          <w:szCs w:val="20"/>
        </w:rPr>
        <w:t xml:space="preserve">FAMILY </w:t>
      </w:r>
      <w:r w:rsidR="00762978" w:rsidRPr="00504939">
        <w:rPr>
          <w:color w:val="0070C0"/>
          <w:sz w:val="20"/>
          <w:szCs w:val="20"/>
        </w:rPr>
        <w:t>DEVOTIONAL</w:t>
      </w:r>
      <w:r w:rsidRPr="00504939">
        <w:rPr>
          <w:color w:val="0070C0"/>
          <w:sz w:val="20"/>
          <w:szCs w:val="20"/>
        </w:rPr>
        <w:t xml:space="preserve">: FAMILY WORSHIP NOT TO BE NEGLECTED </w:t>
      </w:r>
    </w:p>
    <w:p w14:paraId="3ADCE13B" w14:textId="76B26505" w:rsidR="00BC56D0" w:rsidRPr="00504939" w:rsidRDefault="00000000" w:rsidP="005952B1">
      <w:pPr>
        <w:rPr>
          <w:sz w:val="20"/>
          <w:szCs w:val="20"/>
        </w:rPr>
      </w:pPr>
      <w:r w:rsidRPr="00504939">
        <w:rPr>
          <w:rFonts w:ascii="Calibri" w:hAnsi="Calibri"/>
          <w:sz w:val="20"/>
          <w:szCs w:val="20"/>
        </w:rPr>
        <w:t>“Trust… in the living God, who giveth us richly all things to enjoy.”</w:t>
      </w:r>
      <w:r w:rsidR="00FD544E" w:rsidRPr="00504939">
        <w:rPr>
          <w:rFonts w:ascii="Calibri" w:hAnsi="Calibri"/>
          <w:sz w:val="20"/>
          <w:szCs w:val="20"/>
        </w:rPr>
        <w:t xml:space="preserve"> </w:t>
      </w:r>
      <w:r w:rsidRPr="00504939">
        <w:rPr>
          <w:rFonts w:ascii="Calibri" w:hAnsi="Calibri"/>
          <w:sz w:val="20"/>
          <w:szCs w:val="20"/>
        </w:rPr>
        <w:t>— 1 Timothy 6:17 (KJV)</w:t>
      </w:r>
    </w:p>
    <w:p w14:paraId="46B97577" w14:textId="77777777" w:rsidR="00BC56D0" w:rsidRPr="00504939" w:rsidRDefault="00000000" w:rsidP="005952B1">
      <w:pPr>
        <w:rPr>
          <w:sz w:val="20"/>
          <w:szCs w:val="20"/>
        </w:rPr>
      </w:pPr>
      <w:r w:rsidRPr="00504939">
        <w:rPr>
          <w:rFonts w:ascii="Calibri" w:hAnsi="Calibri"/>
          <w:sz w:val="20"/>
          <w:szCs w:val="20"/>
        </w:rPr>
        <w:t>In a world overloaded with noise, schedules, and constant demands, family worship can easily slip into the background. Guests arrive, errands call, screens distract, and evenings disappear quickly. Yet heaven teaches us that the hour of family prayer should never be sacrificed for anything.</w:t>
      </w:r>
    </w:p>
    <w:p w14:paraId="53DC38AF" w14:textId="77777777" w:rsidR="00BC56D0" w:rsidRPr="00504939" w:rsidRDefault="00000000" w:rsidP="005952B1">
      <w:pPr>
        <w:rPr>
          <w:sz w:val="20"/>
          <w:szCs w:val="20"/>
        </w:rPr>
      </w:pPr>
      <w:r w:rsidRPr="00504939">
        <w:rPr>
          <w:rFonts w:ascii="Calibri" w:hAnsi="Calibri"/>
          <w:sz w:val="20"/>
          <w:szCs w:val="20"/>
        </w:rPr>
        <w:t>Ellen White reminds us that visitors should see in the Christian home not just hospitality, but cheerfulness, sympathy, love, and reverence for God. The most sacred and joyful moment of the day—the family altar—must remain untouched by busyness or excuse.</w:t>
      </w:r>
    </w:p>
    <w:p w14:paraId="42778557" w14:textId="77777777" w:rsidR="00BC56D0" w:rsidRPr="00504939" w:rsidRDefault="00000000" w:rsidP="005952B1">
      <w:pPr>
        <w:rPr>
          <w:sz w:val="20"/>
          <w:szCs w:val="20"/>
        </w:rPr>
      </w:pPr>
      <w:r w:rsidRPr="00504939">
        <w:rPr>
          <w:rFonts w:ascii="Calibri" w:hAnsi="Calibri"/>
          <w:sz w:val="20"/>
          <w:szCs w:val="20"/>
        </w:rPr>
        <w:t>She writes:</w:t>
      </w:r>
      <w:r w:rsidRPr="00504939">
        <w:rPr>
          <w:rFonts w:ascii="Calibri" w:hAnsi="Calibri"/>
          <w:sz w:val="20"/>
          <w:szCs w:val="20"/>
        </w:rPr>
        <w:br/>
        <w:t>“The hour of prayer should not be neglected for any consideration.”</w:t>
      </w:r>
      <w:r w:rsidRPr="00504939">
        <w:rPr>
          <w:rFonts w:ascii="Calibri" w:hAnsi="Calibri"/>
          <w:sz w:val="20"/>
          <w:szCs w:val="20"/>
        </w:rPr>
        <w:br/>
      </w:r>
      <w:r w:rsidRPr="00504939">
        <w:rPr>
          <w:rFonts w:ascii="Calibri" w:hAnsi="Calibri"/>
          <w:sz w:val="20"/>
          <w:szCs w:val="20"/>
        </w:rPr>
        <w:lastRenderedPageBreak/>
        <w:t xml:space="preserve">When families pause early in the evening to pray unhurriedly and understandingly, the atmosphere of the home becomes peaceful and restful. Even the most discouraged heart is lifted when worship fills the room. The careless are stirred to new </w:t>
      </w:r>
      <w:proofErr w:type="gramStart"/>
      <w:r w:rsidRPr="00504939">
        <w:rPr>
          <w:rFonts w:ascii="Calibri" w:hAnsi="Calibri"/>
          <w:sz w:val="20"/>
          <w:szCs w:val="20"/>
        </w:rPr>
        <w:t>desire</w:t>
      </w:r>
      <w:proofErr w:type="gramEnd"/>
      <w:r w:rsidRPr="00504939">
        <w:rPr>
          <w:rFonts w:ascii="Calibri" w:hAnsi="Calibri"/>
          <w:sz w:val="20"/>
          <w:szCs w:val="20"/>
        </w:rPr>
        <w:t>, and the weary find rest.</w:t>
      </w:r>
    </w:p>
    <w:p w14:paraId="7E43266E" w14:textId="05145B9B" w:rsidR="00BC56D0" w:rsidRPr="00504939" w:rsidRDefault="00000000" w:rsidP="005952B1">
      <w:pPr>
        <w:rPr>
          <w:sz w:val="20"/>
          <w:szCs w:val="20"/>
        </w:rPr>
      </w:pPr>
      <w:r w:rsidRPr="00504939">
        <w:rPr>
          <w:rFonts w:ascii="Calibri" w:hAnsi="Calibri"/>
          <w:sz w:val="20"/>
          <w:szCs w:val="20"/>
        </w:rPr>
        <w:t xml:space="preserve">Family worship is not simply an </w:t>
      </w:r>
      <w:proofErr w:type="gramStart"/>
      <w:r w:rsidRPr="00504939">
        <w:rPr>
          <w:rFonts w:ascii="Calibri" w:hAnsi="Calibri"/>
          <w:sz w:val="20"/>
          <w:szCs w:val="20"/>
        </w:rPr>
        <w:t>activity—</w:t>
      </w:r>
      <w:proofErr w:type="gramEnd"/>
      <w:r w:rsidRPr="00504939">
        <w:rPr>
          <w:rFonts w:ascii="Calibri" w:hAnsi="Calibri"/>
          <w:sz w:val="20"/>
          <w:szCs w:val="20"/>
        </w:rPr>
        <w:t>it is an atmosphere.</w:t>
      </w:r>
      <w:r w:rsidRPr="00504939">
        <w:rPr>
          <w:rFonts w:ascii="Calibri" w:hAnsi="Calibri"/>
          <w:sz w:val="20"/>
          <w:szCs w:val="20"/>
        </w:rPr>
        <w:br/>
        <w:t xml:space="preserve">It shapes </w:t>
      </w:r>
      <w:proofErr w:type="gramStart"/>
      <w:r w:rsidRPr="00504939">
        <w:rPr>
          <w:rFonts w:ascii="Calibri" w:hAnsi="Calibri"/>
          <w:sz w:val="20"/>
          <w:szCs w:val="20"/>
        </w:rPr>
        <w:t>attitudes</w:t>
      </w:r>
      <w:r w:rsidR="001E16A8">
        <w:rPr>
          <w:rFonts w:ascii="Calibri" w:hAnsi="Calibri"/>
          <w:sz w:val="20"/>
          <w:szCs w:val="20"/>
        </w:rPr>
        <w:t>,  it</w:t>
      </w:r>
      <w:proofErr w:type="gramEnd"/>
      <w:r w:rsidRPr="00504939">
        <w:rPr>
          <w:rFonts w:ascii="Calibri" w:hAnsi="Calibri"/>
          <w:sz w:val="20"/>
          <w:szCs w:val="20"/>
        </w:rPr>
        <w:t xml:space="preserve"> calms fears</w:t>
      </w:r>
      <w:r w:rsidR="001E16A8">
        <w:rPr>
          <w:rFonts w:ascii="Calibri" w:hAnsi="Calibri"/>
          <w:sz w:val="20"/>
          <w:szCs w:val="20"/>
        </w:rPr>
        <w:t>, i</w:t>
      </w:r>
      <w:r w:rsidRPr="00504939">
        <w:rPr>
          <w:rFonts w:ascii="Calibri" w:hAnsi="Calibri"/>
          <w:sz w:val="20"/>
          <w:szCs w:val="20"/>
        </w:rPr>
        <w:t>t builds faith</w:t>
      </w:r>
      <w:r w:rsidR="001E16A8">
        <w:rPr>
          <w:rFonts w:ascii="Calibri" w:hAnsi="Calibri"/>
          <w:sz w:val="20"/>
          <w:szCs w:val="20"/>
        </w:rPr>
        <w:t>, i</w:t>
      </w:r>
      <w:r w:rsidRPr="00504939">
        <w:rPr>
          <w:rFonts w:ascii="Calibri" w:hAnsi="Calibri"/>
          <w:sz w:val="20"/>
          <w:szCs w:val="20"/>
        </w:rPr>
        <w:t>t invites heaven into the home.</w:t>
      </w:r>
    </w:p>
    <w:p w14:paraId="71264344" w14:textId="77777777" w:rsidR="00BC56D0" w:rsidRPr="00504939" w:rsidRDefault="00000000" w:rsidP="005952B1">
      <w:pPr>
        <w:rPr>
          <w:sz w:val="20"/>
          <w:szCs w:val="20"/>
        </w:rPr>
      </w:pPr>
      <w:r w:rsidRPr="00504939">
        <w:rPr>
          <w:rFonts w:ascii="Calibri" w:hAnsi="Calibri"/>
          <w:sz w:val="20"/>
          <w:szCs w:val="20"/>
        </w:rPr>
        <w:t>We often burden ourselves with trials that are either imagined or created by our own wrong course. But a home filled with prayer becomes a place where worry is surrendered, burdens are lifted, and Christ’s peace rules.</w:t>
      </w:r>
    </w:p>
    <w:p w14:paraId="63EF8AE7" w14:textId="77777777" w:rsidR="00BC56D0" w:rsidRPr="00504939" w:rsidRDefault="00000000" w:rsidP="005952B1">
      <w:pPr>
        <w:rPr>
          <w:sz w:val="20"/>
          <w:szCs w:val="20"/>
        </w:rPr>
      </w:pPr>
      <w:r w:rsidRPr="00504939">
        <w:rPr>
          <w:rFonts w:ascii="Calibri" w:hAnsi="Calibri"/>
          <w:sz w:val="20"/>
          <w:szCs w:val="20"/>
        </w:rPr>
        <w:t>When we set our hearts and homes in order—when we teach our children that “the fear of the Lord is the beginning of wisdom”—we express gratitude to the God who gives us richly all things to enjoy.</w:t>
      </w:r>
    </w:p>
    <w:p w14:paraId="77B09BDA" w14:textId="77777777" w:rsidR="00BC56D0" w:rsidRPr="00504939" w:rsidRDefault="00000000" w:rsidP="005952B1">
      <w:pPr>
        <w:rPr>
          <w:sz w:val="20"/>
          <w:szCs w:val="20"/>
        </w:rPr>
      </w:pPr>
      <w:r w:rsidRPr="00504939">
        <w:rPr>
          <w:rFonts w:ascii="Calibri" w:hAnsi="Calibri"/>
          <w:sz w:val="20"/>
          <w:szCs w:val="20"/>
        </w:rPr>
        <w:t>And above all, a home where worship is alive becomes a home where love for Jesus is visible, felt, and powerful.</w:t>
      </w:r>
      <w:r w:rsidRPr="00504939">
        <w:rPr>
          <w:rFonts w:ascii="Calibri" w:hAnsi="Calibri"/>
          <w:sz w:val="20"/>
          <w:szCs w:val="20"/>
        </w:rPr>
        <w:br/>
        <w:t>That love transforms the timid into bold witnesses, the weary into hopeful believers, and the discouraged into joyful followers of Christ.</w:t>
      </w:r>
    </w:p>
    <w:p w14:paraId="4D57F587" w14:textId="77777777" w:rsidR="00BC56D0" w:rsidRPr="00504939" w:rsidRDefault="00000000" w:rsidP="005952B1">
      <w:pPr>
        <w:rPr>
          <w:rFonts w:ascii="Calibri" w:hAnsi="Calibri"/>
          <w:sz w:val="20"/>
          <w:szCs w:val="20"/>
        </w:rPr>
      </w:pPr>
      <w:r w:rsidRPr="00504939">
        <w:rPr>
          <w:rFonts w:ascii="Calibri" w:hAnsi="Calibri"/>
          <w:sz w:val="20"/>
          <w:szCs w:val="20"/>
        </w:rPr>
        <w:t>Quality time with God is the greatest gift we can give our families—and ourselves.</w:t>
      </w:r>
    </w:p>
    <w:p w14:paraId="6FB1BF93" w14:textId="1C0027AB" w:rsidR="00762978" w:rsidRPr="00504939" w:rsidRDefault="00762978" w:rsidP="005952B1">
      <w:pPr>
        <w:rPr>
          <w:rFonts w:ascii="Calibri" w:hAnsi="Calibri"/>
          <w:b/>
          <w:bCs/>
          <w:i/>
          <w:iCs/>
          <w:color w:val="0070C0"/>
          <w:sz w:val="20"/>
          <w:szCs w:val="20"/>
        </w:rPr>
      </w:pPr>
      <w:r w:rsidRPr="00504939">
        <w:rPr>
          <w:rFonts w:ascii="Calibri" w:hAnsi="Calibri"/>
          <w:b/>
          <w:bCs/>
          <w:i/>
          <w:iCs/>
          <w:color w:val="0070C0"/>
          <w:sz w:val="20"/>
          <w:szCs w:val="20"/>
        </w:rPr>
        <w:t>FAMILY STORY</w:t>
      </w:r>
    </w:p>
    <w:p w14:paraId="4265BDFC" w14:textId="51F5D96E" w:rsidR="00762978" w:rsidRPr="00504939" w:rsidRDefault="00762978" w:rsidP="00762978">
      <w:pPr>
        <w:rPr>
          <w:rFonts w:asciiTheme="majorHAnsi" w:hAnsiTheme="majorHAnsi" w:cstheme="majorHAnsi"/>
          <w:sz w:val="20"/>
          <w:szCs w:val="20"/>
          <w:lang w:val="en-FJ"/>
        </w:rPr>
      </w:pPr>
      <w:r w:rsidRPr="00504939">
        <w:rPr>
          <w:rFonts w:asciiTheme="majorHAnsi" w:hAnsiTheme="majorHAnsi" w:cstheme="majorHAnsi"/>
          <w:sz w:val="20"/>
          <w:szCs w:val="20"/>
          <w:lang w:val="en-FJ"/>
        </w:rPr>
        <w:t>Every evening, the Harper family meant well.</w:t>
      </w:r>
      <w:r w:rsidR="00B239E4">
        <w:rPr>
          <w:rFonts w:asciiTheme="majorHAnsi" w:hAnsiTheme="majorHAnsi" w:cstheme="majorHAnsi"/>
          <w:sz w:val="20"/>
          <w:szCs w:val="20"/>
          <w:lang w:val="en-FJ"/>
        </w:rPr>
        <w:t xml:space="preserve"> </w:t>
      </w:r>
      <w:r w:rsidRPr="00504939">
        <w:rPr>
          <w:rFonts w:asciiTheme="majorHAnsi" w:hAnsiTheme="majorHAnsi" w:cstheme="majorHAnsi"/>
          <w:sz w:val="20"/>
          <w:szCs w:val="20"/>
          <w:lang w:val="en-FJ"/>
        </w:rPr>
        <w:t>They loved God. They believed in prayer. They agreed that family worship was important.</w:t>
      </w:r>
      <w:r w:rsidR="00B239E4">
        <w:rPr>
          <w:rFonts w:asciiTheme="majorHAnsi" w:hAnsiTheme="majorHAnsi" w:cstheme="majorHAnsi"/>
          <w:sz w:val="20"/>
          <w:szCs w:val="20"/>
          <w:lang w:val="en-FJ"/>
        </w:rPr>
        <w:t xml:space="preserve"> </w:t>
      </w:r>
      <w:r w:rsidRPr="00504939">
        <w:rPr>
          <w:rFonts w:asciiTheme="majorHAnsi" w:hAnsiTheme="majorHAnsi" w:cstheme="majorHAnsi"/>
          <w:sz w:val="20"/>
          <w:szCs w:val="20"/>
          <w:lang w:val="en-FJ"/>
        </w:rPr>
        <w:t>But evenings were always full.</w:t>
      </w:r>
    </w:p>
    <w:p w14:paraId="5436403E" w14:textId="77777777" w:rsidR="00762978" w:rsidRPr="00504939" w:rsidRDefault="00762978" w:rsidP="00762978">
      <w:pPr>
        <w:rPr>
          <w:rFonts w:asciiTheme="majorHAnsi" w:hAnsiTheme="majorHAnsi" w:cstheme="majorHAnsi"/>
          <w:sz w:val="20"/>
          <w:szCs w:val="20"/>
          <w:lang w:val="en-FJ"/>
        </w:rPr>
      </w:pPr>
      <w:r w:rsidRPr="00504939">
        <w:rPr>
          <w:rFonts w:asciiTheme="majorHAnsi" w:hAnsiTheme="majorHAnsi" w:cstheme="majorHAnsi"/>
          <w:sz w:val="20"/>
          <w:szCs w:val="20"/>
          <w:lang w:val="en-FJ"/>
        </w:rPr>
        <w:t>Sometimes guests arrived unexpectedly. Some nights homework ran late. Other nights the television stayed on just a little too long. And often, by the time everyone felt ready to pray, the hour had slipped away.</w:t>
      </w:r>
    </w:p>
    <w:p w14:paraId="404B603E" w14:textId="5FA3379C" w:rsidR="00762978" w:rsidRPr="00504939" w:rsidRDefault="00762978" w:rsidP="00762978">
      <w:pPr>
        <w:rPr>
          <w:rFonts w:asciiTheme="majorHAnsi" w:hAnsiTheme="majorHAnsi" w:cstheme="majorHAnsi"/>
          <w:sz w:val="20"/>
          <w:szCs w:val="20"/>
          <w:lang w:val="en-FJ"/>
        </w:rPr>
      </w:pPr>
      <w:r w:rsidRPr="00504939">
        <w:rPr>
          <w:rFonts w:asciiTheme="majorHAnsi" w:hAnsiTheme="majorHAnsi" w:cstheme="majorHAnsi"/>
          <w:i/>
          <w:iCs/>
          <w:sz w:val="20"/>
          <w:szCs w:val="20"/>
          <w:lang w:val="en-FJ"/>
        </w:rPr>
        <w:t>“We’ll worship tomorrow,”</w:t>
      </w:r>
      <w:r w:rsidRPr="00504939">
        <w:rPr>
          <w:rFonts w:asciiTheme="majorHAnsi" w:hAnsiTheme="majorHAnsi" w:cstheme="majorHAnsi"/>
          <w:sz w:val="20"/>
          <w:szCs w:val="20"/>
          <w:lang w:val="en-FJ"/>
        </w:rPr>
        <w:t xml:space="preserve"> they said—</w:t>
      </w:r>
      <w:proofErr w:type="gramStart"/>
      <w:r w:rsidRPr="00504939">
        <w:rPr>
          <w:rFonts w:asciiTheme="majorHAnsi" w:hAnsiTheme="majorHAnsi" w:cstheme="majorHAnsi"/>
          <w:sz w:val="20"/>
          <w:szCs w:val="20"/>
          <w:lang w:val="en-FJ"/>
        </w:rPr>
        <w:t>again and again</w:t>
      </w:r>
      <w:proofErr w:type="gramEnd"/>
      <w:r w:rsidRPr="00504939">
        <w:rPr>
          <w:rFonts w:asciiTheme="majorHAnsi" w:hAnsiTheme="majorHAnsi" w:cstheme="majorHAnsi"/>
          <w:sz w:val="20"/>
          <w:szCs w:val="20"/>
          <w:lang w:val="en-FJ"/>
        </w:rPr>
        <w:t>.</w:t>
      </w:r>
      <w:r w:rsidR="00B239E4">
        <w:rPr>
          <w:rFonts w:asciiTheme="majorHAnsi" w:hAnsiTheme="majorHAnsi" w:cstheme="majorHAnsi"/>
          <w:sz w:val="20"/>
          <w:szCs w:val="20"/>
          <w:lang w:val="en-FJ"/>
        </w:rPr>
        <w:t xml:space="preserve"> </w:t>
      </w:r>
    </w:p>
    <w:p w14:paraId="26B7FC92" w14:textId="77777777" w:rsidR="00762978" w:rsidRPr="00504939" w:rsidRDefault="00762978" w:rsidP="00762978">
      <w:pPr>
        <w:rPr>
          <w:rFonts w:asciiTheme="majorHAnsi" w:hAnsiTheme="majorHAnsi" w:cstheme="majorHAnsi"/>
          <w:sz w:val="20"/>
          <w:szCs w:val="20"/>
          <w:lang w:val="en-FJ"/>
        </w:rPr>
      </w:pPr>
      <w:r w:rsidRPr="00504939">
        <w:rPr>
          <w:rFonts w:asciiTheme="majorHAnsi" w:hAnsiTheme="majorHAnsi" w:cstheme="majorHAnsi"/>
          <w:sz w:val="20"/>
          <w:szCs w:val="20"/>
          <w:lang w:val="en-FJ"/>
        </w:rPr>
        <w:t>Over time, something subtle changed in the home. Voices became shorter. Worries grew louder. Small problems felt heavy. The children were restless, and the parents felt tired even before the day ended.</w:t>
      </w:r>
    </w:p>
    <w:p w14:paraId="7B6142E7" w14:textId="77777777" w:rsidR="00762978" w:rsidRPr="00504939" w:rsidRDefault="00762978" w:rsidP="00762978">
      <w:pPr>
        <w:rPr>
          <w:rFonts w:asciiTheme="majorHAnsi" w:hAnsiTheme="majorHAnsi" w:cstheme="majorHAnsi"/>
          <w:sz w:val="20"/>
          <w:szCs w:val="20"/>
          <w:lang w:val="en-FJ"/>
        </w:rPr>
      </w:pPr>
      <w:r w:rsidRPr="00504939">
        <w:rPr>
          <w:rFonts w:asciiTheme="majorHAnsi" w:hAnsiTheme="majorHAnsi" w:cstheme="majorHAnsi"/>
          <w:sz w:val="20"/>
          <w:szCs w:val="20"/>
          <w:lang w:val="en-FJ"/>
        </w:rPr>
        <w:t>One afternoon, an elderly friend visited and spent the evening with them. As the clock approached the usual worship hour, the parents hesitated—unsure what to do with a guest in the house.</w:t>
      </w:r>
    </w:p>
    <w:p w14:paraId="78D46467" w14:textId="4646C807" w:rsidR="00762978" w:rsidRPr="00504939" w:rsidRDefault="00762978" w:rsidP="00762978">
      <w:pPr>
        <w:rPr>
          <w:rFonts w:asciiTheme="majorHAnsi" w:hAnsiTheme="majorHAnsi" w:cstheme="majorHAnsi"/>
          <w:sz w:val="20"/>
          <w:szCs w:val="20"/>
          <w:lang w:val="en-FJ"/>
        </w:rPr>
      </w:pPr>
      <w:r w:rsidRPr="00504939">
        <w:rPr>
          <w:rFonts w:asciiTheme="majorHAnsi" w:hAnsiTheme="majorHAnsi" w:cstheme="majorHAnsi"/>
          <w:sz w:val="20"/>
          <w:szCs w:val="20"/>
          <w:lang w:val="en-FJ"/>
        </w:rPr>
        <w:t>The friend noticed and smiled gently.</w:t>
      </w:r>
      <w:r w:rsidR="00B239E4">
        <w:rPr>
          <w:rFonts w:asciiTheme="majorHAnsi" w:hAnsiTheme="majorHAnsi" w:cstheme="majorHAnsi"/>
          <w:sz w:val="20"/>
          <w:szCs w:val="20"/>
          <w:lang w:val="en-FJ"/>
        </w:rPr>
        <w:t xml:space="preserve"> </w:t>
      </w:r>
      <w:r w:rsidRPr="00504939">
        <w:rPr>
          <w:rFonts w:asciiTheme="majorHAnsi" w:hAnsiTheme="majorHAnsi" w:cstheme="majorHAnsi"/>
          <w:i/>
          <w:iCs/>
          <w:sz w:val="20"/>
          <w:szCs w:val="20"/>
          <w:lang w:val="en-FJ"/>
        </w:rPr>
        <w:t>“Don’t pause worship for me,”</w:t>
      </w:r>
      <w:r w:rsidRPr="00504939">
        <w:rPr>
          <w:rFonts w:asciiTheme="majorHAnsi" w:hAnsiTheme="majorHAnsi" w:cstheme="majorHAnsi"/>
          <w:sz w:val="20"/>
          <w:szCs w:val="20"/>
          <w:lang w:val="en-FJ"/>
        </w:rPr>
        <w:t xml:space="preserve"> she said. </w:t>
      </w:r>
      <w:r w:rsidRPr="00504939">
        <w:rPr>
          <w:rFonts w:asciiTheme="majorHAnsi" w:hAnsiTheme="majorHAnsi" w:cstheme="majorHAnsi"/>
          <w:i/>
          <w:iCs/>
          <w:sz w:val="20"/>
          <w:szCs w:val="20"/>
          <w:lang w:val="en-FJ"/>
        </w:rPr>
        <w:t>“Let me see how you meet with God.”</w:t>
      </w:r>
      <w:r w:rsidR="00E832E4">
        <w:rPr>
          <w:rFonts w:asciiTheme="majorHAnsi" w:hAnsiTheme="majorHAnsi" w:cstheme="majorHAnsi"/>
          <w:i/>
          <w:iCs/>
          <w:sz w:val="20"/>
          <w:szCs w:val="20"/>
          <w:lang w:val="en-FJ"/>
        </w:rPr>
        <w:t xml:space="preserve"> </w:t>
      </w:r>
      <w:proofErr w:type="gramStart"/>
      <w:r w:rsidRPr="00504939">
        <w:rPr>
          <w:rFonts w:asciiTheme="majorHAnsi" w:hAnsiTheme="majorHAnsi" w:cstheme="majorHAnsi"/>
          <w:sz w:val="20"/>
          <w:szCs w:val="20"/>
          <w:lang w:val="en-FJ"/>
        </w:rPr>
        <w:t>So</w:t>
      </w:r>
      <w:proofErr w:type="gramEnd"/>
      <w:r w:rsidRPr="00504939">
        <w:rPr>
          <w:rFonts w:asciiTheme="majorHAnsi" w:hAnsiTheme="majorHAnsi" w:cstheme="majorHAnsi"/>
          <w:sz w:val="20"/>
          <w:szCs w:val="20"/>
          <w:lang w:val="en-FJ"/>
        </w:rPr>
        <w:t xml:space="preserve"> they did.</w:t>
      </w:r>
    </w:p>
    <w:p w14:paraId="6C23D38C" w14:textId="62673EC9" w:rsidR="00762978" w:rsidRPr="00504939" w:rsidRDefault="00762978" w:rsidP="00762978">
      <w:pPr>
        <w:rPr>
          <w:rFonts w:asciiTheme="majorHAnsi" w:hAnsiTheme="majorHAnsi" w:cstheme="majorHAnsi"/>
          <w:sz w:val="20"/>
          <w:szCs w:val="20"/>
          <w:lang w:val="en-FJ"/>
        </w:rPr>
      </w:pPr>
      <w:r w:rsidRPr="00504939">
        <w:rPr>
          <w:rFonts w:asciiTheme="majorHAnsi" w:hAnsiTheme="majorHAnsi" w:cstheme="majorHAnsi"/>
          <w:sz w:val="20"/>
          <w:szCs w:val="20"/>
          <w:lang w:val="en-FJ"/>
        </w:rPr>
        <w:t xml:space="preserve">Not a long worship. Not a perfect one. A simple song. A short Scripture. An unhurried prayer.  Something unexpected happened.  The atmosphere changed.  The room felt calm. The children relaxed. Burdens seemed lighter. Even the guest wiped a tear and said quietly, </w:t>
      </w:r>
      <w:r w:rsidRPr="00504939">
        <w:rPr>
          <w:rFonts w:asciiTheme="majorHAnsi" w:hAnsiTheme="majorHAnsi" w:cstheme="majorHAnsi"/>
          <w:i/>
          <w:iCs/>
          <w:sz w:val="20"/>
          <w:szCs w:val="20"/>
          <w:lang w:val="en-FJ"/>
        </w:rPr>
        <w:t>“This feels like home.”</w:t>
      </w:r>
    </w:p>
    <w:p w14:paraId="3577A296" w14:textId="74A286BA" w:rsidR="00762978" w:rsidRPr="00504939" w:rsidRDefault="00762978" w:rsidP="00762978">
      <w:pPr>
        <w:rPr>
          <w:rFonts w:asciiTheme="majorHAnsi" w:hAnsiTheme="majorHAnsi" w:cstheme="majorHAnsi"/>
          <w:sz w:val="20"/>
          <w:szCs w:val="20"/>
          <w:lang w:val="en-FJ"/>
        </w:rPr>
      </w:pPr>
      <w:r w:rsidRPr="00504939">
        <w:rPr>
          <w:rFonts w:asciiTheme="majorHAnsi" w:hAnsiTheme="majorHAnsi" w:cstheme="majorHAnsi"/>
          <w:sz w:val="20"/>
          <w:szCs w:val="20"/>
          <w:lang w:val="en-FJ"/>
        </w:rPr>
        <w:t xml:space="preserve">That night, the parents realized something important:  Family worship was not interrupting life—it was </w:t>
      </w:r>
      <w:r w:rsidRPr="00504939">
        <w:rPr>
          <w:rFonts w:asciiTheme="majorHAnsi" w:hAnsiTheme="majorHAnsi" w:cstheme="majorHAnsi"/>
          <w:b/>
          <w:bCs/>
          <w:sz w:val="20"/>
          <w:szCs w:val="20"/>
          <w:lang w:val="en-FJ"/>
        </w:rPr>
        <w:t>healing it</w:t>
      </w:r>
      <w:r w:rsidRPr="00504939">
        <w:rPr>
          <w:rFonts w:asciiTheme="majorHAnsi" w:hAnsiTheme="majorHAnsi" w:cstheme="majorHAnsi"/>
          <w:sz w:val="20"/>
          <w:szCs w:val="20"/>
          <w:lang w:val="en-FJ"/>
        </w:rPr>
        <w:t>.</w:t>
      </w:r>
    </w:p>
    <w:p w14:paraId="49A530BB" w14:textId="77777777" w:rsidR="00762978" w:rsidRPr="00504939" w:rsidRDefault="00762978" w:rsidP="00762978">
      <w:pPr>
        <w:rPr>
          <w:rFonts w:asciiTheme="majorHAnsi" w:hAnsiTheme="majorHAnsi" w:cstheme="majorHAnsi"/>
          <w:sz w:val="20"/>
          <w:szCs w:val="20"/>
          <w:lang w:val="en-FJ"/>
        </w:rPr>
      </w:pPr>
      <w:r w:rsidRPr="00504939">
        <w:rPr>
          <w:rFonts w:asciiTheme="majorHAnsi" w:hAnsiTheme="majorHAnsi" w:cstheme="majorHAnsi"/>
          <w:sz w:val="20"/>
          <w:szCs w:val="20"/>
          <w:lang w:val="en-FJ"/>
        </w:rPr>
        <w:t xml:space="preserve">From that day on, they protected that hour. Guests were welcomed </w:t>
      </w:r>
      <w:r w:rsidRPr="00504939">
        <w:rPr>
          <w:rFonts w:asciiTheme="majorHAnsi" w:hAnsiTheme="majorHAnsi" w:cstheme="majorHAnsi"/>
          <w:i/>
          <w:iCs/>
          <w:sz w:val="20"/>
          <w:szCs w:val="20"/>
          <w:lang w:val="en-FJ"/>
        </w:rPr>
        <w:t>into</w:t>
      </w:r>
      <w:r w:rsidRPr="00504939">
        <w:rPr>
          <w:rFonts w:asciiTheme="majorHAnsi" w:hAnsiTheme="majorHAnsi" w:cstheme="majorHAnsi"/>
          <w:sz w:val="20"/>
          <w:szCs w:val="20"/>
          <w:lang w:val="en-FJ"/>
        </w:rPr>
        <w:t xml:space="preserve"> worship, not placed above it. Errands waited. Screens turned off. Hearts slowed down.</w:t>
      </w:r>
    </w:p>
    <w:p w14:paraId="614B4069" w14:textId="77777777" w:rsidR="00762978" w:rsidRPr="00504939" w:rsidRDefault="00762978" w:rsidP="00762978">
      <w:pPr>
        <w:rPr>
          <w:rFonts w:asciiTheme="majorHAnsi" w:hAnsiTheme="majorHAnsi" w:cstheme="majorHAnsi"/>
          <w:sz w:val="20"/>
          <w:szCs w:val="20"/>
          <w:lang w:val="en-FJ"/>
        </w:rPr>
      </w:pPr>
      <w:r w:rsidRPr="00504939">
        <w:rPr>
          <w:rFonts w:asciiTheme="majorHAnsi" w:hAnsiTheme="majorHAnsi" w:cstheme="majorHAnsi"/>
          <w:sz w:val="20"/>
          <w:szCs w:val="20"/>
          <w:lang w:val="en-FJ"/>
        </w:rPr>
        <w:t>Problems still came—but peace stayed longer.</w:t>
      </w:r>
      <w:r w:rsidRPr="00504939">
        <w:rPr>
          <w:rFonts w:asciiTheme="majorHAnsi" w:hAnsiTheme="majorHAnsi" w:cstheme="majorHAnsi"/>
          <w:sz w:val="20"/>
          <w:szCs w:val="20"/>
          <w:lang w:val="en-FJ"/>
        </w:rPr>
        <w:br/>
        <w:t>Stress did not disappear—but faith grew stronger.</w:t>
      </w:r>
    </w:p>
    <w:p w14:paraId="1EF2EB1E" w14:textId="77777777" w:rsidR="00762978" w:rsidRPr="00504939" w:rsidRDefault="00762978" w:rsidP="00762978">
      <w:pPr>
        <w:rPr>
          <w:rFonts w:asciiTheme="majorHAnsi" w:hAnsiTheme="majorHAnsi" w:cstheme="majorHAnsi"/>
          <w:sz w:val="20"/>
          <w:szCs w:val="20"/>
          <w:lang w:val="en-FJ"/>
        </w:rPr>
      </w:pPr>
      <w:r w:rsidRPr="00504939">
        <w:rPr>
          <w:rFonts w:asciiTheme="majorHAnsi" w:hAnsiTheme="majorHAnsi" w:cstheme="majorHAnsi"/>
          <w:sz w:val="20"/>
          <w:szCs w:val="20"/>
          <w:lang w:val="en-FJ"/>
        </w:rPr>
        <w:lastRenderedPageBreak/>
        <w:t>And the children learned something they would never forget:</w:t>
      </w:r>
      <w:r w:rsidRPr="00504939">
        <w:rPr>
          <w:rFonts w:asciiTheme="majorHAnsi" w:hAnsiTheme="majorHAnsi" w:cstheme="majorHAnsi"/>
          <w:sz w:val="20"/>
          <w:szCs w:val="20"/>
          <w:lang w:val="en-FJ"/>
        </w:rPr>
        <w:br/>
        <w:t>That prayer was not just something done in church—but something that lived in their home.</w:t>
      </w:r>
    </w:p>
    <w:p w14:paraId="42731548" w14:textId="77777777" w:rsidR="00BC56D0" w:rsidRPr="00504939" w:rsidRDefault="00000000" w:rsidP="005952B1">
      <w:pPr>
        <w:pStyle w:val="Heading4"/>
        <w:rPr>
          <w:color w:val="0070C0"/>
          <w:sz w:val="20"/>
          <w:szCs w:val="20"/>
        </w:rPr>
      </w:pPr>
      <w:r w:rsidRPr="00504939">
        <w:rPr>
          <w:color w:val="0070C0"/>
          <w:sz w:val="20"/>
          <w:szCs w:val="20"/>
        </w:rPr>
        <w:t>REFLECTION QUESTIONS</w:t>
      </w:r>
    </w:p>
    <w:p w14:paraId="540451CF" w14:textId="77777777" w:rsidR="00BC56D0" w:rsidRPr="00504939" w:rsidRDefault="00000000" w:rsidP="005952B1">
      <w:pPr>
        <w:pStyle w:val="ListParagraph"/>
        <w:numPr>
          <w:ilvl w:val="0"/>
          <w:numId w:val="25"/>
        </w:numPr>
        <w:rPr>
          <w:sz w:val="20"/>
          <w:szCs w:val="20"/>
        </w:rPr>
      </w:pPr>
      <w:r w:rsidRPr="00504939">
        <w:rPr>
          <w:rFonts w:ascii="Calibri" w:hAnsi="Calibri"/>
          <w:sz w:val="20"/>
          <w:szCs w:val="20"/>
        </w:rPr>
        <w:t>What often distracts my family from spending time together in worship?</w:t>
      </w:r>
    </w:p>
    <w:p w14:paraId="44C34632" w14:textId="77777777" w:rsidR="00BC56D0" w:rsidRPr="00504939" w:rsidRDefault="00000000" w:rsidP="005952B1">
      <w:pPr>
        <w:pStyle w:val="ListParagraph"/>
        <w:numPr>
          <w:ilvl w:val="0"/>
          <w:numId w:val="25"/>
        </w:numPr>
        <w:rPr>
          <w:sz w:val="20"/>
          <w:szCs w:val="20"/>
        </w:rPr>
      </w:pPr>
      <w:r w:rsidRPr="00504939">
        <w:rPr>
          <w:rFonts w:ascii="Calibri" w:hAnsi="Calibri"/>
          <w:sz w:val="20"/>
          <w:szCs w:val="20"/>
        </w:rPr>
        <w:t>How would our home atmosphere change if we had consistent daily family worship?</w:t>
      </w:r>
    </w:p>
    <w:p w14:paraId="1268B765" w14:textId="77777777" w:rsidR="00BC56D0" w:rsidRPr="00504939" w:rsidRDefault="00000000" w:rsidP="005952B1">
      <w:pPr>
        <w:pStyle w:val="ListParagraph"/>
        <w:numPr>
          <w:ilvl w:val="0"/>
          <w:numId w:val="25"/>
        </w:numPr>
        <w:rPr>
          <w:sz w:val="20"/>
          <w:szCs w:val="20"/>
        </w:rPr>
      </w:pPr>
      <w:r w:rsidRPr="00504939">
        <w:rPr>
          <w:rFonts w:ascii="Calibri" w:hAnsi="Calibri"/>
          <w:sz w:val="20"/>
          <w:szCs w:val="20"/>
        </w:rPr>
        <w:t>In what ways does my life reflect or neglect my love for Jesus?</w:t>
      </w:r>
    </w:p>
    <w:p w14:paraId="56505F41" w14:textId="77777777" w:rsidR="00BC56D0" w:rsidRPr="00504939" w:rsidRDefault="00000000" w:rsidP="005952B1">
      <w:pPr>
        <w:pStyle w:val="ListParagraph"/>
        <w:numPr>
          <w:ilvl w:val="0"/>
          <w:numId w:val="25"/>
        </w:numPr>
        <w:rPr>
          <w:sz w:val="20"/>
          <w:szCs w:val="20"/>
        </w:rPr>
      </w:pPr>
      <w:r w:rsidRPr="00504939">
        <w:rPr>
          <w:rFonts w:ascii="Calibri" w:hAnsi="Calibri"/>
          <w:sz w:val="20"/>
          <w:szCs w:val="20"/>
        </w:rPr>
        <w:t>What burdens am I carrying that God is inviting me to surrender during worship time?</w:t>
      </w:r>
    </w:p>
    <w:p w14:paraId="70B7907C" w14:textId="77777777" w:rsidR="00762978" w:rsidRPr="00504939" w:rsidRDefault="00000000" w:rsidP="00762978">
      <w:pPr>
        <w:pStyle w:val="ListParagraph"/>
        <w:numPr>
          <w:ilvl w:val="0"/>
          <w:numId w:val="25"/>
        </w:numPr>
        <w:rPr>
          <w:sz w:val="20"/>
          <w:szCs w:val="20"/>
        </w:rPr>
      </w:pPr>
      <w:r w:rsidRPr="00504939">
        <w:rPr>
          <w:rFonts w:ascii="Calibri" w:hAnsi="Calibri"/>
          <w:sz w:val="20"/>
          <w:szCs w:val="20"/>
        </w:rPr>
        <w:t>What practical steps can we take this week to prioritize quality spiritual time as a family?</w:t>
      </w:r>
    </w:p>
    <w:p w14:paraId="1BA44F90" w14:textId="4721A4AE" w:rsidR="00BC56D0" w:rsidRPr="00504939" w:rsidRDefault="00000000" w:rsidP="00762978">
      <w:pPr>
        <w:rPr>
          <w:rFonts w:asciiTheme="majorHAnsi" w:hAnsiTheme="majorHAnsi" w:cstheme="majorHAnsi"/>
          <w:b/>
          <w:bCs/>
          <w:i/>
          <w:iCs/>
          <w:sz w:val="20"/>
          <w:szCs w:val="20"/>
        </w:rPr>
      </w:pPr>
      <w:r w:rsidRPr="00504939">
        <w:rPr>
          <w:rFonts w:asciiTheme="majorHAnsi" w:hAnsiTheme="majorHAnsi" w:cstheme="majorHAnsi"/>
          <w:b/>
          <w:bCs/>
          <w:i/>
          <w:iCs/>
          <w:color w:val="0070C0"/>
          <w:sz w:val="20"/>
          <w:szCs w:val="20"/>
        </w:rPr>
        <w:t xml:space="preserve"> </w:t>
      </w:r>
      <w:r w:rsidR="00995A8F" w:rsidRPr="00504939">
        <w:rPr>
          <w:rFonts w:asciiTheme="majorHAnsi" w:hAnsiTheme="majorHAnsi" w:cstheme="majorHAnsi"/>
          <w:b/>
          <w:bCs/>
          <w:i/>
          <w:iCs/>
          <w:color w:val="0070C0"/>
          <w:sz w:val="20"/>
          <w:szCs w:val="20"/>
        </w:rPr>
        <w:t>FAMILY ACTIVITY: “THE FAMILY WORSHIP CALENDAR”</w:t>
      </w:r>
    </w:p>
    <w:p w14:paraId="098D092E" w14:textId="77777777" w:rsidR="00BC56D0" w:rsidRPr="00504939" w:rsidRDefault="00000000" w:rsidP="005952B1">
      <w:pPr>
        <w:rPr>
          <w:b/>
          <w:bCs/>
          <w:sz w:val="20"/>
          <w:szCs w:val="20"/>
        </w:rPr>
      </w:pPr>
      <w:r w:rsidRPr="00504939">
        <w:rPr>
          <w:rFonts w:ascii="Calibri" w:hAnsi="Calibri"/>
          <w:b/>
          <w:bCs/>
          <w:sz w:val="20"/>
          <w:szCs w:val="20"/>
        </w:rPr>
        <w:t>Materials:</w:t>
      </w:r>
    </w:p>
    <w:p w14:paraId="2E32027C" w14:textId="595E51FD" w:rsidR="00BC56D0" w:rsidRPr="004B0D71" w:rsidRDefault="00000000" w:rsidP="004B0D71">
      <w:pPr>
        <w:pStyle w:val="ListParagraph"/>
        <w:numPr>
          <w:ilvl w:val="0"/>
          <w:numId w:val="47"/>
        </w:numPr>
        <w:rPr>
          <w:sz w:val="20"/>
          <w:szCs w:val="20"/>
        </w:rPr>
      </w:pPr>
      <w:r w:rsidRPr="004B0D71">
        <w:rPr>
          <w:rFonts w:ascii="Calibri" w:hAnsi="Calibri"/>
          <w:sz w:val="20"/>
          <w:szCs w:val="20"/>
        </w:rPr>
        <w:t xml:space="preserve">A blank calendar or piece of </w:t>
      </w:r>
      <w:proofErr w:type="gramStart"/>
      <w:r w:rsidRPr="004B0D71">
        <w:rPr>
          <w:rFonts w:ascii="Calibri" w:hAnsi="Calibri"/>
          <w:sz w:val="20"/>
          <w:szCs w:val="20"/>
        </w:rPr>
        <w:t>paper</w:t>
      </w:r>
      <w:r w:rsidR="004B0D71" w:rsidRPr="004B0D71">
        <w:rPr>
          <w:rFonts w:ascii="Calibri" w:hAnsi="Calibri"/>
          <w:sz w:val="20"/>
          <w:szCs w:val="20"/>
        </w:rPr>
        <w:t xml:space="preserve">  |</w:t>
      </w:r>
      <w:proofErr w:type="gramEnd"/>
      <w:r w:rsidR="004B0D71" w:rsidRPr="004B0D71">
        <w:rPr>
          <w:rFonts w:ascii="Calibri" w:hAnsi="Calibri"/>
          <w:sz w:val="20"/>
          <w:szCs w:val="20"/>
        </w:rPr>
        <w:t xml:space="preserve">  </w:t>
      </w:r>
      <w:r w:rsidRPr="004B0D71">
        <w:rPr>
          <w:rFonts w:ascii="Calibri" w:hAnsi="Calibri"/>
          <w:sz w:val="20"/>
          <w:szCs w:val="20"/>
        </w:rPr>
        <w:t>Pens/markers</w:t>
      </w:r>
    </w:p>
    <w:p w14:paraId="4C35F176" w14:textId="798677D4" w:rsidR="00BC56D0" w:rsidRPr="004B0D71" w:rsidRDefault="00000000" w:rsidP="005952B1">
      <w:pPr>
        <w:pStyle w:val="ListParagraph"/>
        <w:numPr>
          <w:ilvl w:val="0"/>
          <w:numId w:val="26"/>
        </w:numPr>
        <w:rPr>
          <w:sz w:val="20"/>
          <w:szCs w:val="20"/>
        </w:rPr>
      </w:pPr>
      <w:r w:rsidRPr="004B0D71">
        <w:rPr>
          <w:rFonts w:ascii="Calibri" w:hAnsi="Calibri"/>
          <w:sz w:val="20"/>
          <w:szCs w:val="20"/>
        </w:rPr>
        <w:t>Bible</w:t>
      </w:r>
      <w:r w:rsidR="004B0D71" w:rsidRPr="004B0D71">
        <w:rPr>
          <w:rFonts w:ascii="Calibri" w:hAnsi="Calibri"/>
          <w:sz w:val="20"/>
          <w:szCs w:val="20"/>
        </w:rPr>
        <w:t xml:space="preserve">    | </w:t>
      </w:r>
      <w:r w:rsidRPr="004B0D71">
        <w:rPr>
          <w:rFonts w:ascii="Calibri" w:hAnsi="Calibri"/>
          <w:sz w:val="20"/>
          <w:szCs w:val="20"/>
        </w:rPr>
        <w:t>A simple worship song</w:t>
      </w:r>
    </w:p>
    <w:p w14:paraId="774EC00F" w14:textId="77777777" w:rsidR="00BC56D0" w:rsidRPr="00504939" w:rsidRDefault="00000000" w:rsidP="005952B1">
      <w:pPr>
        <w:rPr>
          <w:b/>
          <w:bCs/>
          <w:sz w:val="20"/>
          <w:szCs w:val="20"/>
        </w:rPr>
      </w:pPr>
      <w:r w:rsidRPr="00504939">
        <w:rPr>
          <w:rFonts w:ascii="Calibri" w:hAnsi="Calibri"/>
          <w:b/>
          <w:bCs/>
          <w:sz w:val="20"/>
          <w:szCs w:val="20"/>
        </w:rPr>
        <w:t>Activity:</w:t>
      </w:r>
    </w:p>
    <w:p w14:paraId="232AF577" w14:textId="77777777" w:rsidR="00BC56D0" w:rsidRPr="00B239E4" w:rsidRDefault="00000000" w:rsidP="00B239E4">
      <w:pPr>
        <w:pStyle w:val="ListParagraph"/>
        <w:numPr>
          <w:ilvl w:val="0"/>
          <w:numId w:val="45"/>
        </w:numPr>
        <w:spacing w:after="0" w:line="240" w:lineRule="auto"/>
        <w:rPr>
          <w:sz w:val="20"/>
          <w:szCs w:val="20"/>
        </w:rPr>
      </w:pPr>
      <w:r w:rsidRPr="00B239E4">
        <w:rPr>
          <w:rFonts w:ascii="Calibri" w:hAnsi="Calibri"/>
          <w:sz w:val="20"/>
          <w:szCs w:val="20"/>
        </w:rPr>
        <w:t xml:space="preserve">As a family, </w:t>
      </w:r>
      <w:proofErr w:type="gramStart"/>
      <w:r w:rsidRPr="00B239E4">
        <w:rPr>
          <w:rFonts w:ascii="Calibri" w:hAnsi="Calibri"/>
          <w:sz w:val="20"/>
          <w:szCs w:val="20"/>
        </w:rPr>
        <w:t>choose</w:t>
      </w:r>
      <w:proofErr w:type="gramEnd"/>
      <w:r w:rsidRPr="00B239E4">
        <w:rPr>
          <w:rFonts w:ascii="Calibri" w:hAnsi="Calibri"/>
          <w:sz w:val="20"/>
          <w:szCs w:val="20"/>
        </w:rPr>
        <w:t xml:space="preserve"> a specific time each day for worship—10 minutes is enough to begin.</w:t>
      </w:r>
    </w:p>
    <w:p w14:paraId="42178D01" w14:textId="77777777" w:rsidR="00BC56D0" w:rsidRPr="00B239E4" w:rsidRDefault="00000000" w:rsidP="00B239E4">
      <w:pPr>
        <w:pStyle w:val="ListParagraph"/>
        <w:numPr>
          <w:ilvl w:val="0"/>
          <w:numId w:val="45"/>
        </w:numPr>
        <w:spacing w:after="0" w:line="240" w:lineRule="auto"/>
        <w:rPr>
          <w:sz w:val="20"/>
          <w:szCs w:val="20"/>
        </w:rPr>
      </w:pPr>
      <w:r w:rsidRPr="00B239E4">
        <w:rPr>
          <w:rFonts w:ascii="Calibri" w:hAnsi="Calibri"/>
          <w:sz w:val="20"/>
          <w:szCs w:val="20"/>
        </w:rPr>
        <w:t>Write it on a calendar and decorate it together.</w:t>
      </w:r>
    </w:p>
    <w:p w14:paraId="1C8930BD" w14:textId="77777777" w:rsidR="00BC56D0" w:rsidRPr="00B239E4" w:rsidRDefault="00000000" w:rsidP="00B239E4">
      <w:pPr>
        <w:pStyle w:val="ListParagraph"/>
        <w:numPr>
          <w:ilvl w:val="0"/>
          <w:numId w:val="45"/>
        </w:numPr>
        <w:spacing w:after="0" w:line="240" w:lineRule="auto"/>
        <w:rPr>
          <w:sz w:val="20"/>
          <w:szCs w:val="20"/>
        </w:rPr>
      </w:pPr>
      <w:r w:rsidRPr="00B239E4">
        <w:rPr>
          <w:rFonts w:ascii="Calibri" w:hAnsi="Calibri"/>
          <w:sz w:val="20"/>
          <w:szCs w:val="20"/>
        </w:rPr>
        <w:t>Choose a simple structure for worship (e.g., one verse, a short story, a prayer, a song).</w:t>
      </w:r>
    </w:p>
    <w:p w14:paraId="561F802D" w14:textId="77777777" w:rsidR="00BC56D0" w:rsidRPr="00B239E4" w:rsidRDefault="00000000" w:rsidP="00B239E4">
      <w:pPr>
        <w:pStyle w:val="ListParagraph"/>
        <w:numPr>
          <w:ilvl w:val="0"/>
          <w:numId w:val="45"/>
        </w:numPr>
        <w:spacing w:after="0" w:line="240" w:lineRule="auto"/>
        <w:rPr>
          <w:sz w:val="20"/>
          <w:szCs w:val="20"/>
        </w:rPr>
      </w:pPr>
      <w:r w:rsidRPr="00B239E4">
        <w:rPr>
          <w:rFonts w:ascii="Calibri" w:hAnsi="Calibri"/>
          <w:sz w:val="20"/>
          <w:szCs w:val="20"/>
        </w:rPr>
        <w:t>After each worship, place a sticker or tick mark on the calendar.</w:t>
      </w:r>
    </w:p>
    <w:p w14:paraId="11851D0F" w14:textId="77777777" w:rsidR="00BC56D0" w:rsidRPr="00B239E4" w:rsidRDefault="00000000" w:rsidP="00B239E4">
      <w:pPr>
        <w:pStyle w:val="ListParagraph"/>
        <w:numPr>
          <w:ilvl w:val="0"/>
          <w:numId w:val="45"/>
        </w:numPr>
        <w:spacing w:after="0" w:line="240" w:lineRule="auto"/>
        <w:rPr>
          <w:sz w:val="20"/>
          <w:szCs w:val="20"/>
        </w:rPr>
      </w:pPr>
      <w:r w:rsidRPr="00B239E4">
        <w:rPr>
          <w:rFonts w:ascii="Calibri" w:hAnsi="Calibri"/>
          <w:sz w:val="20"/>
          <w:szCs w:val="20"/>
        </w:rPr>
        <w:t xml:space="preserve">At the end of the week, reflect together: </w:t>
      </w:r>
    </w:p>
    <w:p w14:paraId="3AB892B4" w14:textId="77777777" w:rsidR="00BC56D0" w:rsidRPr="00B239E4" w:rsidRDefault="00000000" w:rsidP="00B239E4">
      <w:pPr>
        <w:pStyle w:val="ListParagraph"/>
        <w:numPr>
          <w:ilvl w:val="0"/>
          <w:numId w:val="45"/>
        </w:numPr>
        <w:spacing w:after="0" w:line="240" w:lineRule="auto"/>
        <w:rPr>
          <w:sz w:val="20"/>
          <w:szCs w:val="20"/>
        </w:rPr>
      </w:pPr>
      <w:r w:rsidRPr="00B239E4">
        <w:rPr>
          <w:rFonts w:ascii="Calibri" w:hAnsi="Calibri"/>
          <w:sz w:val="20"/>
          <w:szCs w:val="20"/>
        </w:rPr>
        <w:t>What did God teach us?</w:t>
      </w:r>
    </w:p>
    <w:p w14:paraId="55E0DD74" w14:textId="77777777" w:rsidR="00BC56D0" w:rsidRPr="00B239E4" w:rsidRDefault="00000000" w:rsidP="00B239E4">
      <w:pPr>
        <w:pStyle w:val="ListParagraph"/>
        <w:numPr>
          <w:ilvl w:val="0"/>
          <w:numId w:val="45"/>
        </w:numPr>
        <w:spacing w:after="0" w:line="240" w:lineRule="auto"/>
        <w:rPr>
          <w:rFonts w:ascii="Calibri" w:hAnsi="Calibri"/>
          <w:sz w:val="20"/>
          <w:szCs w:val="20"/>
        </w:rPr>
      </w:pPr>
      <w:r w:rsidRPr="00B239E4">
        <w:rPr>
          <w:rFonts w:ascii="Calibri" w:hAnsi="Calibri"/>
          <w:sz w:val="20"/>
          <w:szCs w:val="20"/>
        </w:rPr>
        <w:t>How did worship affect our home?</w:t>
      </w:r>
    </w:p>
    <w:p w14:paraId="6B89C37B" w14:textId="77777777" w:rsidR="00FD544E" w:rsidRPr="00504939" w:rsidRDefault="00FD544E" w:rsidP="005952B1">
      <w:pPr>
        <w:spacing w:after="0" w:line="240" w:lineRule="auto"/>
        <w:rPr>
          <w:sz w:val="20"/>
          <w:szCs w:val="20"/>
        </w:rPr>
      </w:pPr>
    </w:p>
    <w:p w14:paraId="2E9C91B8" w14:textId="77777777" w:rsidR="00BC56D0" w:rsidRPr="00504939" w:rsidRDefault="00000000" w:rsidP="005952B1">
      <w:pPr>
        <w:rPr>
          <w:sz w:val="20"/>
          <w:szCs w:val="20"/>
        </w:rPr>
      </w:pPr>
      <w:r w:rsidRPr="00504939">
        <w:rPr>
          <w:rFonts w:ascii="Calibri" w:hAnsi="Calibri"/>
          <w:b/>
          <w:bCs/>
          <w:sz w:val="20"/>
          <w:szCs w:val="20"/>
        </w:rPr>
        <w:t>Purpose:</w:t>
      </w:r>
      <w:r w:rsidRPr="00504939">
        <w:rPr>
          <w:rFonts w:ascii="Calibri" w:hAnsi="Calibri"/>
          <w:b/>
          <w:bCs/>
          <w:sz w:val="20"/>
          <w:szCs w:val="20"/>
        </w:rPr>
        <w:br/>
      </w:r>
      <w:r w:rsidRPr="00504939">
        <w:rPr>
          <w:rFonts w:ascii="Calibri" w:hAnsi="Calibri"/>
          <w:sz w:val="20"/>
          <w:szCs w:val="20"/>
        </w:rPr>
        <w:t>This teaches consistency, builds anticipation, and makes worship a joyful family habit.</w:t>
      </w:r>
    </w:p>
    <w:p w14:paraId="478F0CDF" w14:textId="77777777" w:rsidR="00BC56D0" w:rsidRPr="00504939" w:rsidRDefault="00000000" w:rsidP="005952B1">
      <w:pPr>
        <w:pStyle w:val="Heading4"/>
        <w:rPr>
          <w:color w:val="0070C0"/>
          <w:sz w:val="20"/>
          <w:szCs w:val="20"/>
        </w:rPr>
      </w:pPr>
      <w:r w:rsidRPr="00504939">
        <w:rPr>
          <w:color w:val="0070C0"/>
          <w:sz w:val="20"/>
          <w:szCs w:val="20"/>
        </w:rPr>
        <w:t>TRANSITION INTO THE SERMON</w:t>
      </w:r>
    </w:p>
    <w:p w14:paraId="55ED965C" w14:textId="77777777" w:rsidR="00BC56D0" w:rsidRPr="00504939" w:rsidRDefault="00000000" w:rsidP="005952B1">
      <w:pPr>
        <w:rPr>
          <w:sz w:val="20"/>
          <w:szCs w:val="20"/>
        </w:rPr>
      </w:pPr>
      <w:r w:rsidRPr="00504939">
        <w:rPr>
          <w:rFonts w:ascii="Calibri" w:hAnsi="Calibri"/>
          <w:sz w:val="20"/>
          <w:szCs w:val="20"/>
        </w:rPr>
        <w:t>“As we have reflected, quality time—especially with God—is the foundation of a peaceful, loving, and spiritually strong home. When families pray together, heaven draws near and hearts grow closer.</w:t>
      </w:r>
    </w:p>
    <w:p w14:paraId="16AE2EFA" w14:textId="77777777" w:rsidR="00BC56D0" w:rsidRPr="00504939" w:rsidRDefault="00000000" w:rsidP="005952B1">
      <w:pPr>
        <w:rPr>
          <w:sz w:val="20"/>
          <w:szCs w:val="20"/>
        </w:rPr>
      </w:pPr>
      <w:r w:rsidRPr="00504939">
        <w:rPr>
          <w:rFonts w:ascii="Calibri" w:hAnsi="Calibri"/>
          <w:sz w:val="20"/>
          <w:szCs w:val="20"/>
        </w:rPr>
        <w:t>Today’s sermon explores this deeper:</w:t>
      </w:r>
      <w:r w:rsidRPr="00504939">
        <w:rPr>
          <w:rFonts w:ascii="Calibri" w:hAnsi="Calibri"/>
          <w:sz w:val="20"/>
          <w:szCs w:val="20"/>
        </w:rPr>
        <w:br/>
        <w:t>Why does quality time matter?</w:t>
      </w:r>
      <w:r w:rsidRPr="00504939">
        <w:rPr>
          <w:rFonts w:ascii="Calibri" w:hAnsi="Calibri"/>
          <w:sz w:val="20"/>
          <w:szCs w:val="20"/>
        </w:rPr>
        <w:br/>
        <w:t>How does it shape our relationships?</w:t>
      </w:r>
      <w:r w:rsidRPr="00504939">
        <w:rPr>
          <w:rFonts w:ascii="Calibri" w:hAnsi="Calibri"/>
          <w:sz w:val="20"/>
          <w:szCs w:val="20"/>
        </w:rPr>
        <w:br/>
        <w:t>And how does God use it to transform our homes into places of peace and joy?</w:t>
      </w:r>
    </w:p>
    <w:p w14:paraId="334CE159" w14:textId="77777777" w:rsidR="00BC56D0" w:rsidRPr="00504939" w:rsidRDefault="00000000" w:rsidP="005952B1">
      <w:pPr>
        <w:rPr>
          <w:sz w:val="20"/>
          <w:szCs w:val="20"/>
        </w:rPr>
      </w:pPr>
      <w:r w:rsidRPr="00504939">
        <w:rPr>
          <w:rFonts w:ascii="Calibri" w:hAnsi="Calibri"/>
          <w:sz w:val="20"/>
          <w:szCs w:val="20"/>
        </w:rPr>
        <w:t>Let us open our hearts as we enter the message: Quality Time.”</w:t>
      </w:r>
    </w:p>
    <w:p w14:paraId="276DD379" w14:textId="77777777" w:rsidR="00BC56D0" w:rsidRPr="00504939" w:rsidRDefault="00000000" w:rsidP="005952B1">
      <w:pPr>
        <w:pStyle w:val="Heading4"/>
        <w:rPr>
          <w:color w:val="0070C0"/>
          <w:sz w:val="20"/>
          <w:szCs w:val="20"/>
        </w:rPr>
      </w:pPr>
      <w:r w:rsidRPr="00504939">
        <w:rPr>
          <w:color w:val="0070C0"/>
          <w:sz w:val="20"/>
          <w:szCs w:val="20"/>
        </w:rPr>
        <w:t xml:space="preserve"> PRAYER</w:t>
      </w:r>
    </w:p>
    <w:p w14:paraId="3B568F04" w14:textId="77777777" w:rsidR="00BC56D0" w:rsidRPr="00504939" w:rsidRDefault="00000000" w:rsidP="001E16A8">
      <w:pPr>
        <w:spacing w:after="0"/>
        <w:rPr>
          <w:sz w:val="20"/>
          <w:szCs w:val="20"/>
        </w:rPr>
      </w:pPr>
      <w:r w:rsidRPr="00504939">
        <w:rPr>
          <w:rFonts w:ascii="Calibri" w:hAnsi="Calibri"/>
          <w:sz w:val="20"/>
          <w:szCs w:val="20"/>
        </w:rPr>
        <w:t>Heavenly Father,</w:t>
      </w:r>
      <w:r w:rsidRPr="00504939">
        <w:rPr>
          <w:rFonts w:ascii="Calibri" w:hAnsi="Calibri"/>
          <w:sz w:val="20"/>
          <w:szCs w:val="20"/>
        </w:rPr>
        <w:br/>
        <w:t>Thank You for the gift of family, the blessing of worship, and the privilege of spending time in Your presence.</w:t>
      </w:r>
    </w:p>
    <w:p w14:paraId="02B95FED" w14:textId="77777777" w:rsidR="00BC56D0" w:rsidRPr="00504939" w:rsidRDefault="00000000" w:rsidP="001E16A8">
      <w:pPr>
        <w:spacing w:after="0"/>
        <w:rPr>
          <w:sz w:val="20"/>
          <w:szCs w:val="20"/>
        </w:rPr>
      </w:pPr>
      <w:r w:rsidRPr="00504939">
        <w:rPr>
          <w:rFonts w:ascii="Calibri" w:hAnsi="Calibri"/>
          <w:sz w:val="20"/>
          <w:szCs w:val="20"/>
        </w:rPr>
        <w:t>Teach us to guard the hour of prayer and to make our homes places where Jesus is loved, honored, and welcomed.</w:t>
      </w:r>
    </w:p>
    <w:p w14:paraId="057F140F" w14:textId="5423ABF5" w:rsidR="00BC56D0" w:rsidRPr="00504939" w:rsidRDefault="00000000" w:rsidP="001E16A8">
      <w:pPr>
        <w:spacing w:after="0"/>
        <w:rPr>
          <w:sz w:val="20"/>
          <w:szCs w:val="20"/>
        </w:rPr>
      </w:pPr>
      <w:r w:rsidRPr="00504939">
        <w:rPr>
          <w:rFonts w:ascii="Calibri" w:hAnsi="Calibri"/>
          <w:sz w:val="20"/>
          <w:szCs w:val="20"/>
        </w:rPr>
        <w:t>Remove all distractions that steal our peace.   Fill our hearts with gratitude, our words with kindness, and our homes with the sweet spirit of Christ.</w:t>
      </w:r>
      <w:r w:rsidR="001E16A8">
        <w:rPr>
          <w:rFonts w:ascii="Calibri" w:hAnsi="Calibri"/>
          <w:sz w:val="20"/>
          <w:szCs w:val="20"/>
        </w:rPr>
        <w:t xml:space="preserve">  </w:t>
      </w:r>
      <w:r w:rsidRPr="00504939">
        <w:rPr>
          <w:rFonts w:ascii="Calibri" w:hAnsi="Calibri"/>
          <w:sz w:val="20"/>
          <w:szCs w:val="20"/>
        </w:rPr>
        <w:t>May our daily worship draw us closer to You and to one another.</w:t>
      </w:r>
      <w:r w:rsidRPr="00504939">
        <w:rPr>
          <w:rFonts w:ascii="Calibri" w:hAnsi="Calibri"/>
          <w:sz w:val="20"/>
          <w:szCs w:val="20"/>
        </w:rPr>
        <w:br/>
        <w:t>Bless us now as we prepare to receive Your Word.</w:t>
      </w:r>
    </w:p>
    <w:p w14:paraId="773148D4" w14:textId="77777777" w:rsidR="00BC56D0" w:rsidRPr="00504939" w:rsidRDefault="00000000" w:rsidP="001E16A8">
      <w:pPr>
        <w:spacing w:after="0"/>
        <w:rPr>
          <w:rFonts w:ascii="Calibri" w:hAnsi="Calibri"/>
          <w:sz w:val="20"/>
          <w:szCs w:val="20"/>
        </w:rPr>
      </w:pPr>
      <w:r w:rsidRPr="00504939">
        <w:rPr>
          <w:rFonts w:ascii="Calibri" w:hAnsi="Calibri"/>
          <w:sz w:val="20"/>
          <w:szCs w:val="20"/>
        </w:rPr>
        <w:t>In Jesus’ precious name,</w:t>
      </w:r>
      <w:r w:rsidRPr="00504939">
        <w:rPr>
          <w:rFonts w:ascii="Calibri" w:hAnsi="Calibri"/>
          <w:sz w:val="20"/>
          <w:szCs w:val="20"/>
        </w:rPr>
        <w:br/>
        <w:t>Amen.</w:t>
      </w:r>
    </w:p>
    <w:p w14:paraId="509581E6" w14:textId="67DF3ACE" w:rsidR="00BC56D0" w:rsidRPr="00504939" w:rsidRDefault="00E303B9" w:rsidP="005952B1">
      <w:pPr>
        <w:pStyle w:val="Heading1"/>
        <w:shd w:val="clear" w:color="auto" w:fill="B6DDE8" w:themeFill="accent5" w:themeFillTint="66"/>
        <w:rPr>
          <w:sz w:val="20"/>
          <w:szCs w:val="20"/>
        </w:rPr>
      </w:pPr>
      <w:bookmarkStart w:id="24" w:name="_Toc226793120"/>
      <w:r w:rsidRPr="00504939">
        <w:rPr>
          <w:sz w:val="20"/>
          <w:szCs w:val="20"/>
        </w:rPr>
        <w:lastRenderedPageBreak/>
        <w:t xml:space="preserve">SERMON </w:t>
      </w:r>
      <w:r w:rsidR="00FD544E" w:rsidRPr="00504939">
        <w:rPr>
          <w:sz w:val="20"/>
          <w:szCs w:val="20"/>
        </w:rPr>
        <w:t>T</w:t>
      </w:r>
      <w:r w:rsidRPr="00504939">
        <w:rPr>
          <w:sz w:val="20"/>
          <w:szCs w:val="20"/>
        </w:rPr>
        <w:t>OPIC #8    THE DAY THAT DISAPPEARED (CHANGE OF SABBATH TO SUNDAY)</w:t>
      </w:r>
      <w:bookmarkEnd w:id="24"/>
      <w:r w:rsidRPr="00504939">
        <w:rPr>
          <w:sz w:val="20"/>
          <w:szCs w:val="20"/>
        </w:rPr>
        <w:t xml:space="preserve"> </w:t>
      </w:r>
    </w:p>
    <w:p w14:paraId="12A53690" w14:textId="15E813B4" w:rsidR="00BC56D0" w:rsidRPr="00504939" w:rsidRDefault="00000000" w:rsidP="005952B1">
      <w:pPr>
        <w:pStyle w:val="Heading1"/>
        <w:rPr>
          <w:sz w:val="20"/>
          <w:szCs w:val="20"/>
        </w:rPr>
      </w:pPr>
      <w:bookmarkStart w:id="25" w:name="_Toc226793121"/>
      <w:r w:rsidRPr="00504939">
        <w:rPr>
          <w:sz w:val="20"/>
          <w:szCs w:val="20"/>
        </w:rPr>
        <w:t xml:space="preserve">FAMILY </w:t>
      </w:r>
      <w:proofErr w:type="gramStart"/>
      <w:r w:rsidR="00762978" w:rsidRPr="00504939">
        <w:rPr>
          <w:sz w:val="20"/>
          <w:szCs w:val="20"/>
        </w:rPr>
        <w:t xml:space="preserve">FOCUS </w:t>
      </w:r>
      <w:r w:rsidRPr="00504939">
        <w:rPr>
          <w:sz w:val="20"/>
          <w:szCs w:val="20"/>
        </w:rPr>
        <w:t>:</w:t>
      </w:r>
      <w:proofErr w:type="gramEnd"/>
      <w:r w:rsidRPr="00504939">
        <w:rPr>
          <w:sz w:val="20"/>
          <w:szCs w:val="20"/>
        </w:rPr>
        <w:t xml:space="preserve"> THE INFLUENCE OF A CHRISTIAN HOME “</w:t>
      </w:r>
      <w:bookmarkEnd w:id="25"/>
    </w:p>
    <w:p w14:paraId="672AFC44" w14:textId="77777777" w:rsidR="00BC56D0" w:rsidRPr="00504939" w:rsidRDefault="00000000" w:rsidP="005952B1">
      <w:pPr>
        <w:rPr>
          <w:b/>
          <w:bCs/>
          <w:sz w:val="20"/>
          <w:szCs w:val="20"/>
        </w:rPr>
      </w:pPr>
      <w:r w:rsidRPr="00504939">
        <w:rPr>
          <w:rFonts w:ascii="Calibri" w:hAnsi="Calibri"/>
          <w:b/>
          <w:bCs/>
          <w:sz w:val="20"/>
          <w:szCs w:val="20"/>
        </w:rPr>
        <w:t xml:space="preserve">He that </w:t>
      </w:r>
      <w:proofErr w:type="spellStart"/>
      <w:r w:rsidRPr="00504939">
        <w:rPr>
          <w:rFonts w:ascii="Calibri" w:hAnsi="Calibri"/>
          <w:b/>
          <w:bCs/>
          <w:sz w:val="20"/>
          <w:szCs w:val="20"/>
        </w:rPr>
        <w:t>followeth</w:t>
      </w:r>
      <w:proofErr w:type="spellEnd"/>
      <w:r w:rsidRPr="00504939">
        <w:rPr>
          <w:rFonts w:ascii="Calibri" w:hAnsi="Calibri"/>
          <w:b/>
          <w:bCs/>
          <w:sz w:val="20"/>
          <w:szCs w:val="20"/>
        </w:rPr>
        <w:t xml:space="preserve"> me shall not walk in </w:t>
      </w:r>
      <w:proofErr w:type="gramStart"/>
      <w:r w:rsidRPr="00504939">
        <w:rPr>
          <w:rFonts w:ascii="Calibri" w:hAnsi="Calibri"/>
          <w:b/>
          <w:bCs/>
          <w:sz w:val="20"/>
          <w:szCs w:val="20"/>
        </w:rPr>
        <w:t>darkness, but</w:t>
      </w:r>
      <w:proofErr w:type="gramEnd"/>
      <w:r w:rsidRPr="00504939">
        <w:rPr>
          <w:rFonts w:ascii="Calibri" w:hAnsi="Calibri"/>
          <w:b/>
          <w:bCs/>
          <w:sz w:val="20"/>
          <w:szCs w:val="20"/>
        </w:rPr>
        <w:t xml:space="preserve"> shall have the light of life” (John 8:12, KJV). </w:t>
      </w:r>
    </w:p>
    <w:p w14:paraId="771CA141" w14:textId="77777777" w:rsidR="00BC56D0" w:rsidRPr="00504939" w:rsidRDefault="00000000" w:rsidP="00995A8F">
      <w:pPr>
        <w:jc w:val="both"/>
        <w:rPr>
          <w:sz w:val="20"/>
          <w:szCs w:val="20"/>
        </w:rPr>
      </w:pPr>
      <w:r w:rsidRPr="00504939">
        <w:rPr>
          <w:rFonts w:ascii="Calibri" w:hAnsi="Calibri"/>
          <w:sz w:val="20"/>
          <w:szCs w:val="20"/>
        </w:rPr>
        <w:t xml:space="preserve">Our time, our strength, and our energies belong to God; and if they are consecrated to His service, our light will shine. It will affect first and most strongly those in our own homes, who are most intimately associated with us; but it will extend beyond the home, even to “the world.” </w:t>
      </w:r>
      <w:proofErr w:type="gramStart"/>
      <w:r w:rsidRPr="00504939">
        <w:rPr>
          <w:rFonts w:ascii="Calibri" w:hAnsi="Calibri"/>
          <w:sz w:val="20"/>
          <w:szCs w:val="20"/>
        </w:rPr>
        <w:t>To</w:t>
      </w:r>
      <w:proofErr w:type="gramEnd"/>
      <w:r w:rsidRPr="00504939">
        <w:rPr>
          <w:rFonts w:ascii="Calibri" w:hAnsi="Calibri"/>
          <w:sz w:val="20"/>
          <w:szCs w:val="20"/>
        </w:rPr>
        <w:t xml:space="preserve"> many it will be a savor of life unto life; but there are some who will refuse to see the light, or to walk in it. They are of that class spoken of by our Saviour, when He said: “And this is the condemnation, that light </w:t>
      </w:r>
      <w:proofErr w:type="gramStart"/>
      <w:r w:rsidRPr="00504939">
        <w:rPr>
          <w:rFonts w:ascii="Calibri" w:hAnsi="Calibri"/>
          <w:sz w:val="20"/>
          <w:szCs w:val="20"/>
        </w:rPr>
        <w:t>is come</w:t>
      </w:r>
      <w:proofErr w:type="gramEnd"/>
      <w:r w:rsidRPr="00504939">
        <w:rPr>
          <w:rFonts w:ascii="Calibri" w:hAnsi="Calibri"/>
          <w:sz w:val="20"/>
          <w:szCs w:val="20"/>
        </w:rPr>
        <w:t xml:space="preserve"> into the world, and men loved darkness rather than light, because their deeds were evil” (John 3:19, KJV). Such are in a very dangerous position; but their course does not excuse any of us from letting our light shine.</w:t>
      </w:r>
    </w:p>
    <w:p w14:paraId="206331AD" w14:textId="77777777" w:rsidR="00BC56D0" w:rsidRPr="00504939" w:rsidRDefault="00000000" w:rsidP="00995A8F">
      <w:pPr>
        <w:jc w:val="both"/>
        <w:rPr>
          <w:sz w:val="20"/>
          <w:szCs w:val="20"/>
        </w:rPr>
      </w:pPr>
      <w:r w:rsidRPr="00504939">
        <w:rPr>
          <w:rFonts w:ascii="Calibri" w:hAnsi="Calibri"/>
          <w:sz w:val="20"/>
          <w:szCs w:val="20"/>
        </w:rPr>
        <w:t xml:space="preserve"> Suppose that because some ship had disregarded his warning beacon, and gone to pieces on the rocks, the lighthouse keeper should put out his lights, and say, “I will pay no more attention to the lighthouse”; what would be the consequence? But that is not the way he does. He keeps his lights burning all night, throwing their beams far out into the darkness, for the benefit of every mariner that comes within the dangerous reach of rocks and shoals. Were some </w:t>
      </w:r>
      <w:proofErr w:type="gramStart"/>
      <w:r w:rsidRPr="00504939">
        <w:rPr>
          <w:rFonts w:ascii="Calibri" w:hAnsi="Calibri"/>
          <w:sz w:val="20"/>
          <w:szCs w:val="20"/>
        </w:rPr>
        <w:t>ship</w:t>
      </w:r>
      <w:proofErr w:type="gramEnd"/>
      <w:r w:rsidRPr="00504939">
        <w:rPr>
          <w:rFonts w:ascii="Calibri" w:hAnsi="Calibri"/>
          <w:sz w:val="20"/>
          <w:szCs w:val="20"/>
        </w:rPr>
        <w:t xml:space="preserve"> to be wrecked Suppose that because some ship had disregarded his warning beacon, and gone to pieces on the rocks, the lighthouse keeper should put out his lights, and say, “I will pay no more attention to the lighthouse”; what would be the consequence? But that is not the way he does. He keeps his lights burning all night, throwing their beams far out into the darkness, for the benefit of every mariner that comes within the dangerous reach of rocks and shoals. Were some </w:t>
      </w:r>
      <w:proofErr w:type="gramStart"/>
      <w:r w:rsidRPr="00504939">
        <w:rPr>
          <w:rFonts w:ascii="Calibri" w:hAnsi="Calibri"/>
          <w:sz w:val="20"/>
          <w:szCs w:val="20"/>
        </w:rPr>
        <w:t>ship</w:t>
      </w:r>
      <w:proofErr w:type="gramEnd"/>
      <w:r w:rsidRPr="00504939">
        <w:rPr>
          <w:rFonts w:ascii="Calibri" w:hAnsi="Calibri"/>
          <w:sz w:val="20"/>
          <w:szCs w:val="20"/>
        </w:rPr>
        <w:t xml:space="preserve"> to be wrecked 52 Family-to-Family Family Guide because the lights went out, it would be telegraphed over the world that on such a night, at such a point, a ship went to pieces on the rocks because there was no light in the tower. But if some ships are wrecked because they pay no attention to the light, the lighthouse keeper is guiltless; they were warned, but they paid no heed. </w:t>
      </w:r>
    </w:p>
    <w:p w14:paraId="18758574" w14:textId="77777777" w:rsidR="00BC56D0" w:rsidRPr="00504939" w:rsidRDefault="00000000" w:rsidP="00995A8F">
      <w:pPr>
        <w:jc w:val="both"/>
        <w:rPr>
          <w:sz w:val="20"/>
          <w:szCs w:val="20"/>
        </w:rPr>
      </w:pPr>
      <w:r w:rsidRPr="00504939">
        <w:rPr>
          <w:rFonts w:ascii="Calibri" w:hAnsi="Calibri"/>
          <w:sz w:val="20"/>
          <w:szCs w:val="20"/>
        </w:rPr>
        <w:t xml:space="preserve">What if the light in the household should go out? Then everyone in that house would be in darkness; and the result would be as disastrous as though the </w:t>
      </w:r>
      <w:proofErr w:type="gramStart"/>
      <w:r w:rsidRPr="00504939">
        <w:rPr>
          <w:rFonts w:ascii="Calibri" w:hAnsi="Calibri"/>
          <w:sz w:val="20"/>
          <w:szCs w:val="20"/>
        </w:rPr>
        <w:t>light</w:t>
      </w:r>
      <w:proofErr w:type="gramEnd"/>
      <w:r w:rsidRPr="00504939">
        <w:rPr>
          <w:rFonts w:ascii="Calibri" w:hAnsi="Calibri"/>
          <w:sz w:val="20"/>
          <w:szCs w:val="20"/>
        </w:rPr>
        <w:t xml:space="preserve"> were to go out in the lighthouse tower. Souls are looking at you, fellow Christians, to see whether you are drunken with the cares of this life, or are preparing for the future, immortal life. They will watch to see what the influence of your life is, and whether you are true missionaries at home, training your children for heaven. </w:t>
      </w:r>
    </w:p>
    <w:p w14:paraId="6F8D712E" w14:textId="77777777" w:rsidR="00BC56D0" w:rsidRPr="00504939" w:rsidRDefault="00000000" w:rsidP="00995A8F">
      <w:pPr>
        <w:jc w:val="both"/>
        <w:rPr>
          <w:sz w:val="20"/>
          <w:szCs w:val="20"/>
        </w:rPr>
      </w:pPr>
      <w:r w:rsidRPr="00504939">
        <w:rPr>
          <w:rFonts w:ascii="Calibri" w:hAnsi="Calibri"/>
          <w:sz w:val="20"/>
          <w:szCs w:val="20"/>
        </w:rPr>
        <w:t>The Christian’s first duty is in the home. Fathers and mothers, yours is a great responsibility. You are preparing your children for life or for death; you are training them for an abiding place here in the earth, for self-gratification in this life, or for the immortal life, to praise God forever. And which shall it be? It should be the burden of your life to have every child that God has committed to your trust receive the divine mold.</w:t>
      </w:r>
    </w:p>
    <w:p w14:paraId="203BDAD6" w14:textId="77777777" w:rsidR="00BC56D0" w:rsidRPr="00504939" w:rsidRDefault="00000000" w:rsidP="005952B1">
      <w:pPr>
        <w:rPr>
          <w:sz w:val="20"/>
          <w:szCs w:val="20"/>
        </w:rPr>
      </w:pPr>
      <w:r w:rsidRPr="00504939">
        <w:rPr>
          <w:rFonts w:ascii="Calibri" w:hAnsi="Calibri"/>
          <w:sz w:val="20"/>
          <w:szCs w:val="20"/>
        </w:rPr>
        <w:t xml:space="preserve">(Signs of the Times, Nov.14, 1886). —Ellen G. White, Reflecting Christ, p. 167 </w:t>
      </w:r>
    </w:p>
    <w:p w14:paraId="4960B926" w14:textId="77777777" w:rsidR="00BC56D0" w:rsidRPr="00504939" w:rsidRDefault="00000000" w:rsidP="005952B1">
      <w:pPr>
        <w:pStyle w:val="Heading4"/>
        <w:rPr>
          <w:color w:val="0070C0"/>
          <w:sz w:val="20"/>
          <w:szCs w:val="20"/>
        </w:rPr>
      </w:pPr>
      <w:r w:rsidRPr="00504939">
        <w:rPr>
          <w:color w:val="0070C0"/>
          <w:sz w:val="20"/>
          <w:szCs w:val="20"/>
        </w:rPr>
        <w:t>FAMILY DEVOTION: THE INFLUENCE OF A CHRISTIAN HOME</w:t>
      </w:r>
    </w:p>
    <w:p w14:paraId="1EABB09D" w14:textId="77777777" w:rsidR="00BC56D0" w:rsidRPr="00504939" w:rsidRDefault="00000000" w:rsidP="005952B1">
      <w:pPr>
        <w:rPr>
          <w:sz w:val="20"/>
          <w:szCs w:val="20"/>
        </w:rPr>
      </w:pPr>
      <w:r w:rsidRPr="00504939">
        <w:rPr>
          <w:rFonts w:ascii="Calibri" w:hAnsi="Calibri"/>
          <w:sz w:val="20"/>
          <w:szCs w:val="20"/>
        </w:rPr>
        <w:t xml:space="preserve">Key Text: “He that </w:t>
      </w:r>
      <w:proofErr w:type="spellStart"/>
      <w:r w:rsidRPr="00504939">
        <w:rPr>
          <w:rFonts w:ascii="Calibri" w:hAnsi="Calibri"/>
          <w:sz w:val="20"/>
          <w:szCs w:val="20"/>
        </w:rPr>
        <w:t>followeth</w:t>
      </w:r>
      <w:proofErr w:type="spellEnd"/>
      <w:r w:rsidRPr="00504939">
        <w:rPr>
          <w:rFonts w:ascii="Calibri" w:hAnsi="Calibri"/>
          <w:sz w:val="20"/>
          <w:szCs w:val="20"/>
        </w:rPr>
        <w:t xml:space="preserve"> Me shall not walk in </w:t>
      </w:r>
      <w:proofErr w:type="gramStart"/>
      <w:r w:rsidRPr="00504939">
        <w:rPr>
          <w:rFonts w:ascii="Calibri" w:hAnsi="Calibri"/>
          <w:sz w:val="20"/>
          <w:szCs w:val="20"/>
        </w:rPr>
        <w:t>darkness, but</w:t>
      </w:r>
      <w:proofErr w:type="gramEnd"/>
      <w:r w:rsidRPr="00504939">
        <w:rPr>
          <w:rFonts w:ascii="Calibri" w:hAnsi="Calibri"/>
          <w:sz w:val="20"/>
          <w:szCs w:val="20"/>
        </w:rPr>
        <w:t xml:space="preserve"> shall have the light of life.” — John 8:12</w:t>
      </w:r>
    </w:p>
    <w:p w14:paraId="3BA3274A" w14:textId="77777777" w:rsidR="00BC56D0" w:rsidRPr="00504939" w:rsidRDefault="00000000" w:rsidP="005952B1">
      <w:pPr>
        <w:rPr>
          <w:sz w:val="20"/>
          <w:szCs w:val="20"/>
        </w:rPr>
      </w:pPr>
      <w:r w:rsidRPr="00504939">
        <w:rPr>
          <w:rFonts w:ascii="Calibri" w:hAnsi="Calibri"/>
          <w:sz w:val="20"/>
          <w:szCs w:val="20"/>
        </w:rPr>
        <w:t>A Christian home is more than a place to eat, sleep, and find shelter—it is a lighthouse set upon the shore of a dark and restless world. According to the reading, when our “time, strength, and energies belong to God,” our light naturally shines, influencing first those within our homes and then extending “even to the world”.</w:t>
      </w:r>
    </w:p>
    <w:p w14:paraId="7D271AD2" w14:textId="77777777" w:rsidR="00BC56D0" w:rsidRPr="00504939" w:rsidRDefault="00000000" w:rsidP="005952B1">
      <w:pPr>
        <w:rPr>
          <w:sz w:val="20"/>
          <w:szCs w:val="20"/>
        </w:rPr>
      </w:pPr>
      <w:r w:rsidRPr="00504939">
        <w:rPr>
          <w:rFonts w:ascii="Calibri" w:hAnsi="Calibri"/>
          <w:sz w:val="20"/>
          <w:szCs w:val="20"/>
        </w:rPr>
        <w:t>Ellen White compares the believer to a lighthouse keeper who refuses to let the lights go out, even when some sailors ignore the warning beams. The lighthouse keeper keeps shining because lives may depend on it. In the same way, some people will refuse the light of truth, “but their course does not excuse any of us from letting our light shine”.</w:t>
      </w:r>
    </w:p>
    <w:p w14:paraId="603CDB6E" w14:textId="77777777" w:rsidR="00BC56D0" w:rsidRPr="00504939" w:rsidRDefault="00000000" w:rsidP="005952B1">
      <w:pPr>
        <w:rPr>
          <w:sz w:val="20"/>
          <w:szCs w:val="20"/>
        </w:rPr>
      </w:pPr>
      <w:r w:rsidRPr="00504939">
        <w:rPr>
          <w:rFonts w:ascii="Calibri" w:hAnsi="Calibri"/>
          <w:sz w:val="20"/>
          <w:szCs w:val="20"/>
        </w:rPr>
        <w:lastRenderedPageBreak/>
        <w:t>This light becomes especially important inside the home. The reading warns: if the “light in the household should go out,” the spiritual consequences would be just as disastrous as a lighthouse going dark at sea. Children, family members, and even visitors observe the atmosphere we cultivate. The devotion teaches that “souls are looking” to see whether we are caught in worldly cares or preparing for eternal life, and whether we are “true missionaries at home” guiding our families heavenward.</w:t>
      </w:r>
    </w:p>
    <w:p w14:paraId="19BAEF98" w14:textId="77777777" w:rsidR="00BC56D0" w:rsidRPr="00504939" w:rsidRDefault="00000000" w:rsidP="005952B1">
      <w:pPr>
        <w:rPr>
          <w:sz w:val="20"/>
          <w:szCs w:val="20"/>
        </w:rPr>
      </w:pPr>
      <w:r w:rsidRPr="00504939">
        <w:rPr>
          <w:rFonts w:ascii="Calibri" w:hAnsi="Calibri"/>
          <w:sz w:val="20"/>
          <w:szCs w:val="20"/>
        </w:rPr>
        <w:t xml:space="preserve">Parents, especially, carry </w:t>
      </w:r>
      <w:proofErr w:type="gramStart"/>
      <w:r w:rsidRPr="00504939">
        <w:rPr>
          <w:rFonts w:ascii="Calibri" w:hAnsi="Calibri"/>
          <w:sz w:val="20"/>
          <w:szCs w:val="20"/>
        </w:rPr>
        <w:t>a sacred</w:t>
      </w:r>
      <w:proofErr w:type="gramEnd"/>
      <w:r w:rsidRPr="00504939">
        <w:rPr>
          <w:rFonts w:ascii="Calibri" w:hAnsi="Calibri"/>
          <w:sz w:val="20"/>
          <w:szCs w:val="20"/>
        </w:rPr>
        <w:t xml:space="preserve"> trust. They are shaping their children for “life or for death; for this world or for the immortal life,” and heaven desires every child to receive “the divine mold”. No home will shine by accident—light shines because someone tends the flame.</w:t>
      </w:r>
    </w:p>
    <w:p w14:paraId="33864B86" w14:textId="77777777" w:rsidR="00BC56D0" w:rsidRPr="00504939" w:rsidRDefault="00000000" w:rsidP="005952B1">
      <w:pPr>
        <w:rPr>
          <w:rFonts w:ascii="Calibri" w:hAnsi="Calibri"/>
          <w:sz w:val="20"/>
          <w:szCs w:val="20"/>
        </w:rPr>
      </w:pPr>
      <w:r w:rsidRPr="00504939">
        <w:rPr>
          <w:rFonts w:ascii="Calibri" w:hAnsi="Calibri"/>
          <w:sz w:val="20"/>
          <w:szCs w:val="20"/>
        </w:rPr>
        <w:t xml:space="preserve">In a world full of noise, distraction, and spiritual counterfeits, this message gently urges families to keep the light of Christ </w:t>
      </w:r>
      <w:proofErr w:type="gramStart"/>
      <w:r w:rsidRPr="00504939">
        <w:rPr>
          <w:rFonts w:ascii="Calibri" w:hAnsi="Calibri"/>
          <w:sz w:val="20"/>
          <w:szCs w:val="20"/>
        </w:rPr>
        <w:t>burning:</w:t>
      </w:r>
      <w:proofErr w:type="gramEnd"/>
      <w:r w:rsidRPr="00504939">
        <w:rPr>
          <w:rFonts w:ascii="Calibri" w:hAnsi="Calibri"/>
          <w:sz w:val="20"/>
          <w:szCs w:val="20"/>
        </w:rPr>
        <w:t xml:space="preserve"> through prayer, worship, Scripture, kindness, and obedience. A home filled with God’s light becomes a witness more powerful than words—consistent, steady, and unmistakable.</w:t>
      </w:r>
    </w:p>
    <w:p w14:paraId="58C5D5C6" w14:textId="0BE1B1B0" w:rsidR="00762978" w:rsidRPr="00504939" w:rsidRDefault="00762978" w:rsidP="005952B1">
      <w:pPr>
        <w:rPr>
          <w:rFonts w:ascii="Calibri" w:hAnsi="Calibri"/>
          <w:b/>
          <w:bCs/>
          <w:i/>
          <w:iCs/>
          <w:color w:val="0070C0"/>
          <w:sz w:val="20"/>
          <w:szCs w:val="20"/>
        </w:rPr>
      </w:pPr>
      <w:r w:rsidRPr="00504939">
        <w:rPr>
          <w:rFonts w:ascii="Calibri" w:hAnsi="Calibri"/>
          <w:b/>
          <w:bCs/>
          <w:i/>
          <w:iCs/>
          <w:color w:val="0070C0"/>
          <w:sz w:val="20"/>
          <w:szCs w:val="20"/>
        </w:rPr>
        <w:t>FAMILY STORY</w:t>
      </w:r>
    </w:p>
    <w:p w14:paraId="0529931F" w14:textId="77777777" w:rsidR="009C5387" w:rsidRPr="00504939" w:rsidRDefault="009C5387" w:rsidP="009C5387">
      <w:pPr>
        <w:rPr>
          <w:rFonts w:ascii="Calibri" w:hAnsi="Calibri"/>
          <w:sz w:val="20"/>
          <w:szCs w:val="20"/>
          <w:lang w:val="en-FJ"/>
        </w:rPr>
      </w:pPr>
      <w:r w:rsidRPr="00504939">
        <w:rPr>
          <w:rFonts w:ascii="Calibri" w:hAnsi="Calibri"/>
          <w:sz w:val="20"/>
          <w:szCs w:val="20"/>
          <w:lang w:val="en-FJ"/>
        </w:rPr>
        <w:t>On a quiet stretch of coastline stood a lighthouse that few people spoke about—but many depended on.</w:t>
      </w:r>
    </w:p>
    <w:p w14:paraId="26FDC1D6" w14:textId="77777777" w:rsidR="009C5387" w:rsidRPr="00504939" w:rsidRDefault="009C5387" w:rsidP="009C5387">
      <w:pPr>
        <w:rPr>
          <w:rFonts w:ascii="Calibri" w:hAnsi="Calibri"/>
          <w:sz w:val="20"/>
          <w:szCs w:val="20"/>
          <w:lang w:val="en-FJ"/>
        </w:rPr>
      </w:pPr>
      <w:r w:rsidRPr="00504939">
        <w:rPr>
          <w:rFonts w:ascii="Calibri" w:hAnsi="Calibri"/>
          <w:sz w:val="20"/>
          <w:szCs w:val="20"/>
          <w:lang w:val="en-FJ"/>
        </w:rPr>
        <w:t>Night after night, storms rolled in. Waves crashed. Ships passed at a distance. Some ignored the light completely, trusting their own navigation. Yet the lighthouse keeper never stopped tending the flame.</w:t>
      </w:r>
    </w:p>
    <w:p w14:paraId="700203B5" w14:textId="77777777" w:rsidR="009C5387" w:rsidRPr="00504939" w:rsidRDefault="009C5387" w:rsidP="009C5387">
      <w:pPr>
        <w:rPr>
          <w:rFonts w:ascii="Calibri" w:hAnsi="Calibri"/>
          <w:sz w:val="20"/>
          <w:szCs w:val="20"/>
          <w:lang w:val="en-FJ"/>
        </w:rPr>
      </w:pPr>
      <w:r w:rsidRPr="00504939">
        <w:rPr>
          <w:rFonts w:ascii="Calibri" w:hAnsi="Calibri"/>
          <w:sz w:val="20"/>
          <w:szCs w:val="20"/>
          <w:lang w:val="en-FJ"/>
        </w:rPr>
        <w:t>Inside the house beside the tower lived a family.</w:t>
      </w:r>
    </w:p>
    <w:p w14:paraId="18553636" w14:textId="77777777" w:rsidR="009C5387" w:rsidRPr="00504939" w:rsidRDefault="009C5387" w:rsidP="009C5387">
      <w:pPr>
        <w:rPr>
          <w:rFonts w:ascii="Calibri" w:hAnsi="Calibri"/>
          <w:sz w:val="20"/>
          <w:szCs w:val="20"/>
          <w:lang w:val="en-FJ"/>
        </w:rPr>
      </w:pPr>
      <w:r w:rsidRPr="00504939">
        <w:rPr>
          <w:rFonts w:ascii="Calibri" w:hAnsi="Calibri"/>
          <w:sz w:val="20"/>
          <w:szCs w:val="20"/>
          <w:lang w:val="en-FJ"/>
        </w:rPr>
        <w:t>Every evening, as the sun set, the father checked the lamp. The mother cleaned the glass. The children helped in small ways—fetching oil, wiping dust, learning why the light mattered.</w:t>
      </w:r>
    </w:p>
    <w:p w14:paraId="180D680C" w14:textId="77777777" w:rsidR="009C5387" w:rsidRPr="00504939" w:rsidRDefault="009C5387" w:rsidP="009C5387">
      <w:pPr>
        <w:rPr>
          <w:rFonts w:ascii="Calibri" w:hAnsi="Calibri"/>
          <w:sz w:val="20"/>
          <w:szCs w:val="20"/>
          <w:lang w:val="en-FJ"/>
        </w:rPr>
      </w:pPr>
      <w:r w:rsidRPr="00504939">
        <w:rPr>
          <w:rFonts w:ascii="Calibri" w:hAnsi="Calibri"/>
          <w:sz w:val="20"/>
          <w:szCs w:val="20"/>
          <w:lang w:val="en-FJ"/>
        </w:rPr>
        <w:t>One night, during a fierce storm, the youngest child asked,</w:t>
      </w:r>
      <w:r w:rsidRPr="00504939">
        <w:rPr>
          <w:rFonts w:ascii="Calibri" w:hAnsi="Calibri"/>
          <w:sz w:val="20"/>
          <w:szCs w:val="20"/>
          <w:lang w:val="en-FJ"/>
        </w:rPr>
        <w:br/>
      </w:r>
      <w:r w:rsidRPr="00504939">
        <w:rPr>
          <w:rFonts w:ascii="Calibri" w:hAnsi="Calibri"/>
          <w:i/>
          <w:iCs/>
          <w:sz w:val="20"/>
          <w:szCs w:val="20"/>
          <w:lang w:val="en-FJ"/>
        </w:rPr>
        <w:t>“Why do we keep the light on if some sailors don’t look at it?”</w:t>
      </w:r>
    </w:p>
    <w:p w14:paraId="555D5133" w14:textId="77777777" w:rsidR="009C5387" w:rsidRPr="00504939" w:rsidRDefault="009C5387" w:rsidP="009C5387">
      <w:pPr>
        <w:rPr>
          <w:rFonts w:ascii="Calibri" w:hAnsi="Calibri"/>
          <w:sz w:val="20"/>
          <w:szCs w:val="20"/>
          <w:lang w:val="en-FJ"/>
        </w:rPr>
      </w:pPr>
      <w:r w:rsidRPr="00504939">
        <w:rPr>
          <w:rFonts w:ascii="Calibri" w:hAnsi="Calibri"/>
          <w:sz w:val="20"/>
          <w:szCs w:val="20"/>
          <w:lang w:val="en-FJ"/>
        </w:rPr>
        <w:t>The father answered quietly,</w:t>
      </w:r>
      <w:r w:rsidRPr="00504939">
        <w:rPr>
          <w:rFonts w:ascii="Calibri" w:hAnsi="Calibri"/>
          <w:sz w:val="20"/>
          <w:szCs w:val="20"/>
          <w:lang w:val="en-FJ"/>
        </w:rPr>
        <w:br/>
      </w:r>
      <w:r w:rsidRPr="00504939">
        <w:rPr>
          <w:rFonts w:ascii="Calibri" w:hAnsi="Calibri"/>
          <w:i/>
          <w:iCs/>
          <w:sz w:val="20"/>
          <w:szCs w:val="20"/>
          <w:lang w:val="en-FJ"/>
        </w:rPr>
        <w:t>“Because someone might be looking—and their life may depend on it.”</w:t>
      </w:r>
    </w:p>
    <w:p w14:paraId="7800FE3F" w14:textId="77777777" w:rsidR="009C5387" w:rsidRPr="00504939" w:rsidRDefault="009C5387" w:rsidP="009C5387">
      <w:pPr>
        <w:rPr>
          <w:rFonts w:ascii="Calibri" w:hAnsi="Calibri"/>
          <w:sz w:val="20"/>
          <w:szCs w:val="20"/>
          <w:lang w:val="en-FJ"/>
        </w:rPr>
      </w:pPr>
      <w:r w:rsidRPr="00504939">
        <w:rPr>
          <w:rFonts w:ascii="Calibri" w:hAnsi="Calibri"/>
          <w:sz w:val="20"/>
          <w:szCs w:val="20"/>
          <w:lang w:val="en-FJ"/>
        </w:rPr>
        <w:t>Years later, that child remembered those words when living in a very different place—not by the sea, but in a home filled with noise, pressure, and temptation.</w:t>
      </w:r>
    </w:p>
    <w:p w14:paraId="5926A63B" w14:textId="77777777" w:rsidR="009C5387" w:rsidRPr="00504939" w:rsidRDefault="009C5387" w:rsidP="009C5387">
      <w:pPr>
        <w:rPr>
          <w:rFonts w:ascii="Calibri" w:hAnsi="Calibri"/>
          <w:sz w:val="20"/>
          <w:szCs w:val="20"/>
          <w:lang w:val="en-FJ"/>
        </w:rPr>
      </w:pPr>
      <w:r w:rsidRPr="00504939">
        <w:rPr>
          <w:rFonts w:ascii="Calibri" w:hAnsi="Calibri"/>
          <w:sz w:val="20"/>
          <w:szCs w:val="20"/>
          <w:lang w:val="en-FJ"/>
        </w:rPr>
        <w:t>That home had learned to keep its light burning.</w:t>
      </w:r>
    </w:p>
    <w:p w14:paraId="3AC3FC47" w14:textId="77777777" w:rsidR="009C5387" w:rsidRPr="00504939" w:rsidRDefault="009C5387" w:rsidP="009C5387">
      <w:pPr>
        <w:rPr>
          <w:rFonts w:ascii="Calibri" w:hAnsi="Calibri"/>
          <w:sz w:val="20"/>
          <w:szCs w:val="20"/>
          <w:lang w:val="en-FJ"/>
        </w:rPr>
      </w:pPr>
      <w:r w:rsidRPr="00504939">
        <w:rPr>
          <w:rFonts w:ascii="Calibri" w:hAnsi="Calibri"/>
          <w:sz w:val="20"/>
          <w:szCs w:val="20"/>
          <w:lang w:val="en-FJ"/>
        </w:rPr>
        <w:t>They prayed together, even when tired.</w:t>
      </w:r>
      <w:r w:rsidRPr="00504939">
        <w:rPr>
          <w:rFonts w:ascii="Calibri" w:hAnsi="Calibri"/>
          <w:sz w:val="20"/>
          <w:szCs w:val="20"/>
          <w:lang w:val="en-FJ"/>
        </w:rPr>
        <w:br/>
        <w:t>They worshiped simply, even when busy.</w:t>
      </w:r>
      <w:r w:rsidRPr="00504939">
        <w:rPr>
          <w:rFonts w:ascii="Calibri" w:hAnsi="Calibri"/>
          <w:sz w:val="20"/>
          <w:szCs w:val="20"/>
          <w:lang w:val="en-FJ"/>
        </w:rPr>
        <w:br/>
        <w:t>They chose kindness, even when frustrated.</w:t>
      </w:r>
      <w:r w:rsidRPr="00504939">
        <w:rPr>
          <w:rFonts w:ascii="Calibri" w:hAnsi="Calibri"/>
          <w:sz w:val="20"/>
          <w:szCs w:val="20"/>
          <w:lang w:val="en-FJ"/>
        </w:rPr>
        <w:br/>
        <w:t>They read God’s Word, even when the world offered louder voices.</w:t>
      </w:r>
    </w:p>
    <w:p w14:paraId="0BB1F747" w14:textId="77777777" w:rsidR="009C5387" w:rsidRPr="00504939" w:rsidRDefault="009C5387" w:rsidP="009C5387">
      <w:pPr>
        <w:rPr>
          <w:rFonts w:ascii="Calibri" w:hAnsi="Calibri"/>
          <w:sz w:val="20"/>
          <w:szCs w:val="20"/>
          <w:lang w:val="en-FJ"/>
        </w:rPr>
      </w:pPr>
      <w:r w:rsidRPr="00504939">
        <w:rPr>
          <w:rFonts w:ascii="Calibri" w:hAnsi="Calibri"/>
          <w:sz w:val="20"/>
          <w:szCs w:val="20"/>
          <w:lang w:val="en-FJ"/>
        </w:rPr>
        <w:t xml:space="preserve">Visitors noticed. Children noticed. Even </w:t>
      </w:r>
      <w:proofErr w:type="spellStart"/>
      <w:r w:rsidRPr="00504939">
        <w:rPr>
          <w:rFonts w:ascii="Calibri" w:hAnsi="Calibri"/>
          <w:sz w:val="20"/>
          <w:szCs w:val="20"/>
          <w:lang w:val="en-FJ"/>
        </w:rPr>
        <w:t>skeptics</w:t>
      </w:r>
      <w:proofErr w:type="spellEnd"/>
      <w:r w:rsidRPr="00504939">
        <w:rPr>
          <w:rFonts w:ascii="Calibri" w:hAnsi="Calibri"/>
          <w:sz w:val="20"/>
          <w:szCs w:val="20"/>
          <w:lang w:val="en-FJ"/>
        </w:rPr>
        <w:t xml:space="preserve"> felt something different.</w:t>
      </w:r>
    </w:p>
    <w:p w14:paraId="45681D35" w14:textId="77777777" w:rsidR="009C5387" w:rsidRPr="00504939" w:rsidRDefault="009C5387" w:rsidP="009C5387">
      <w:pPr>
        <w:rPr>
          <w:rFonts w:ascii="Calibri" w:hAnsi="Calibri"/>
          <w:sz w:val="20"/>
          <w:szCs w:val="20"/>
          <w:lang w:val="en-FJ"/>
        </w:rPr>
      </w:pPr>
      <w:r w:rsidRPr="00504939">
        <w:rPr>
          <w:rFonts w:ascii="Calibri" w:hAnsi="Calibri"/>
          <w:sz w:val="20"/>
          <w:szCs w:val="20"/>
          <w:lang w:val="en-FJ"/>
        </w:rPr>
        <w:t>No sermons were preached—but peace was present.</w:t>
      </w:r>
      <w:r w:rsidRPr="00504939">
        <w:rPr>
          <w:rFonts w:ascii="Calibri" w:hAnsi="Calibri"/>
          <w:sz w:val="20"/>
          <w:szCs w:val="20"/>
          <w:lang w:val="en-FJ"/>
        </w:rPr>
        <w:br/>
        <w:t>No arguments were forced—but truth was lived.</w:t>
      </w:r>
    </w:p>
    <w:p w14:paraId="46355FDB" w14:textId="77777777" w:rsidR="009C5387" w:rsidRPr="00504939" w:rsidRDefault="009C5387" w:rsidP="009C5387">
      <w:pPr>
        <w:rPr>
          <w:rFonts w:ascii="Calibri" w:hAnsi="Calibri"/>
          <w:sz w:val="20"/>
          <w:szCs w:val="20"/>
          <w:lang w:val="en-FJ"/>
        </w:rPr>
      </w:pPr>
      <w:r w:rsidRPr="00504939">
        <w:rPr>
          <w:rFonts w:ascii="Calibri" w:hAnsi="Calibri"/>
          <w:sz w:val="20"/>
          <w:szCs w:val="20"/>
          <w:lang w:val="en-FJ"/>
        </w:rPr>
        <w:t xml:space="preserve">One day, a </w:t>
      </w:r>
      <w:proofErr w:type="spellStart"/>
      <w:r w:rsidRPr="00504939">
        <w:rPr>
          <w:rFonts w:ascii="Calibri" w:hAnsi="Calibri"/>
          <w:sz w:val="20"/>
          <w:szCs w:val="20"/>
          <w:lang w:val="en-FJ"/>
        </w:rPr>
        <w:t>neighbor</w:t>
      </w:r>
      <w:proofErr w:type="spellEnd"/>
      <w:r w:rsidRPr="00504939">
        <w:rPr>
          <w:rFonts w:ascii="Calibri" w:hAnsi="Calibri"/>
          <w:sz w:val="20"/>
          <w:szCs w:val="20"/>
          <w:lang w:val="en-FJ"/>
        </w:rPr>
        <w:t xml:space="preserve"> said,</w:t>
      </w:r>
      <w:r w:rsidRPr="00504939">
        <w:rPr>
          <w:rFonts w:ascii="Calibri" w:hAnsi="Calibri"/>
          <w:sz w:val="20"/>
          <w:szCs w:val="20"/>
          <w:lang w:val="en-FJ"/>
        </w:rPr>
        <w:br/>
      </w:r>
      <w:r w:rsidRPr="00504939">
        <w:rPr>
          <w:rFonts w:ascii="Calibri" w:hAnsi="Calibri"/>
          <w:i/>
          <w:iCs/>
          <w:sz w:val="20"/>
          <w:szCs w:val="20"/>
          <w:lang w:val="en-FJ"/>
        </w:rPr>
        <w:t>“I don’t know what you believe—but there’s something steady about your home. It feels… safe.”</w:t>
      </w:r>
    </w:p>
    <w:p w14:paraId="2BE03C8E" w14:textId="5F77EC19" w:rsidR="009C5387" w:rsidRPr="00504939" w:rsidRDefault="009C5387" w:rsidP="009C5387">
      <w:pPr>
        <w:rPr>
          <w:rFonts w:ascii="Calibri" w:hAnsi="Calibri"/>
          <w:sz w:val="20"/>
          <w:szCs w:val="20"/>
          <w:lang w:val="en-FJ"/>
        </w:rPr>
      </w:pPr>
      <w:r w:rsidRPr="00504939">
        <w:rPr>
          <w:rFonts w:ascii="Calibri" w:hAnsi="Calibri"/>
          <w:sz w:val="20"/>
          <w:szCs w:val="20"/>
          <w:lang w:val="en-FJ"/>
        </w:rPr>
        <w:t>And that was the light.  Not dramatic. Not flashy.  Just consistent. Warm. Reliable.</w:t>
      </w:r>
    </w:p>
    <w:p w14:paraId="547FCFE7" w14:textId="77777777" w:rsidR="009C5387" w:rsidRPr="00504939" w:rsidRDefault="009C5387" w:rsidP="009C5387">
      <w:pPr>
        <w:rPr>
          <w:rFonts w:ascii="Calibri" w:hAnsi="Calibri"/>
          <w:sz w:val="20"/>
          <w:szCs w:val="20"/>
          <w:lang w:val="en-FJ"/>
        </w:rPr>
      </w:pPr>
      <w:r w:rsidRPr="00504939">
        <w:rPr>
          <w:rFonts w:ascii="Calibri" w:hAnsi="Calibri"/>
          <w:sz w:val="20"/>
          <w:szCs w:val="20"/>
          <w:lang w:val="en-FJ"/>
        </w:rPr>
        <w:lastRenderedPageBreak/>
        <w:t>Through seasons of joy and sorrow, success and struggle, that family never let the light go out. They understood that souls were watching—not to judge perfection, but to see direction.</w:t>
      </w:r>
    </w:p>
    <w:p w14:paraId="2D837789" w14:textId="77777777" w:rsidR="009C5387" w:rsidRPr="00504939" w:rsidRDefault="009C5387" w:rsidP="009C5387">
      <w:pPr>
        <w:rPr>
          <w:rFonts w:ascii="Calibri" w:hAnsi="Calibri"/>
          <w:sz w:val="20"/>
          <w:szCs w:val="20"/>
          <w:lang w:val="en-FJ"/>
        </w:rPr>
      </w:pPr>
      <w:r w:rsidRPr="00504939">
        <w:rPr>
          <w:rFonts w:ascii="Calibri" w:hAnsi="Calibri"/>
          <w:sz w:val="20"/>
          <w:szCs w:val="20"/>
          <w:lang w:val="en-FJ"/>
        </w:rPr>
        <w:t>Because a home that follows Christ does not walk in darkness.</w:t>
      </w:r>
      <w:r w:rsidRPr="00504939">
        <w:rPr>
          <w:rFonts w:ascii="Calibri" w:hAnsi="Calibri"/>
          <w:sz w:val="20"/>
          <w:szCs w:val="20"/>
          <w:lang w:val="en-FJ"/>
        </w:rPr>
        <w:br/>
        <w:t>It becomes a guide.</w:t>
      </w:r>
      <w:r w:rsidRPr="00504939">
        <w:rPr>
          <w:rFonts w:ascii="Calibri" w:hAnsi="Calibri"/>
          <w:sz w:val="20"/>
          <w:szCs w:val="20"/>
          <w:lang w:val="en-FJ"/>
        </w:rPr>
        <w:br/>
        <w:t>A refuge.</w:t>
      </w:r>
      <w:r w:rsidRPr="00504939">
        <w:rPr>
          <w:rFonts w:ascii="Calibri" w:hAnsi="Calibri"/>
          <w:sz w:val="20"/>
          <w:szCs w:val="20"/>
          <w:lang w:val="en-FJ"/>
        </w:rPr>
        <w:br/>
        <w:t>A lighthouse.</w:t>
      </w:r>
    </w:p>
    <w:p w14:paraId="420C1B16" w14:textId="30A35977" w:rsidR="00BC56D0" w:rsidRPr="00504939" w:rsidRDefault="005952B1" w:rsidP="005952B1">
      <w:pPr>
        <w:pStyle w:val="Heading4"/>
        <w:rPr>
          <w:color w:val="0070C0"/>
          <w:sz w:val="20"/>
          <w:szCs w:val="20"/>
        </w:rPr>
      </w:pPr>
      <w:r w:rsidRPr="00504939">
        <w:rPr>
          <w:color w:val="0070C0"/>
          <w:sz w:val="20"/>
          <w:szCs w:val="20"/>
        </w:rPr>
        <w:t>REFLECTION QUESTIONS</w:t>
      </w:r>
    </w:p>
    <w:p w14:paraId="6577F8CD" w14:textId="77777777" w:rsidR="00BC56D0" w:rsidRPr="00504939" w:rsidRDefault="00000000" w:rsidP="005952B1">
      <w:pPr>
        <w:rPr>
          <w:sz w:val="20"/>
          <w:szCs w:val="20"/>
        </w:rPr>
      </w:pPr>
      <w:r w:rsidRPr="00504939">
        <w:rPr>
          <w:rFonts w:ascii="Calibri" w:hAnsi="Calibri"/>
          <w:sz w:val="20"/>
          <w:szCs w:val="20"/>
        </w:rPr>
        <w:t>What “lights” in our home may be growing dim—and what can we do this week to brighten them?</w:t>
      </w:r>
    </w:p>
    <w:p w14:paraId="4690BA32" w14:textId="77777777" w:rsidR="00BC56D0" w:rsidRPr="00504939" w:rsidRDefault="00000000" w:rsidP="005952B1">
      <w:pPr>
        <w:rPr>
          <w:sz w:val="20"/>
          <w:szCs w:val="20"/>
        </w:rPr>
      </w:pPr>
      <w:r w:rsidRPr="00504939">
        <w:rPr>
          <w:rFonts w:ascii="Calibri" w:hAnsi="Calibri"/>
          <w:sz w:val="20"/>
          <w:szCs w:val="20"/>
        </w:rPr>
        <w:t>How does our daily behavior reflect the spiritual atmosphere we want our children or family members to experience?</w:t>
      </w:r>
    </w:p>
    <w:p w14:paraId="3943F551" w14:textId="77777777" w:rsidR="00BC56D0" w:rsidRPr="00504939" w:rsidRDefault="00000000" w:rsidP="005952B1">
      <w:pPr>
        <w:rPr>
          <w:sz w:val="20"/>
          <w:szCs w:val="20"/>
        </w:rPr>
      </w:pPr>
      <w:r w:rsidRPr="00504939">
        <w:rPr>
          <w:rFonts w:ascii="Calibri" w:hAnsi="Calibri"/>
          <w:sz w:val="20"/>
          <w:szCs w:val="20"/>
        </w:rPr>
        <w:t>What habits, entertainment, or distractions might be quietly pulling our home toward darkness rather than light?</w:t>
      </w:r>
    </w:p>
    <w:p w14:paraId="7F270681" w14:textId="322AE377" w:rsidR="00BC56D0" w:rsidRPr="00504939" w:rsidRDefault="005952B1" w:rsidP="005952B1">
      <w:pPr>
        <w:pStyle w:val="Heading4"/>
        <w:rPr>
          <w:color w:val="0070C0"/>
          <w:sz w:val="20"/>
          <w:szCs w:val="20"/>
        </w:rPr>
      </w:pPr>
      <w:r w:rsidRPr="00504939">
        <w:rPr>
          <w:color w:val="0070C0"/>
          <w:sz w:val="20"/>
          <w:szCs w:val="20"/>
        </w:rPr>
        <w:t>FAMILY ACTIVITY: LIGHTHOUSE WATCH</w:t>
      </w:r>
    </w:p>
    <w:p w14:paraId="247B2364" w14:textId="77777777" w:rsidR="005952B1" w:rsidRPr="00504939" w:rsidRDefault="00000000" w:rsidP="005952B1">
      <w:pPr>
        <w:rPr>
          <w:rFonts w:ascii="Calibri" w:hAnsi="Calibri"/>
          <w:sz w:val="20"/>
          <w:szCs w:val="20"/>
        </w:rPr>
      </w:pPr>
      <w:r w:rsidRPr="00504939">
        <w:rPr>
          <w:rFonts w:ascii="Calibri" w:hAnsi="Calibri"/>
          <w:b/>
          <w:bCs/>
          <w:sz w:val="20"/>
          <w:szCs w:val="20"/>
        </w:rPr>
        <w:t>Materials:</w:t>
      </w:r>
      <w:r w:rsidRPr="00504939">
        <w:rPr>
          <w:rFonts w:ascii="Calibri" w:hAnsi="Calibri"/>
          <w:sz w:val="20"/>
          <w:szCs w:val="20"/>
        </w:rPr>
        <w:t xml:space="preserve"> </w:t>
      </w:r>
    </w:p>
    <w:p w14:paraId="17317A27" w14:textId="373FC526" w:rsidR="00BC56D0" w:rsidRPr="00504939" w:rsidRDefault="00000000" w:rsidP="005952B1">
      <w:pPr>
        <w:pStyle w:val="ListParagraph"/>
        <w:numPr>
          <w:ilvl w:val="0"/>
          <w:numId w:val="27"/>
        </w:numPr>
        <w:rPr>
          <w:sz w:val="20"/>
          <w:szCs w:val="20"/>
        </w:rPr>
      </w:pPr>
      <w:r w:rsidRPr="00504939">
        <w:rPr>
          <w:rFonts w:ascii="Calibri" w:hAnsi="Calibri"/>
          <w:sz w:val="20"/>
          <w:szCs w:val="20"/>
        </w:rPr>
        <w:t>A flashlight or small lamp</w:t>
      </w:r>
    </w:p>
    <w:p w14:paraId="6027E43C" w14:textId="77777777" w:rsidR="00BC56D0" w:rsidRPr="00504939" w:rsidRDefault="00000000" w:rsidP="005952B1">
      <w:pPr>
        <w:pStyle w:val="ListParagraph"/>
        <w:numPr>
          <w:ilvl w:val="0"/>
          <w:numId w:val="27"/>
        </w:numPr>
        <w:rPr>
          <w:sz w:val="20"/>
          <w:szCs w:val="20"/>
        </w:rPr>
      </w:pPr>
      <w:r w:rsidRPr="00504939">
        <w:rPr>
          <w:rFonts w:ascii="Calibri" w:hAnsi="Calibri"/>
          <w:sz w:val="20"/>
          <w:szCs w:val="20"/>
        </w:rPr>
        <w:t>Turn off the lights in a room.</w:t>
      </w:r>
    </w:p>
    <w:p w14:paraId="756BC93B" w14:textId="77777777" w:rsidR="00BC56D0" w:rsidRPr="00504939" w:rsidRDefault="00000000" w:rsidP="005952B1">
      <w:pPr>
        <w:pStyle w:val="ListParagraph"/>
        <w:numPr>
          <w:ilvl w:val="0"/>
          <w:numId w:val="27"/>
        </w:numPr>
        <w:rPr>
          <w:sz w:val="20"/>
          <w:szCs w:val="20"/>
        </w:rPr>
      </w:pPr>
      <w:r w:rsidRPr="00504939">
        <w:rPr>
          <w:rFonts w:ascii="Calibri" w:hAnsi="Calibri"/>
          <w:sz w:val="20"/>
          <w:szCs w:val="20"/>
        </w:rPr>
        <w:t>Turn on the flashlight and place it where everyone can see it.</w:t>
      </w:r>
    </w:p>
    <w:p w14:paraId="4313CACE" w14:textId="77777777" w:rsidR="00BC56D0" w:rsidRPr="00504939" w:rsidRDefault="00000000" w:rsidP="005952B1">
      <w:pPr>
        <w:rPr>
          <w:sz w:val="20"/>
          <w:szCs w:val="20"/>
        </w:rPr>
      </w:pPr>
      <w:r w:rsidRPr="00504939">
        <w:rPr>
          <w:rFonts w:ascii="Calibri" w:hAnsi="Calibri"/>
          <w:sz w:val="20"/>
          <w:szCs w:val="20"/>
        </w:rPr>
        <w:t>Each person shares one way they can help keep the “light of Jesus” shining in the home (e.g., prayer, helping others, avoiding harsh words, reading Scripture).</w:t>
      </w:r>
    </w:p>
    <w:p w14:paraId="695809BD" w14:textId="77777777" w:rsidR="00BC56D0" w:rsidRPr="00504939" w:rsidRDefault="00000000" w:rsidP="005952B1">
      <w:pPr>
        <w:rPr>
          <w:sz w:val="20"/>
          <w:szCs w:val="20"/>
        </w:rPr>
      </w:pPr>
      <w:r w:rsidRPr="00504939">
        <w:rPr>
          <w:rFonts w:ascii="Calibri" w:hAnsi="Calibri"/>
          <w:sz w:val="20"/>
          <w:szCs w:val="20"/>
        </w:rPr>
        <w:t>After each person shares, pass the light to the next family member.</w:t>
      </w:r>
    </w:p>
    <w:p w14:paraId="717A8DBF" w14:textId="77777777" w:rsidR="00BC56D0" w:rsidRPr="00504939" w:rsidRDefault="00000000" w:rsidP="005952B1">
      <w:pPr>
        <w:rPr>
          <w:sz w:val="20"/>
          <w:szCs w:val="20"/>
        </w:rPr>
      </w:pPr>
      <w:r w:rsidRPr="00504939">
        <w:rPr>
          <w:rFonts w:ascii="Calibri" w:hAnsi="Calibri"/>
          <w:sz w:val="20"/>
          <w:szCs w:val="20"/>
        </w:rPr>
        <w:t>End with a short group prayer asking God to help your home shine brightly.</w:t>
      </w:r>
    </w:p>
    <w:p w14:paraId="059CBC6B" w14:textId="77777777" w:rsidR="00BC56D0" w:rsidRPr="00504939" w:rsidRDefault="00000000" w:rsidP="005952B1">
      <w:pPr>
        <w:rPr>
          <w:sz w:val="20"/>
          <w:szCs w:val="20"/>
        </w:rPr>
      </w:pPr>
      <w:r w:rsidRPr="00504939">
        <w:rPr>
          <w:rFonts w:ascii="Calibri" w:hAnsi="Calibri"/>
          <w:sz w:val="20"/>
          <w:szCs w:val="20"/>
        </w:rPr>
        <w:t>This simple action makes the lighthouse illustration come alive and teaches even young children how important their part is in keeping God’s light burning.</w:t>
      </w:r>
    </w:p>
    <w:p w14:paraId="68F51B3A" w14:textId="4A40ACDB" w:rsidR="00BC56D0" w:rsidRPr="00504939" w:rsidRDefault="005952B1" w:rsidP="005952B1">
      <w:pPr>
        <w:pStyle w:val="Heading4"/>
        <w:rPr>
          <w:color w:val="0070C0"/>
          <w:sz w:val="20"/>
          <w:szCs w:val="20"/>
        </w:rPr>
      </w:pPr>
      <w:r w:rsidRPr="00504939">
        <w:rPr>
          <w:color w:val="0070C0"/>
          <w:sz w:val="20"/>
          <w:szCs w:val="20"/>
        </w:rPr>
        <w:t>TRANSITION TO THE SERMON: THE DAY THAT DISAPPEARED</w:t>
      </w:r>
    </w:p>
    <w:p w14:paraId="1E226F6B" w14:textId="77777777" w:rsidR="00BC56D0" w:rsidRPr="00504939" w:rsidRDefault="00000000" w:rsidP="005952B1">
      <w:pPr>
        <w:rPr>
          <w:sz w:val="20"/>
          <w:szCs w:val="20"/>
        </w:rPr>
      </w:pPr>
      <w:r w:rsidRPr="00504939">
        <w:rPr>
          <w:rFonts w:ascii="Calibri" w:hAnsi="Calibri"/>
          <w:sz w:val="20"/>
          <w:szCs w:val="20"/>
        </w:rPr>
        <w:t>Just as a lighthouse keeps its beam steady regardless of who pays attention, God has provided a guiding light for all humanity—His holy Sabbath. Throughout history, the Sabbath has pointed families, nations, and generations to the Creator. Yet over time, that light was obscured, altered, and nearly forgotten.</w:t>
      </w:r>
    </w:p>
    <w:p w14:paraId="2A190C34" w14:textId="77777777" w:rsidR="00BC56D0" w:rsidRPr="00504939" w:rsidRDefault="00000000" w:rsidP="005952B1">
      <w:pPr>
        <w:rPr>
          <w:sz w:val="20"/>
          <w:szCs w:val="20"/>
        </w:rPr>
      </w:pPr>
      <w:r w:rsidRPr="00504939">
        <w:rPr>
          <w:rFonts w:ascii="Calibri" w:hAnsi="Calibri"/>
          <w:sz w:val="20"/>
          <w:szCs w:val="20"/>
        </w:rPr>
        <w:t>Tonight’s message, “The Day That Disappeared,” explores how a change from Sabbath to Sunday occurred, why it matters for our world today, and how God is calling families back to the brilliance of His original design.</w:t>
      </w:r>
      <w:r w:rsidRPr="00504939">
        <w:rPr>
          <w:rFonts w:ascii="Calibri" w:hAnsi="Calibri"/>
          <w:sz w:val="20"/>
          <w:szCs w:val="20"/>
        </w:rPr>
        <w:br/>
        <w:t>Just as the Christian home must keep its light burning, God’s people are called to keep His truth shining in a world growing dim.</w:t>
      </w:r>
    </w:p>
    <w:p w14:paraId="1DF5E070" w14:textId="33217AC7" w:rsidR="00BC56D0" w:rsidRPr="00504939" w:rsidRDefault="005952B1" w:rsidP="005952B1">
      <w:pPr>
        <w:pStyle w:val="Heading4"/>
        <w:rPr>
          <w:color w:val="0070C0"/>
          <w:sz w:val="20"/>
          <w:szCs w:val="20"/>
        </w:rPr>
      </w:pPr>
      <w:r w:rsidRPr="00504939">
        <w:rPr>
          <w:color w:val="0070C0"/>
          <w:sz w:val="20"/>
          <w:szCs w:val="20"/>
        </w:rPr>
        <w:t>PRAYER</w:t>
      </w:r>
    </w:p>
    <w:p w14:paraId="7CAFEF57" w14:textId="77777777" w:rsidR="00BC56D0" w:rsidRPr="00504939" w:rsidRDefault="00000000" w:rsidP="005952B1">
      <w:pPr>
        <w:rPr>
          <w:sz w:val="20"/>
          <w:szCs w:val="20"/>
        </w:rPr>
      </w:pPr>
      <w:r w:rsidRPr="00504939">
        <w:rPr>
          <w:rFonts w:ascii="Calibri" w:hAnsi="Calibri"/>
          <w:sz w:val="20"/>
          <w:szCs w:val="20"/>
        </w:rPr>
        <w:t>Heavenly Father, Thank You for calling our family to walk in the light of Jesus. Help our home become a lighthouse that shines with Your love, peace, and truth. Keep our hearts from growing dim with the cares of this world. Give us strength to be faithful in our duties and gentle in our influence. As we prepare to study the message about the Sabbath, open our eyes to Your truth and draw our family closer to You. May Your light guide us until the day we see You face to face. In Jesus’ name, Amen.</w:t>
      </w:r>
    </w:p>
    <w:p w14:paraId="1596D1D9" w14:textId="77777777" w:rsidR="00F861D3" w:rsidRPr="00504939" w:rsidRDefault="00F861D3" w:rsidP="005952B1">
      <w:pPr>
        <w:rPr>
          <w:rFonts w:ascii="Calibri" w:hAnsi="Calibri"/>
          <w:sz w:val="20"/>
          <w:szCs w:val="20"/>
        </w:rPr>
      </w:pPr>
    </w:p>
    <w:p w14:paraId="047DE7D4" w14:textId="5CAD76E9" w:rsidR="00BC56D0" w:rsidRPr="00504939" w:rsidRDefault="00E303B9" w:rsidP="005952B1">
      <w:pPr>
        <w:pStyle w:val="Heading1"/>
        <w:shd w:val="clear" w:color="auto" w:fill="B6DDE8" w:themeFill="accent5" w:themeFillTint="66"/>
        <w:spacing w:before="0" w:line="240" w:lineRule="auto"/>
        <w:rPr>
          <w:sz w:val="20"/>
          <w:szCs w:val="20"/>
        </w:rPr>
      </w:pPr>
      <w:bookmarkStart w:id="26" w:name="_Toc226793122"/>
      <w:r w:rsidRPr="00504939">
        <w:rPr>
          <w:sz w:val="20"/>
          <w:szCs w:val="20"/>
        </w:rPr>
        <w:lastRenderedPageBreak/>
        <w:t>SERMON TOPIC #9    THE MYSTERY OF DEATH (STATE OF THE DEAD)</w:t>
      </w:r>
      <w:bookmarkEnd w:id="26"/>
      <w:r w:rsidRPr="00504939">
        <w:rPr>
          <w:sz w:val="20"/>
          <w:szCs w:val="20"/>
        </w:rPr>
        <w:t xml:space="preserve"> </w:t>
      </w:r>
    </w:p>
    <w:p w14:paraId="6D335002" w14:textId="77777777" w:rsidR="00BC56D0" w:rsidRPr="00504939" w:rsidRDefault="00BC56D0" w:rsidP="005952B1">
      <w:pPr>
        <w:pStyle w:val="Heading1"/>
        <w:spacing w:before="0" w:line="240" w:lineRule="auto"/>
        <w:rPr>
          <w:sz w:val="20"/>
          <w:szCs w:val="20"/>
        </w:rPr>
      </w:pPr>
    </w:p>
    <w:p w14:paraId="64914C11" w14:textId="39DF0734" w:rsidR="00BC56D0" w:rsidRPr="00504939" w:rsidRDefault="00000000" w:rsidP="005952B1">
      <w:pPr>
        <w:pStyle w:val="Heading1"/>
        <w:spacing w:before="0" w:line="240" w:lineRule="auto"/>
        <w:rPr>
          <w:sz w:val="20"/>
          <w:szCs w:val="20"/>
        </w:rPr>
      </w:pPr>
      <w:bookmarkStart w:id="27" w:name="_Toc226793123"/>
      <w:r w:rsidRPr="00504939">
        <w:rPr>
          <w:sz w:val="20"/>
          <w:szCs w:val="20"/>
        </w:rPr>
        <w:t xml:space="preserve">FAMILY </w:t>
      </w:r>
      <w:r w:rsidR="009C5387" w:rsidRPr="00504939">
        <w:rPr>
          <w:sz w:val="20"/>
          <w:szCs w:val="20"/>
        </w:rPr>
        <w:t>FOCUS</w:t>
      </w:r>
      <w:r w:rsidRPr="00504939">
        <w:rPr>
          <w:sz w:val="20"/>
          <w:szCs w:val="20"/>
        </w:rPr>
        <w:t>: HOUSEHOLD DIALOGUE</w:t>
      </w:r>
      <w:bookmarkEnd w:id="27"/>
    </w:p>
    <w:p w14:paraId="35202562" w14:textId="77777777" w:rsidR="00BC56D0" w:rsidRPr="00504939" w:rsidRDefault="00000000" w:rsidP="005952B1">
      <w:pPr>
        <w:rPr>
          <w:b/>
          <w:bCs/>
          <w:sz w:val="20"/>
          <w:szCs w:val="20"/>
        </w:rPr>
      </w:pPr>
      <w:r w:rsidRPr="00504939">
        <w:rPr>
          <w:rFonts w:ascii="Calibri" w:hAnsi="Calibri"/>
          <w:b/>
          <w:bCs/>
          <w:sz w:val="20"/>
          <w:szCs w:val="20"/>
        </w:rPr>
        <w:t xml:space="preserve">“Put away from you a deceitful </w:t>
      </w:r>
      <w:proofErr w:type="gramStart"/>
      <w:r w:rsidRPr="00504939">
        <w:rPr>
          <w:rFonts w:ascii="Calibri" w:hAnsi="Calibri"/>
          <w:b/>
          <w:bCs/>
          <w:sz w:val="20"/>
          <w:szCs w:val="20"/>
        </w:rPr>
        <w:t>mouth, and</w:t>
      </w:r>
      <w:proofErr w:type="gramEnd"/>
      <w:r w:rsidRPr="00504939">
        <w:rPr>
          <w:rFonts w:ascii="Calibri" w:hAnsi="Calibri"/>
          <w:b/>
          <w:bCs/>
          <w:sz w:val="20"/>
          <w:szCs w:val="20"/>
        </w:rPr>
        <w:t xml:space="preserve"> put perverse lips far from you” (Prov. 4:24, NKJV).</w:t>
      </w:r>
    </w:p>
    <w:p w14:paraId="2D46E816" w14:textId="77777777" w:rsidR="00BC56D0" w:rsidRPr="00504939" w:rsidRDefault="00000000" w:rsidP="00B32FB4">
      <w:pPr>
        <w:jc w:val="both"/>
        <w:rPr>
          <w:sz w:val="20"/>
          <w:szCs w:val="20"/>
        </w:rPr>
      </w:pPr>
      <w:r w:rsidRPr="00504939">
        <w:rPr>
          <w:rFonts w:ascii="Calibri" w:hAnsi="Calibri"/>
          <w:sz w:val="20"/>
          <w:szCs w:val="20"/>
        </w:rPr>
        <w:t xml:space="preserve"> Years ago, I read an interesting article in a newspaper from Porto Velho, Brazil, called “Marital Happiness” by Cílio Bocannera. He mentions a work presented by </w:t>
      </w:r>
      <w:proofErr w:type="gramStart"/>
      <w:r w:rsidRPr="00504939">
        <w:rPr>
          <w:rFonts w:ascii="Calibri" w:hAnsi="Calibri"/>
          <w:sz w:val="20"/>
          <w:szCs w:val="20"/>
        </w:rPr>
        <w:t>a Professor</w:t>
      </w:r>
      <w:proofErr w:type="gramEnd"/>
      <w:r w:rsidRPr="00504939">
        <w:rPr>
          <w:rFonts w:ascii="Calibri" w:hAnsi="Calibri"/>
          <w:sz w:val="20"/>
          <w:szCs w:val="20"/>
        </w:rPr>
        <w:t xml:space="preserve"> Howard Markman from Denver University during a conference for specialists in marital therapy in London. He stated that “the way a couple argues defines how successful the marriage will be.” That is, “the tactics the husband and wife use in their arguing is a good clue to the likelihood of divorce.” It is interesting that Professor Markman studied a thousand couples that frequently argued. He then concluded that the most endangered couples were those who run away from the argument and those who allow minor subjects </w:t>
      </w:r>
      <w:proofErr w:type="gramStart"/>
      <w:r w:rsidRPr="00504939">
        <w:rPr>
          <w:rFonts w:ascii="Calibri" w:hAnsi="Calibri"/>
          <w:sz w:val="20"/>
          <w:szCs w:val="20"/>
        </w:rPr>
        <w:t>become</w:t>
      </w:r>
      <w:proofErr w:type="gramEnd"/>
      <w:r w:rsidRPr="00504939">
        <w:rPr>
          <w:rFonts w:ascii="Calibri" w:hAnsi="Calibri"/>
          <w:sz w:val="20"/>
          <w:szCs w:val="20"/>
        </w:rPr>
        <w:t xml:space="preserve"> great disputes. We know this is very common. There are couples who disagree about where to put soap in the bathroom or how to squeeze the toothpaste tube. They allow small disagreements to affect other more important points in life. Finally, the relationship ends in separation and divorce. Sometimes even more fatal mistakes are made. Professor Markman mentions something that requires serious and deep reflection. He says, “An insult or offense toward </w:t>
      </w:r>
      <w:proofErr w:type="gramStart"/>
      <w:r w:rsidRPr="00504939">
        <w:rPr>
          <w:rFonts w:ascii="Calibri" w:hAnsi="Calibri"/>
          <w:sz w:val="20"/>
          <w:szCs w:val="20"/>
        </w:rPr>
        <w:t>another</w:t>
      </w:r>
      <w:proofErr w:type="gramEnd"/>
      <w:r w:rsidRPr="00504939">
        <w:rPr>
          <w:rFonts w:ascii="Calibri" w:hAnsi="Calibri"/>
          <w:sz w:val="20"/>
          <w:szCs w:val="20"/>
        </w:rPr>
        <w:t xml:space="preserve"> erases five, ten or sometimes more than twenty acts of kindness in a relationship.” If couples are thinking about separation, they should stop and think about the wounded hearts they will cause in their children, the absence of father or mother from their children, the lack of support, advice and companionship caused by divorce. </w:t>
      </w:r>
    </w:p>
    <w:p w14:paraId="14425269" w14:textId="5CD150D9" w:rsidR="00BC56D0" w:rsidRPr="00504939" w:rsidRDefault="00000000" w:rsidP="00B32FB4">
      <w:pPr>
        <w:jc w:val="both"/>
        <w:rPr>
          <w:sz w:val="20"/>
          <w:szCs w:val="20"/>
        </w:rPr>
      </w:pPr>
      <w:r w:rsidRPr="00504939">
        <w:rPr>
          <w:rFonts w:ascii="Calibri" w:hAnsi="Calibri"/>
          <w:sz w:val="20"/>
          <w:szCs w:val="20"/>
        </w:rPr>
        <w:t>Couples should think carefully about how their choices will impact others. As rational and intelligent beings, we should spend less time arguing about small things and focus more on listening. Seek to understand your spouse’s point of view. Even if you disagree with their perspective, try to keep happiness and peace in your home. Be willing to give up your position. Learn to be tolerant. Try to reach a point of agreement. There is no substitute for the positive effect of kind words and acts of loves inspired by God’s love on the hearts of those within our homes. —Daily Meditations, p. 152</w:t>
      </w:r>
    </w:p>
    <w:p w14:paraId="4F604562" w14:textId="77777777" w:rsidR="00BC56D0" w:rsidRPr="00504939" w:rsidRDefault="00000000" w:rsidP="00B32FB4">
      <w:pPr>
        <w:jc w:val="both"/>
        <w:rPr>
          <w:sz w:val="20"/>
          <w:szCs w:val="20"/>
        </w:rPr>
      </w:pPr>
      <w:r w:rsidRPr="00504939">
        <w:rPr>
          <w:rFonts w:ascii="Calibri" w:hAnsi="Calibri"/>
          <w:sz w:val="20"/>
          <w:szCs w:val="20"/>
        </w:rPr>
        <w:t xml:space="preserve">Can you imagine the privilege of that couple to have Jesus and His disciples invited to their wedding? Did they understand the meaning of the Master’s presence? It is interesting that, like many weddings, a problem </w:t>
      </w:r>
      <w:proofErr w:type="gramStart"/>
      <w:r w:rsidRPr="00504939">
        <w:rPr>
          <w:rFonts w:ascii="Calibri" w:hAnsi="Calibri"/>
          <w:sz w:val="20"/>
          <w:szCs w:val="20"/>
        </w:rPr>
        <w:t>came up</w:t>
      </w:r>
      <w:proofErr w:type="gramEnd"/>
      <w:r w:rsidRPr="00504939">
        <w:rPr>
          <w:rFonts w:ascii="Calibri" w:hAnsi="Calibri"/>
          <w:sz w:val="20"/>
          <w:szCs w:val="20"/>
        </w:rPr>
        <w:t xml:space="preserve">. It wasn’t a difficult one. They simply ran out of wine (grape juice). In my country of Brazil, that would be like running out of punch before the party was over. </w:t>
      </w:r>
    </w:p>
    <w:p w14:paraId="3B52A621" w14:textId="77777777" w:rsidR="00BC56D0" w:rsidRPr="00504939" w:rsidRDefault="00000000" w:rsidP="00B32FB4">
      <w:pPr>
        <w:jc w:val="both"/>
        <w:rPr>
          <w:sz w:val="20"/>
          <w:szCs w:val="20"/>
        </w:rPr>
      </w:pPr>
      <w:r w:rsidRPr="00504939">
        <w:rPr>
          <w:rFonts w:ascii="Calibri" w:hAnsi="Calibri"/>
          <w:sz w:val="20"/>
          <w:szCs w:val="20"/>
        </w:rPr>
        <w:t xml:space="preserve">A few years </w:t>
      </w:r>
      <w:proofErr w:type="gramStart"/>
      <w:r w:rsidRPr="00504939">
        <w:rPr>
          <w:rFonts w:ascii="Calibri" w:hAnsi="Calibri"/>
          <w:sz w:val="20"/>
          <w:szCs w:val="20"/>
        </w:rPr>
        <w:t>ago</w:t>
      </w:r>
      <w:proofErr w:type="gramEnd"/>
      <w:r w:rsidRPr="00504939">
        <w:rPr>
          <w:rFonts w:ascii="Calibri" w:hAnsi="Calibri"/>
          <w:sz w:val="20"/>
          <w:szCs w:val="20"/>
        </w:rPr>
        <w:t xml:space="preserve"> I almost postponed a wedding service where I was asked to preach. The bride and groom had a misunderstanding that really worried us all. But today they are a happily married couple. Why? They invited Jesus to their wedding. They asked Christ to be part of their household. And the Lord has supplied all their needs. </w:t>
      </w:r>
    </w:p>
    <w:p w14:paraId="6CBC1E8C" w14:textId="77777777" w:rsidR="00BC56D0" w:rsidRPr="00504939" w:rsidRDefault="00000000" w:rsidP="00B32FB4">
      <w:pPr>
        <w:jc w:val="both"/>
        <w:rPr>
          <w:sz w:val="20"/>
          <w:szCs w:val="20"/>
        </w:rPr>
      </w:pPr>
      <w:r w:rsidRPr="00504939">
        <w:rPr>
          <w:rFonts w:ascii="Calibri" w:hAnsi="Calibri"/>
          <w:sz w:val="20"/>
          <w:szCs w:val="20"/>
        </w:rPr>
        <w:t xml:space="preserve">Jesus’ presence is the most important part of a successful wedding. Without Christ it is impossible to enjoy complete happiness. Christ will be the One who will lead the household and provide the necessary guidelines for parents and children on how to live on earth in preparation for a home in heaven. </w:t>
      </w:r>
    </w:p>
    <w:p w14:paraId="07ECC38B" w14:textId="77777777" w:rsidR="00BC56D0" w:rsidRPr="00504939" w:rsidRDefault="00000000" w:rsidP="00B32FB4">
      <w:pPr>
        <w:jc w:val="both"/>
        <w:rPr>
          <w:sz w:val="20"/>
          <w:szCs w:val="20"/>
        </w:rPr>
      </w:pPr>
      <w:r w:rsidRPr="00504939">
        <w:rPr>
          <w:rFonts w:ascii="Calibri" w:hAnsi="Calibri"/>
          <w:sz w:val="20"/>
          <w:szCs w:val="20"/>
        </w:rPr>
        <w:t xml:space="preserve">However, there are other simple and practical factors that may positively influence a </w:t>
      </w:r>
      <w:proofErr w:type="gramStart"/>
      <w:r w:rsidRPr="00504939">
        <w:rPr>
          <w:rFonts w:ascii="Calibri" w:hAnsi="Calibri"/>
          <w:sz w:val="20"/>
          <w:szCs w:val="20"/>
        </w:rPr>
        <w:t>couples’</w:t>
      </w:r>
      <w:proofErr w:type="gramEnd"/>
      <w:r w:rsidRPr="00504939">
        <w:rPr>
          <w:rFonts w:ascii="Calibri" w:hAnsi="Calibri"/>
          <w:sz w:val="20"/>
          <w:szCs w:val="20"/>
        </w:rPr>
        <w:t xml:space="preserve"> relationship. I call them “Special Moments.”</w:t>
      </w:r>
    </w:p>
    <w:p w14:paraId="738DF962" w14:textId="77777777" w:rsidR="00BC56D0" w:rsidRPr="00504939" w:rsidRDefault="00000000" w:rsidP="00B32FB4">
      <w:pPr>
        <w:jc w:val="both"/>
        <w:rPr>
          <w:sz w:val="20"/>
          <w:szCs w:val="20"/>
        </w:rPr>
      </w:pPr>
      <w:r w:rsidRPr="00504939">
        <w:rPr>
          <w:rFonts w:ascii="Calibri" w:hAnsi="Calibri"/>
          <w:sz w:val="20"/>
          <w:szCs w:val="20"/>
        </w:rPr>
        <w:t xml:space="preserve">The first is our Moment with God. Do we take time every day for personal worship? Do we fast and pray? Do we read our Bibles? Each of us needs quiet time alone with God. </w:t>
      </w:r>
    </w:p>
    <w:p w14:paraId="28A51AEA" w14:textId="77777777" w:rsidR="00BC56D0" w:rsidRPr="00504939" w:rsidRDefault="00000000" w:rsidP="00B32FB4">
      <w:pPr>
        <w:jc w:val="both"/>
        <w:rPr>
          <w:sz w:val="20"/>
          <w:szCs w:val="20"/>
        </w:rPr>
      </w:pPr>
      <w:r w:rsidRPr="00504939">
        <w:rPr>
          <w:rFonts w:ascii="Calibri" w:hAnsi="Calibri"/>
          <w:sz w:val="20"/>
          <w:szCs w:val="20"/>
        </w:rPr>
        <w:t xml:space="preserve">The second is our Moment for Planning. We live in a busy world, where father and mother </w:t>
      </w:r>
      <w:proofErr w:type="gramStart"/>
      <w:r w:rsidRPr="00504939">
        <w:rPr>
          <w:rFonts w:ascii="Calibri" w:hAnsi="Calibri"/>
          <w:sz w:val="20"/>
          <w:szCs w:val="20"/>
        </w:rPr>
        <w:t>have to</w:t>
      </w:r>
      <w:proofErr w:type="gramEnd"/>
      <w:r w:rsidRPr="00504939">
        <w:rPr>
          <w:rFonts w:ascii="Calibri" w:hAnsi="Calibri"/>
          <w:sz w:val="20"/>
          <w:szCs w:val="20"/>
        </w:rPr>
        <w:t xml:space="preserve"> work. Most of the time the wife is not at home full-time anymore, but she is side by side with her partner, providing bread for the family. </w:t>
      </w:r>
      <w:proofErr w:type="gramStart"/>
      <w:r w:rsidRPr="00504939">
        <w:rPr>
          <w:rFonts w:ascii="Calibri" w:hAnsi="Calibri"/>
          <w:sz w:val="20"/>
          <w:szCs w:val="20"/>
        </w:rPr>
        <w:t>Both of them</w:t>
      </w:r>
      <w:proofErr w:type="gramEnd"/>
      <w:r w:rsidRPr="00504939">
        <w:rPr>
          <w:rFonts w:ascii="Calibri" w:hAnsi="Calibri"/>
          <w:sz w:val="20"/>
          <w:szCs w:val="20"/>
        </w:rPr>
        <w:t xml:space="preserve"> have battles and difficulties at work and then come home exhausted! Children return from school, they have homework to do, books to read... Who will </w:t>
      </w:r>
      <w:proofErr w:type="gramStart"/>
      <w:r w:rsidRPr="00504939">
        <w:rPr>
          <w:rFonts w:ascii="Calibri" w:hAnsi="Calibri"/>
          <w:sz w:val="20"/>
          <w:szCs w:val="20"/>
        </w:rPr>
        <w:t>take the responsibilities</w:t>
      </w:r>
      <w:proofErr w:type="gramEnd"/>
      <w:r w:rsidRPr="00504939">
        <w:rPr>
          <w:rFonts w:ascii="Calibri" w:hAnsi="Calibri"/>
          <w:sz w:val="20"/>
          <w:szCs w:val="20"/>
        </w:rPr>
        <w:t xml:space="preserve"> </w:t>
      </w:r>
      <w:proofErr w:type="gramStart"/>
      <w:r w:rsidRPr="00504939">
        <w:rPr>
          <w:rFonts w:ascii="Calibri" w:hAnsi="Calibri"/>
          <w:sz w:val="20"/>
          <w:szCs w:val="20"/>
        </w:rPr>
        <w:t>of</w:t>
      </w:r>
      <w:proofErr w:type="gramEnd"/>
      <w:r w:rsidRPr="00504939">
        <w:rPr>
          <w:rFonts w:ascii="Calibri" w:hAnsi="Calibri"/>
          <w:sz w:val="20"/>
          <w:szCs w:val="20"/>
        </w:rPr>
        <w:t xml:space="preserve"> the house? Would it be the wife alone? The husband expects dinner but usually doesn’t </w:t>
      </w:r>
      <w:proofErr w:type="gramStart"/>
      <w:r w:rsidRPr="00504939">
        <w:rPr>
          <w:rFonts w:ascii="Calibri" w:hAnsi="Calibri"/>
          <w:sz w:val="20"/>
          <w:szCs w:val="20"/>
        </w:rPr>
        <w:t>offer to</w:t>
      </w:r>
      <w:proofErr w:type="gramEnd"/>
      <w:r w:rsidRPr="00504939">
        <w:rPr>
          <w:rFonts w:ascii="Calibri" w:hAnsi="Calibri"/>
          <w:sz w:val="20"/>
          <w:szCs w:val="20"/>
        </w:rPr>
        <w:t xml:space="preserve"> help. Families need a plan on how to work together or there will be conflict and stress in the home. </w:t>
      </w:r>
    </w:p>
    <w:p w14:paraId="610655A7" w14:textId="77777777" w:rsidR="00BC56D0" w:rsidRPr="00504939" w:rsidRDefault="00000000" w:rsidP="00B32FB4">
      <w:pPr>
        <w:jc w:val="both"/>
        <w:rPr>
          <w:sz w:val="20"/>
          <w:szCs w:val="20"/>
        </w:rPr>
      </w:pPr>
      <w:r w:rsidRPr="00504939">
        <w:rPr>
          <w:rFonts w:ascii="Calibri" w:hAnsi="Calibri"/>
          <w:sz w:val="20"/>
          <w:szCs w:val="20"/>
        </w:rPr>
        <w:lastRenderedPageBreak/>
        <w:t xml:space="preserve">The third is our Family Moments. While family worship is very important, there also needs to be time for talking and sharing. Each family member needs to hear about the little victories or disappointments </w:t>
      </w:r>
      <w:proofErr w:type="gramStart"/>
      <w:r w:rsidRPr="00504939">
        <w:rPr>
          <w:rFonts w:ascii="Calibri" w:hAnsi="Calibri"/>
          <w:sz w:val="20"/>
          <w:szCs w:val="20"/>
        </w:rPr>
        <w:t>in</w:t>
      </w:r>
      <w:proofErr w:type="gramEnd"/>
      <w:r w:rsidRPr="00504939">
        <w:rPr>
          <w:rFonts w:ascii="Calibri" w:hAnsi="Calibri"/>
          <w:sz w:val="20"/>
          <w:szCs w:val="20"/>
        </w:rPr>
        <w:t xml:space="preserve"> each other’s day. Such companionship builds intimacy in the family and is essential. Marriage is often called a journey, but we are all seeking a destination—heaven! We arrive </w:t>
      </w:r>
      <w:proofErr w:type="gramStart"/>
      <w:r w:rsidRPr="00504939">
        <w:rPr>
          <w:rFonts w:ascii="Calibri" w:hAnsi="Calibri"/>
          <w:sz w:val="20"/>
          <w:szCs w:val="20"/>
        </w:rPr>
        <w:t>their</w:t>
      </w:r>
      <w:proofErr w:type="gramEnd"/>
      <w:r w:rsidRPr="00504939">
        <w:rPr>
          <w:rFonts w:ascii="Calibri" w:hAnsi="Calibri"/>
          <w:sz w:val="20"/>
          <w:szCs w:val="20"/>
        </w:rPr>
        <w:t xml:space="preserve"> by growing each day in Christ. Families need to learn to deal with conflict. They need to learn to say, “I’m sorry. Please forgive me. I was wrong.” </w:t>
      </w:r>
    </w:p>
    <w:p w14:paraId="4B10CEEB" w14:textId="77777777" w:rsidR="00BC56D0" w:rsidRPr="00504939" w:rsidRDefault="00000000" w:rsidP="00B32FB4">
      <w:pPr>
        <w:jc w:val="both"/>
        <w:rPr>
          <w:sz w:val="20"/>
          <w:szCs w:val="20"/>
        </w:rPr>
      </w:pPr>
      <w:r w:rsidRPr="00504939">
        <w:rPr>
          <w:rFonts w:ascii="Calibri" w:hAnsi="Calibri"/>
          <w:sz w:val="20"/>
          <w:szCs w:val="20"/>
        </w:rPr>
        <w:t>Mrs. White gives us advice on people thinking about getting married: “If men and women are in the habit of praying twice a day before they contemplate marriage, they should pray four times a day when such a step is anticipated. Marriage is something that will influence and affect your life, both in this world and in the world to come”.</w:t>
      </w:r>
    </w:p>
    <w:p w14:paraId="5EDEF2BF" w14:textId="77777777" w:rsidR="00BC56D0" w:rsidRPr="00504939" w:rsidRDefault="00000000" w:rsidP="005952B1">
      <w:pPr>
        <w:rPr>
          <w:sz w:val="20"/>
          <w:szCs w:val="20"/>
        </w:rPr>
      </w:pPr>
      <w:r w:rsidRPr="00504939">
        <w:rPr>
          <w:rFonts w:ascii="Calibri" w:hAnsi="Calibri"/>
          <w:sz w:val="20"/>
          <w:szCs w:val="20"/>
        </w:rPr>
        <w:t xml:space="preserve"> – Messages to Young People, p. 460. — Léo Ranzolin, Jesus, the Morning Dew, p. 179</w:t>
      </w:r>
    </w:p>
    <w:p w14:paraId="2A138060" w14:textId="6130C340" w:rsidR="00BC56D0" w:rsidRPr="00504939" w:rsidRDefault="005952B1" w:rsidP="005952B1">
      <w:pPr>
        <w:pStyle w:val="Heading4"/>
        <w:rPr>
          <w:sz w:val="20"/>
          <w:szCs w:val="20"/>
        </w:rPr>
      </w:pPr>
      <w:r w:rsidRPr="00504939">
        <w:rPr>
          <w:sz w:val="20"/>
          <w:szCs w:val="20"/>
        </w:rPr>
        <w:t>FAMILY DEVOTION: HOUSEHOLD DIALOGUE</w:t>
      </w:r>
    </w:p>
    <w:p w14:paraId="4930A76F" w14:textId="77777777" w:rsidR="00BC56D0" w:rsidRPr="00504939" w:rsidRDefault="00000000" w:rsidP="005952B1">
      <w:pPr>
        <w:spacing w:after="0" w:line="240" w:lineRule="auto"/>
        <w:rPr>
          <w:rFonts w:ascii="Calibri" w:hAnsi="Calibri"/>
          <w:b/>
          <w:bCs/>
          <w:sz w:val="20"/>
          <w:szCs w:val="20"/>
        </w:rPr>
      </w:pPr>
      <w:r w:rsidRPr="00504939">
        <w:rPr>
          <w:rFonts w:ascii="Calibri" w:hAnsi="Calibri"/>
          <w:b/>
          <w:bCs/>
          <w:sz w:val="20"/>
          <w:szCs w:val="20"/>
        </w:rPr>
        <w:t xml:space="preserve">Key Text: “Put away from you a deceitful </w:t>
      </w:r>
      <w:proofErr w:type="gramStart"/>
      <w:r w:rsidRPr="00504939">
        <w:rPr>
          <w:rFonts w:ascii="Calibri" w:hAnsi="Calibri"/>
          <w:b/>
          <w:bCs/>
          <w:sz w:val="20"/>
          <w:szCs w:val="20"/>
        </w:rPr>
        <w:t>mouth, and</w:t>
      </w:r>
      <w:proofErr w:type="gramEnd"/>
      <w:r w:rsidRPr="00504939">
        <w:rPr>
          <w:rFonts w:ascii="Calibri" w:hAnsi="Calibri"/>
          <w:b/>
          <w:bCs/>
          <w:sz w:val="20"/>
          <w:szCs w:val="20"/>
        </w:rPr>
        <w:t xml:space="preserve"> put perverse lips far from you.” — Proverbs 4:24 (NKJV)</w:t>
      </w:r>
    </w:p>
    <w:p w14:paraId="7DD03F48" w14:textId="77777777" w:rsidR="005952B1" w:rsidRPr="00504939" w:rsidRDefault="005952B1" w:rsidP="005952B1">
      <w:pPr>
        <w:spacing w:after="0" w:line="240" w:lineRule="auto"/>
        <w:rPr>
          <w:b/>
          <w:bCs/>
          <w:sz w:val="20"/>
          <w:szCs w:val="20"/>
        </w:rPr>
      </w:pPr>
    </w:p>
    <w:p w14:paraId="6A942EE1" w14:textId="77777777" w:rsidR="00BC56D0" w:rsidRPr="00504939" w:rsidRDefault="00000000" w:rsidP="005952B1">
      <w:pPr>
        <w:rPr>
          <w:sz w:val="20"/>
          <w:szCs w:val="20"/>
        </w:rPr>
      </w:pPr>
      <w:r w:rsidRPr="00504939">
        <w:rPr>
          <w:rFonts w:ascii="Calibri" w:hAnsi="Calibri"/>
          <w:sz w:val="20"/>
          <w:szCs w:val="20"/>
        </w:rPr>
        <w:t>Every home experiences moments of tension—but the reading reminds us that how we speak to one another determines the direction of the home. Research shared by Professor Howard Markman revealed that “the way a couple argues defines how successful the marriage will be,” and that even small issues—like “where to put the soap” or “how to squeeze the toothpaste tube”—can become destructive when allowed to grow into major disputes.</w:t>
      </w:r>
    </w:p>
    <w:p w14:paraId="51D75A9C" w14:textId="77777777" w:rsidR="00BC56D0" w:rsidRPr="00504939" w:rsidRDefault="00000000" w:rsidP="005952B1">
      <w:pPr>
        <w:rPr>
          <w:sz w:val="20"/>
          <w:szCs w:val="20"/>
        </w:rPr>
      </w:pPr>
      <w:r w:rsidRPr="00504939">
        <w:rPr>
          <w:rFonts w:ascii="Calibri" w:hAnsi="Calibri"/>
          <w:sz w:val="20"/>
          <w:szCs w:val="20"/>
        </w:rPr>
        <w:t>He further warns that a single insult can erase five, ten, or even twenty acts of kindness, a truth that echoes the biblical wisdom that careless words wound deeply (Prov. 4:24). When homes fall into patterns of harsh exchanges, avoidance, or escalating minor issues, the result can be heartbreak for spouses—and especially for children who experience “the wounded hearts” and absence of parental unity caused by separation.</w:t>
      </w:r>
    </w:p>
    <w:p w14:paraId="4DBBE997" w14:textId="77777777" w:rsidR="00BC56D0" w:rsidRPr="00504939" w:rsidRDefault="00000000" w:rsidP="005952B1">
      <w:pPr>
        <w:rPr>
          <w:sz w:val="20"/>
          <w:szCs w:val="20"/>
        </w:rPr>
      </w:pPr>
      <w:r w:rsidRPr="00504939">
        <w:rPr>
          <w:rFonts w:ascii="Calibri" w:hAnsi="Calibri"/>
          <w:sz w:val="20"/>
          <w:szCs w:val="20"/>
        </w:rPr>
        <w:t>But the devotional reading does not stop at diagnosis—it offers a path of healing:</w:t>
      </w:r>
      <w:r w:rsidRPr="00504939">
        <w:rPr>
          <w:rFonts w:ascii="Calibri" w:hAnsi="Calibri"/>
          <w:sz w:val="20"/>
          <w:szCs w:val="20"/>
        </w:rPr>
        <w:br/>
        <w:t>Families are invited to “spend less time arguing about small things and focus more on listening.” They are encouraged to seek understanding, even when perspectives differ, and to cultivate the peace that comes from kind words and loving acts inspired by God.</w:t>
      </w:r>
    </w:p>
    <w:p w14:paraId="3CFD144E" w14:textId="77777777" w:rsidR="00BC56D0" w:rsidRPr="00504939" w:rsidRDefault="00000000" w:rsidP="005952B1">
      <w:pPr>
        <w:rPr>
          <w:sz w:val="20"/>
          <w:szCs w:val="20"/>
        </w:rPr>
      </w:pPr>
      <w:r w:rsidRPr="00504939">
        <w:rPr>
          <w:rFonts w:ascii="Calibri" w:hAnsi="Calibri"/>
          <w:sz w:val="20"/>
          <w:szCs w:val="20"/>
        </w:rPr>
        <w:t>A peaceful home does not emerge by accident. It is shaped intentionally—through gentleness, humility, patience, and the willingness to yield for the sake of harmony. In a world filled with conflict, the Christian home becomes a sanctuary when its members practice Christlike dialogue:</w:t>
      </w:r>
    </w:p>
    <w:p w14:paraId="5400D4FE" w14:textId="77777777" w:rsidR="00BC56D0" w:rsidRPr="00504939" w:rsidRDefault="00000000" w:rsidP="00172299">
      <w:pPr>
        <w:spacing w:after="0" w:line="240" w:lineRule="auto"/>
        <w:rPr>
          <w:sz w:val="20"/>
          <w:szCs w:val="20"/>
        </w:rPr>
      </w:pPr>
      <w:r w:rsidRPr="00504939">
        <w:rPr>
          <w:rFonts w:ascii="Calibri" w:hAnsi="Calibri"/>
          <w:sz w:val="20"/>
          <w:szCs w:val="20"/>
        </w:rPr>
        <w:t>Listening before speaking</w:t>
      </w:r>
    </w:p>
    <w:p w14:paraId="3EF7FA40" w14:textId="77777777" w:rsidR="00BC56D0" w:rsidRPr="00504939" w:rsidRDefault="00000000" w:rsidP="00172299">
      <w:pPr>
        <w:spacing w:after="0" w:line="240" w:lineRule="auto"/>
        <w:rPr>
          <w:sz w:val="20"/>
          <w:szCs w:val="20"/>
        </w:rPr>
      </w:pPr>
      <w:r w:rsidRPr="00504939">
        <w:rPr>
          <w:rFonts w:ascii="Calibri" w:hAnsi="Calibri"/>
          <w:sz w:val="20"/>
          <w:szCs w:val="20"/>
        </w:rPr>
        <w:t>Choosing kindness over winning</w:t>
      </w:r>
    </w:p>
    <w:p w14:paraId="4A484B42" w14:textId="77777777" w:rsidR="00BC56D0" w:rsidRPr="00504939" w:rsidRDefault="00000000" w:rsidP="00172299">
      <w:pPr>
        <w:spacing w:after="0" w:line="240" w:lineRule="auto"/>
        <w:rPr>
          <w:sz w:val="20"/>
          <w:szCs w:val="20"/>
        </w:rPr>
      </w:pPr>
      <w:r w:rsidRPr="00504939">
        <w:rPr>
          <w:rFonts w:ascii="Calibri" w:hAnsi="Calibri"/>
          <w:sz w:val="20"/>
          <w:szCs w:val="20"/>
        </w:rPr>
        <w:t>Giving up the right to be right</w:t>
      </w:r>
    </w:p>
    <w:p w14:paraId="527BECEE" w14:textId="77777777" w:rsidR="00BC56D0" w:rsidRPr="00504939" w:rsidRDefault="00000000" w:rsidP="00172299">
      <w:pPr>
        <w:spacing w:after="0" w:line="240" w:lineRule="auto"/>
        <w:rPr>
          <w:sz w:val="20"/>
          <w:szCs w:val="20"/>
        </w:rPr>
      </w:pPr>
      <w:r w:rsidRPr="00504939">
        <w:rPr>
          <w:rFonts w:ascii="Calibri" w:hAnsi="Calibri"/>
          <w:sz w:val="20"/>
          <w:szCs w:val="20"/>
        </w:rPr>
        <w:t>Speaking truths in love</w:t>
      </w:r>
    </w:p>
    <w:p w14:paraId="773D4B03" w14:textId="77777777" w:rsidR="00BC56D0" w:rsidRPr="00504939" w:rsidRDefault="00000000" w:rsidP="00172299">
      <w:pPr>
        <w:spacing w:after="0" w:line="240" w:lineRule="auto"/>
        <w:rPr>
          <w:rFonts w:ascii="Calibri" w:hAnsi="Calibri"/>
          <w:sz w:val="20"/>
          <w:szCs w:val="20"/>
        </w:rPr>
      </w:pPr>
      <w:r w:rsidRPr="00504939">
        <w:rPr>
          <w:rFonts w:ascii="Calibri" w:hAnsi="Calibri"/>
          <w:sz w:val="20"/>
          <w:szCs w:val="20"/>
        </w:rPr>
        <w:t>Such a home becomes a living witness of God’s character.</w:t>
      </w:r>
    </w:p>
    <w:p w14:paraId="2F391EB8" w14:textId="77777777" w:rsidR="001E16A8" w:rsidRDefault="001E16A8" w:rsidP="005952B1">
      <w:pPr>
        <w:rPr>
          <w:rFonts w:ascii="Calibri" w:hAnsi="Calibri"/>
          <w:b/>
          <w:bCs/>
          <w:i/>
          <w:iCs/>
          <w:color w:val="0070C0"/>
          <w:sz w:val="20"/>
          <w:szCs w:val="20"/>
        </w:rPr>
      </w:pPr>
    </w:p>
    <w:p w14:paraId="04D16ABF" w14:textId="4FDEBE58" w:rsidR="00172299" w:rsidRPr="00504939" w:rsidRDefault="00172299" w:rsidP="001E16A8">
      <w:pPr>
        <w:spacing w:after="0"/>
        <w:rPr>
          <w:rFonts w:ascii="Calibri" w:hAnsi="Calibri"/>
          <w:b/>
          <w:bCs/>
          <w:i/>
          <w:iCs/>
          <w:color w:val="0070C0"/>
          <w:sz w:val="20"/>
          <w:szCs w:val="20"/>
        </w:rPr>
      </w:pPr>
      <w:r w:rsidRPr="00504939">
        <w:rPr>
          <w:rFonts w:ascii="Calibri" w:hAnsi="Calibri"/>
          <w:b/>
          <w:bCs/>
          <w:i/>
          <w:iCs/>
          <w:color w:val="0070C0"/>
          <w:sz w:val="20"/>
          <w:szCs w:val="20"/>
        </w:rPr>
        <w:t xml:space="preserve">FAMILY STORY </w:t>
      </w:r>
    </w:p>
    <w:p w14:paraId="7419828A" w14:textId="26F939B1" w:rsidR="00172299" w:rsidRPr="00504939" w:rsidRDefault="00172299" w:rsidP="001E16A8">
      <w:pPr>
        <w:spacing w:after="0"/>
        <w:rPr>
          <w:rFonts w:asciiTheme="majorHAnsi" w:hAnsiTheme="majorHAnsi" w:cstheme="majorHAnsi"/>
          <w:sz w:val="20"/>
          <w:szCs w:val="20"/>
          <w:lang w:val="en-FJ"/>
        </w:rPr>
      </w:pPr>
      <w:r w:rsidRPr="00504939">
        <w:rPr>
          <w:rFonts w:asciiTheme="majorHAnsi" w:hAnsiTheme="majorHAnsi" w:cstheme="majorHAnsi"/>
          <w:sz w:val="20"/>
          <w:szCs w:val="20"/>
          <w:lang w:val="en-FJ"/>
        </w:rPr>
        <w:t>The Talagi family shared life like many families across the Pacific—full days, close spaces, and strong personalities.</w:t>
      </w:r>
    </w:p>
    <w:p w14:paraId="11B1D65B" w14:textId="77777777" w:rsidR="00172299" w:rsidRPr="00504939" w:rsidRDefault="00172299" w:rsidP="00172299">
      <w:pPr>
        <w:rPr>
          <w:rFonts w:asciiTheme="majorHAnsi" w:hAnsiTheme="majorHAnsi" w:cstheme="majorHAnsi"/>
          <w:sz w:val="20"/>
          <w:szCs w:val="20"/>
          <w:lang w:val="en-FJ"/>
        </w:rPr>
      </w:pPr>
      <w:r w:rsidRPr="00504939">
        <w:rPr>
          <w:rFonts w:asciiTheme="majorHAnsi" w:hAnsiTheme="majorHAnsi" w:cstheme="majorHAnsi"/>
          <w:sz w:val="20"/>
          <w:szCs w:val="20"/>
          <w:lang w:val="en-FJ"/>
        </w:rPr>
        <w:t>The parents loved each other and their children deeply. But like many homes, small things became big things.</w:t>
      </w:r>
    </w:p>
    <w:p w14:paraId="6E791C06" w14:textId="643E24BB" w:rsidR="00172299" w:rsidRPr="00504939" w:rsidRDefault="00172299" w:rsidP="00172299">
      <w:pPr>
        <w:rPr>
          <w:rFonts w:asciiTheme="majorHAnsi" w:hAnsiTheme="majorHAnsi" w:cstheme="majorHAnsi"/>
          <w:sz w:val="20"/>
          <w:szCs w:val="20"/>
          <w:lang w:val="en-FJ"/>
        </w:rPr>
      </w:pPr>
      <w:r w:rsidRPr="00504939">
        <w:rPr>
          <w:rFonts w:asciiTheme="majorHAnsi" w:hAnsiTheme="majorHAnsi" w:cstheme="majorHAnsi"/>
          <w:sz w:val="20"/>
          <w:szCs w:val="20"/>
          <w:lang w:val="en-FJ"/>
        </w:rPr>
        <w:t>One morning it was the toothpaste.  Another day it was the soap left in the wrong place.  Another evening, it was the tone of a simple request.</w:t>
      </w:r>
    </w:p>
    <w:p w14:paraId="09C72EA9" w14:textId="441B33E8" w:rsidR="00172299" w:rsidRPr="00504939" w:rsidRDefault="00172299" w:rsidP="00172299">
      <w:pPr>
        <w:rPr>
          <w:rFonts w:asciiTheme="majorHAnsi" w:hAnsiTheme="majorHAnsi" w:cstheme="majorHAnsi"/>
          <w:sz w:val="20"/>
          <w:szCs w:val="20"/>
          <w:lang w:val="en-FJ"/>
        </w:rPr>
      </w:pPr>
      <w:r w:rsidRPr="00504939">
        <w:rPr>
          <w:rFonts w:asciiTheme="majorHAnsi" w:hAnsiTheme="majorHAnsi" w:cstheme="majorHAnsi"/>
          <w:sz w:val="20"/>
          <w:szCs w:val="20"/>
          <w:lang w:val="en-FJ"/>
        </w:rPr>
        <w:t>Words were spoken quickly. Voices were raised unnecessarily. No one intended to hurt anyone—but hurt still found its way in.  The children noticed.</w:t>
      </w:r>
    </w:p>
    <w:p w14:paraId="3955BE4B" w14:textId="77777777" w:rsidR="00172299" w:rsidRPr="00504939" w:rsidRDefault="00172299" w:rsidP="00172299">
      <w:pPr>
        <w:rPr>
          <w:rFonts w:asciiTheme="majorHAnsi" w:hAnsiTheme="majorHAnsi" w:cstheme="majorHAnsi"/>
          <w:sz w:val="20"/>
          <w:szCs w:val="20"/>
          <w:lang w:val="en-FJ"/>
        </w:rPr>
      </w:pPr>
      <w:r w:rsidRPr="00504939">
        <w:rPr>
          <w:rFonts w:asciiTheme="majorHAnsi" w:hAnsiTheme="majorHAnsi" w:cstheme="majorHAnsi"/>
          <w:sz w:val="20"/>
          <w:szCs w:val="20"/>
          <w:lang w:val="en-FJ"/>
        </w:rPr>
        <w:lastRenderedPageBreak/>
        <w:t>They became quieter during arguments. They watched their parents closely, not just hearing the words, but feeling the tension. What began as small disagreements slowly shaped the atmosphere of the home.</w:t>
      </w:r>
    </w:p>
    <w:p w14:paraId="2972263A" w14:textId="77777777" w:rsidR="00172299" w:rsidRPr="00504939" w:rsidRDefault="00172299" w:rsidP="00172299">
      <w:pPr>
        <w:rPr>
          <w:rFonts w:asciiTheme="majorHAnsi" w:hAnsiTheme="majorHAnsi" w:cstheme="majorHAnsi"/>
          <w:sz w:val="20"/>
          <w:szCs w:val="20"/>
          <w:lang w:val="en-FJ"/>
        </w:rPr>
      </w:pPr>
      <w:r w:rsidRPr="00504939">
        <w:rPr>
          <w:rFonts w:asciiTheme="majorHAnsi" w:hAnsiTheme="majorHAnsi" w:cstheme="majorHAnsi"/>
          <w:sz w:val="20"/>
          <w:szCs w:val="20"/>
          <w:lang w:val="en-FJ"/>
        </w:rPr>
        <w:t>One evening, after a particularly sharp exchange, the family gathered for worship. The Scripture that night read:</w:t>
      </w:r>
    </w:p>
    <w:p w14:paraId="1B3156E4" w14:textId="77777777" w:rsidR="00172299" w:rsidRPr="00504939" w:rsidRDefault="00172299" w:rsidP="00172299">
      <w:pPr>
        <w:rPr>
          <w:rFonts w:asciiTheme="majorHAnsi" w:hAnsiTheme="majorHAnsi" w:cstheme="majorHAnsi"/>
          <w:sz w:val="20"/>
          <w:szCs w:val="20"/>
          <w:lang w:val="en-FJ"/>
        </w:rPr>
      </w:pPr>
      <w:r w:rsidRPr="00504939">
        <w:rPr>
          <w:rFonts w:asciiTheme="majorHAnsi" w:hAnsiTheme="majorHAnsi" w:cstheme="majorHAnsi"/>
          <w:sz w:val="20"/>
          <w:szCs w:val="20"/>
          <w:lang w:val="en-FJ"/>
        </w:rPr>
        <w:t xml:space="preserve">“Put away from you a deceitful </w:t>
      </w:r>
      <w:proofErr w:type="gramStart"/>
      <w:r w:rsidRPr="00504939">
        <w:rPr>
          <w:rFonts w:asciiTheme="majorHAnsi" w:hAnsiTheme="majorHAnsi" w:cstheme="majorHAnsi"/>
          <w:sz w:val="20"/>
          <w:szCs w:val="20"/>
          <w:lang w:val="en-FJ"/>
        </w:rPr>
        <w:t>mouth, and</w:t>
      </w:r>
      <w:proofErr w:type="gramEnd"/>
      <w:r w:rsidRPr="00504939">
        <w:rPr>
          <w:rFonts w:asciiTheme="majorHAnsi" w:hAnsiTheme="majorHAnsi" w:cstheme="majorHAnsi"/>
          <w:sz w:val="20"/>
          <w:szCs w:val="20"/>
          <w:lang w:val="en-FJ"/>
        </w:rPr>
        <w:t xml:space="preserve"> put perverse lips far from you.”</w:t>
      </w:r>
    </w:p>
    <w:p w14:paraId="46988AAD" w14:textId="72EC41AF" w:rsidR="00172299" w:rsidRPr="00504939" w:rsidRDefault="00172299" w:rsidP="00172299">
      <w:pPr>
        <w:rPr>
          <w:rFonts w:asciiTheme="majorHAnsi" w:hAnsiTheme="majorHAnsi" w:cstheme="majorHAnsi"/>
          <w:sz w:val="20"/>
          <w:szCs w:val="20"/>
          <w:lang w:val="en-FJ"/>
        </w:rPr>
      </w:pPr>
      <w:r w:rsidRPr="00504939">
        <w:rPr>
          <w:rFonts w:asciiTheme="majorHAnsi" w:hAnsiTheme="majorHAnsi" w:cstheme="majorHAnsi"/>
          <w:sz w:val="20"/>
          <w:szCs w:val="20"/>
          <w:lang w:val="en-FJ"/>
        </w:rPr>
        <w:t>The room grew quiet.  No one explained the verse. But everyone felt it.</w:t>
      </w:r>
      <w:r w:rsidR="001E16A8">
        <w:rPr>
          <w:rFonts w:asciiTheme="majorHAnsi" w:hAnsiTheme="majorHAnsi" w:cstheme="majorHAnsi"/>
          <w:sz w:val="20"/>
          <w:szCs w:val="20"/>
          <w:lang w:val="en-FJ"/>
        </w:rPr>
        <w:t xml:space="preserve">  </w:t>
      </w:r>
      <w:r w:rsidRPr="00504939">
        <w:rPr>
          <w:rFonts w:asciiTheme="majorHAnsi" w:hAnsiTheme="majorHAnsi" w:cstheme="majorHAnsi"/>
          <w:sz w:val="20"/>
          <w:szCs w:val="20"/>
          <w:lang w:val="en-FJ"/>
        </w:rPr>
        <w:t>The mother finally said softly,</w:t>
      </w:r>
      <w:r w:rsidRPr="00504939">
        <w:rPr>
          <w:rFonts w:asciiTheme="majorHAnsi" w:hAnsiTheme="majorHAnsi" w:cstheme="majorHAnsi"/>
          <w:sz w:val="20"/>
          <w:szCs w:val="20"/>
          <w:lang w:val="en-FJ"/>
        </w:rPr>
        <w:br/>
        <w:t>“We are winning arguments—but we are losing peace.”</w:t>
      </w:r>
    </w:p>
    <w:p w14:paraId="3BEB523D" w14:textId="524AEA67" w:rsidR="00172299" w:rsidRPr="00504939" w:rsidRDefault="00172299" w:rsidP="00172299">
      <w:pPr>
        <w:rPr>
          <w:rFonts w:asciiTheme="majorHAnsi" w:hAnsiTheme="majorHAnsi" w:cstheme="majorHAnsi"/>
          <w:sz w:val="20"/>
          <w:szCs w:val="20"/>
          <w:lang w:val="en-FJ"/>
        </w:rPr>
      </w:pPr>
      <w:r w:rsidRPr="00504939">
        <w:rPr>
          <w:rFonts w:asciiTheme="majorHAnsi" w:hAnsiTheme="majorHAnsi" w:cstheme="majorHAnsi"/>
          <w:sz w:val="20"/>
          <w:szCs w:val="20"/>
          <w:lang w:val="en-FJ"/>
        </w:rPr>
        <w:t>That night, they decided to do something different. Not dramatic. Not perfect. Just intentional.</w:t>
      </w:r>
    </w:p>
    <w:p w14:paraId="4DBEC2D4" w14:textId="50B47492" w:rsidR="00172299" w:rsidRPr="00504939" w:rsidRDefault="00172299" w:rsidP="00172299">
      <w:pPr>
        <w:rPr>
          <w:rFonts w:asciiTheme="majorHAnsi" w:hAnsiTheme="majorHAnsi" w:cstheme="majorHAnsi"/>
          <w:sz w:val="20"/>
          <w:szCs w:val="20"/>
          <w:lang w:val="en-FJ"/>
        </w:rPr>
      </w:pPr>
      <w:r w:rsidRPr="00504939">
        <w:rPr>
          <w:rFonts w:asciiTheme="majorHAnsi" w:hAnsiTheme="majorHAnsi" w:cstheme="majorHAnsi"/>
          <w:sz w:val="20"/>
          <w:szCs w:val="20"/>
          <w:lang w:val="en-FJ"/>
        </w:rPr>
        <w:t>They agreed to pause before responding.</w:t>
      </w:r>
      <w:r w:rsidR="001C4D16">
        <w:rPr>
          <w:rFonts w:asciiTheme="majorHAnsi" w:hAnsiTheme="majorHAnsi" w:cstheme="majorHAnsi"/>
          <w:sz w:val="20"/>
          <w:szCs w:val="20"/>
          <w:lang w:val="en-FJ"/>
        </w:rPr>
        <w:t xml:space="preserve"> </w:t>
      </w:r>
      <w:r w:rsidRPr="00504939">
        <w:rPr>
          <w:rFonts w:asciiTheme="majorHAnsi" w:hAnsiTheme="majorHAnsi" w:cstheme="majorHAnsi"/>
          <w:sz w:val="20"/>
          <w:szCs w:val="20"/>
          <w:lang w:val="en-FJ"/>
        </w:rPr>
        <w:t>They practiced listening without interrupting.</w:t>
      </w:r>
      <w:r w:rsidR="001C4D16">
        <w:rPr>
          <w:rFonts w:asciiTheme="majorHAnsi" w:hAnsiTheme="majorHAnsi" w:cstheme="majorHAnsi"/>
          <w:sz w:val="20"/>
          <w:szCs w:val="20"/>
          <w:lang w:val="en-FJ"/>
        </w:rPr>
        <w:t xml:space="preserve"> </w:t>
      </w:r>
      <w:r w:rsidRPr="00504939">
        <w:rPr>
          <w:rFonts w:asciiTheme="majorHAnsi" w:hAnsiTheme="majorHAnsi" w:cstheme="majorHAnsi"/>
          <w:sz w:val="20"/>
          <w:szCs w:val="20"/>
          <w:lang w:val="en-FJ"/>
        </w:rPr>
        <w:t>They chose gentle words, even when tired.</w:t>
      </w:r>
      <w:r w:rsidR="001C4D16">
        <w:rPr>
          <w:rFonts w:asciiTheme="majorHAnsi" w:hAnsiTheme="majorHAnsi" w:cstheme="majorHAnsi"/>
          <w:sz w:val="20"/>
          <w:szCs w:val="20"/>
          <w:lang w:val="en-FJ"/>
        </w:rPr>
        <w:t xml:space="preserve"> </w:t>
      </w:r>
      <w:r w:rsidRPr="00504939">
        <w:rPr>
          <w:rFonts w:asciiTheme="majorHAnsi" w:hAnsiTheme="majorHAnsi" w:cstheme="majorHAnsi"/>
          <w:sz w:val="20"/>
          <w:szCs w:val="20"/>
          <w:lang w:val="en-FJ"/>
        </w:rPr>
        <w:t>They let go of small victories for the sake of harmony.</w:t>
      </w:r>
    </w:p>
    <w:p w14:paraId="2A452299" w14:textId="48E470A9" w:rsidR="00172299" w:rsidRPr="00504939" w:rsidRDefault="00172299" w:rsidP="00172299">
      <w:pPr>
        <w:rPr>
          <w:rFonts w:asciiTheme="majorHAnsi" w:hAnsiTheme="majorHAnsi" w:cstheme="majorHAnsi"/>
          <w:sz w:val="20"/>
          <w:szCs w:val="20"/>
          <w:lang w:val="en-FJ"/>
        </w:rPr>
      </w:pPr>
      <w:r w:rsidRPr="00504939">
        <w:rPr>
          <w:rFonts w:asciiTheme="majorHAnsi" w:hAnsiTheme="majorHAnsi" w:cstheme="majorHAnsi"/>
          <w:sz w:val="20"/>
          <w:szCs w:val="20"/>
          <w:lang w:val="en-FJ"/>
        </w:rPr>
        <w:t>The next disagreement still came—but it ended differently.</w:t>
      </w:r>
      <w:r w:rsidR="001C4D16">
        <w:rPr>
          <w:rFonts w:asciiTheme="majorHAnsi" w:hAnsiTheme="majorHAnsi" w:cstheme="majorHAnsi"/>
          <w:sz w:val="20"/>
          <w:szCs w:val="20"/>
          <w:lang w:val="en-FJ"/>
        </w:rPr>
        <w:t xml:space="preserve">  </w:t>
      </w:r>
      <w:r w:rsidRPr="00504939">
        <w:rPr>
          <w:rFonts w:asciiTheme="majorHAnsi" w:hAnsiTheme="majorHAnsi" w:cstheme="majorHAnsi"/>
          <w:sz w:val="20"/>
          <w:szCs w:val="20"/>
          <w:lang w:val="en-FJ"/>
        </w:rPr>
        <w:t>Voices softened. Apologies came sooner. Peace returned faster.</w:t>
      </w:r>
    </w:p>
    <w:p w14:paraId="5B95859C" w14:textId="16FB5DF6" w:rsidR="00172299" w:rsidRPr="00504939" w:rsidRDefault="00172299" w:rsidP="00172299">
      <w:pPr>
        <w:rPr>
          <w:rFonts w:asciiTheme="majorHAnsi" w:hAnsiTheme="majorHAnsi" w:cstheme="majorHAnsi"/>
          <w:sz w:val="20"/>
          <w:szCs w:val="20"/>
          <w:lang w:val="en-FJ"/>
        </w:rPr>
      </w:pPr>
      <w:r w:rsidRPr="00504939">
        <w:rPr>
          <w:rFonts w:asciiTheme="majorHAnsi" w:hAnsiTheme="majorHAnsi" w:cstheme="majorHAnsi"/>
          <w:sz w:val="20"/>
          <w:szCs w:val="20"/>
          <w:lang w:val="en-FJ"/>
        </w:rPr>
        <w:t>Over time, the home changed. The children laughed freely again.  The atmosphere felt safe.</w:t>
      </w:r>
      <w:r w:rsidR="001C4D16">
        <w:rPr>
          <w:rFonts w:asciiTheme="majorHAnsi" w:hAnsiTheme="majorHAnsi" w:cstheme="majorHAnsi"/>
          <w:sz w:val="20"/>
          <w:szCs w:val="20"/>
          <w:lang w:val="en-FJ"/>
        </w:rPr>
        <w:t xml:space="preserve"> </w:t>
      </w:r>
      <w:r w:rsidRPr="00504939">
        <w:rPr>
          <w:rFonts w:asciiTheme="majorHAnsi" w:hAnsiTheme="majorHAnsi" w:cstheme="majorHAnsi"/>
          <w:sz w:val="20"/>
          <w:szCs w:val="20"/>
          <w:lang w:val="en-FJ"/>
        </w:rPr>
        <w:t>Visitors sensed warmth instead of tension.</w:t>
      </w:r>
    </w:p>
    <w:p w14:paraId="12338A3E" w14:textId="77777777" w:rsidR="00172299" w:rsidRPr="00504939" w:rsidRDefault="00172299" w:rsidP="00172299">
      <w:pPr>
        <w:rPr>
          <w:rFonts w:asciiTheme="majorHAnsi" w:hAnsiTheme="majorHAnsi" w:cstheme="majorHAnsi"/>
          <w:sz w:val="20"/>
          <w:szCs w:val="20"/>
          <w:lang w:val="en-FJ"/>
        </w:rPr>
      </w:pPr>
      <w:r w:rsidRPr="00504939">
        <w:rPr>
          <w:rFonts w:asciiTheme="majorHAnsi" w:hAnsiTheme="majorHAnsi" w:cstheme="majorHAnsi"/>
          <w:sz w:val="20"/>
          <w:szCs w:val="20"/>
          <w:lang w:val="en-FJ"/>
        </w:rPr>
        <w:t>One child later said at school,</w:t>
      </w:r>
      <w:r w:rsidRPr="00504939">
        <w:rPr>
          <w:rFonts w:asciiTheme="majorHAnsi" w:hAnsiTheme="majorHAnsi" w:cstheme="majorHAnsi"/>
          <w:sz w:val="20"/>
          <w:szCs w:val="20"/>
          <w:lang w:val="en-FJ"/>
        </w:rPr>
        <w:br/>
        <w:t>“At our house, we don’t always agree—but we talk kindly.”</w:t>
      </w:r>
    </w:p>
    <w:p w14:paraId="5E4B1475" w14:textId="77777777" w:rsidR="00172299" w:rsidRPr="00504939" w:rsidRDefault="00172299" w:rsidP="00172299">
      <w:pPr>
        <w:rPr>
          <w:rFonts w:asciiTheme="majorHAnsi" w:hAnsiTheme="majorHAnsi" w:cstheme="majorHAnsi"/>
          <w:sz w:val="20"/>
          <w:szCs w:val="20"/>
          <w:lang w:val="en-FJ"/>
        </w:rPr>
      </w:pPr>
      <w:r w:rsidRPr="00504939">
        <w:rPr>
          <w:rFonts w:asciiTheme="majorHAnsi" w:hAnsiTheme="majorHAnsi" w:cstheme="majorHAnsi"/>
          <w:sz w:val="20"/>
          <w:szCs w:val="20"/>
          <w:lang w:val="en-FJ"/>
        </w:rPr>
        <w:t>And that was the testimony.</w:t>
      </w:r>
    </w:p>
    <w:p w14:paraId="0573A928" w14:textId="550A2DCA" w:rsidR="00BC56D0" w:rsidRPr="00504939" w:rsidRDefault="00995A8F" w:rsidP="00995A8F">
      <w:pPr>
        <w:pStyle w:val="Heading4"/>
        <w:rPr>
          <w:color w:val="0070C0"/>
          <w:sz w:val="20"/>
          <w:szCs w:val="20"/>
        </w:rPr>
      </w:pPr>
      <w:r w:rsidRPr="00504939">
        <w:rPr>
          <w:color w:val="0070C0"/>
          <w:sz w:val="20"/>
          <w:szCs w:val="20"/>
        </w:rPr>
        <w:t>REFLECTION QUESTIONS</w:t>
      </w:r>
    </w:p>
    <w:p w14:paraId="412D08C5" w14:textId="77777777" w:rsidR="00BC56D0" w:rsidRPr="00504939" w:rsidRDefault="00000000" w:rsidP="00995A8F">
      <w:pPr>
        <w:pStyle w:val="ListParagraph"/>
        <w:numPr>
          <w:ilvl w:val="0"/>
          <w:numId w:val="34"/>
        </w:numPr>
        <w:rPr>
          <w:sz w:val="20"/>
          <w:szCs w:val="20"/>
        </w:rPr>
      </w:pPr>
      <w:r w:rsidRPr="00504939">
        <w:rPr>
          <w:rFonts w:ascii="Calibri" w:hAnsi="Calibri"/>
          <w:sz w:val="20"/>
          <w:szCs w:val="20"/>
        </w:rPr>
        <w:t>What small disagreements in our home tend to grow into something bigger—and what can we do to stop that cycle?</w:t>
      </w:r>
    </w:p>
    <w:p w14:paraId="77B651F8" w14:textId="77777777" w:rsidR="00BC56D0" w:rsidRPr="00504939" w:rsidRDefault="00000000" w:rsidP="00995A8F">
      <w:pPr>
        <w:pStyle w:val="ListParagraph"/>
        <w:numPr>
          <w:ilvl w:val="0"/>
          <w:numId w:val="34"/>
        </w:numPr>
        <w:rPr>
          <w:sz w:val="20"/>
          <w:szCs w:val="20"/>
        </w:rPr>
      </w:pPr>
      <w:r w:rsidRPr="00504939">
        <w:rPr>
          <w:rFonts w:ascii="Calibri" w:hAnsi="Calibri"/>
          <w:sz w:val="20"/>
          <w:szCs w:val="20"/>
        </w:rPr>
        <w:t>How can we improve our listening so each family member feels understood rather than dismissed?</w:t>
      </w:r>
    </w:p>
    <w:p w14:paraId="28738038" w14:textId="77777777" w:rsidR="00BC56D0" w:rsidRPr="00504939" w:rsidRDefault="00000000" w:rsidP="00995A8F">
      <w:pPr>
        <w:pStyle w:val="ListParagraph"/>
        <w:numPr>
          <w:ilvl w:val="0"/>
          <w:numId w:val="34"/>
        </w:numPr>
        <w:rPr>
          <w:sz w:val="20"/>
          <w:szCs w:val="20"/>
        </w:rPr>
      </w:pPr>
      <w:r w:rsidRPr="00504939">
        <w:rPr>
          <w:rFonts w:ascii="Calibri" w:hAnsi="Calibri"/>
          <w:sz w:val="20"/>
          <w:szCs w:val="20"/>
        </w:rPr>
        <w:t>Which habits of speech (tone, sarcasm, impatience, criticism, quick responses) do we need to surrender to God?</w:t>
      </w:r>
    </w:p>
    <w:p w14:paraId="720AB830" w14:textId="17B91C80" w:rsidR="00BC56D0" w:rsidRPr="00504939" w:rsidRDefault="00995A8F" w:rsidP="004D3CF9">
      <w:pPr>
        <w:pStyle w:val="Heading4"/>
        <w:rPr>
          <w:color w:val="0070C0"/>
          <w:sz w:val="20"/>
          <w:szCs w:val="20"/>
        </w:rPr>
      </w:pPr>
      <w:r w:rsidRPr="00504939">
        <w:rPr>
          <w:color w:val="0070C0"/>
          <w:sz w:val="20"/>
          <w:szCs w:val="20"/>
        </w:rPr>
        <w:t>FAMILY ACTIVITY: “KINDNESS ECHOES”</w:t>
      </w:r>
    </w:p>
    <w:p w14:paraId="2048ED18" w14:textId="77777777" w:rsidR="00BC56D0" w:rsidRPr="00504939" w:rsidRDefault="00000000" w:rsidP="005952B1">
      <w:pPr>
        <w:rPr>
          <w:sz w:val="20"/>
          <w:szCs w:val="20"/>
        </w:rPr>
      </w:pPr>
      <w:r w:rsidRPr="00504939">
        <w:rPr>
          <w:rFonts w:ascii="Calibri" w:hAnsi="Calibri"/>
          <w:b/>
          <w:bCs/>
          <w:sz w:val="20"/>
          <w:szCs w:val="20"/>
        </w:rPr>
        <w:t xml:space="preserve">Materials: </w:t>
      </w:r>
      <w:r w:rsidRPr="00504939">
        <w:rPr>
          <w:rFonts w:ascii="Calibri" w:hAnsi="Calibri"/>
          <w:sz w:val="20"/>
          <w:szCs w:val="20"/>
        </w:rPr>
        <w:t>A small bowl and strips of paper.</w:t>
      </w:r>
    </w:p>
    <w:p w14:paraId="28BC7BAD" w14:textId="77777777" w:rsidR="00BC56D0" w:rsidRPr="00504939" w:rsidRDefault="00000000" w:rsidP="005952B1">
      <w:pPr>
        <w:rPr>
          <w:b/>
          <w:bCs/>
          <w:sz w:val="20"/>
          <w:szCs w:val="20"/>
        </w:rPr>
      </w:pPr>
      <w:r w:rsidRPr="00504939">
        <w:rPr>
          <w:rFonts w:ascii="Calibri" w:hAnsi="Calibri"/>
          <w:b/>
          <w:bCs/>
          <w:sz w:val="20"/>
          <w:szCs w:val="20"/>
        </w:rPr>
        <w:t>Steps:</w:t>
      </w:r>
    </w:p>
    <w:p w14:paraId="61E15A09" w14:textId="77777777" w:rsidR="00BC56D0" w:rsidRPr="001C4D16" w:rsidRDefault="00000000" w:rsidP="001C4D16">
      <w:pPr>
        <w:pStyle w:val="ListParagraph"/>
        <w:numPr>
          <w:ilvl w:val="0"/>
          <w:numId w:val="48"/>
        </w:numPr>
        <w:spacing w:after="0" w:line="240" w:lineRule="auto"/>
        <w:ind w:left="426" w:hanging="284"/>
        <w:rPr>
          <w:sz w:val="20"/>
          <w:szCs w:val="20"/>
        </w:rPr>
      </w:pPr>
      <w:r w:rsidRPr="001C4D16">
        <w:rPr>
          <w:rFonts w:ascii="Calibri" w:hAnsi="Calibri"/>
          <w:sz w:val="20"/>
          <w:szCs w:val="20"/>
        </w:rPr>
        <w:t>Each family member writes one hurtful phrase they’ve heard or spoken (“You never…”, “Why do you always…”, etc.).</w:t>
      </w:r>
    </w:p>
    <w:p w14:paraId="1D480255" w14:textId="77777777" w:rsidR="00BC56D0" w:rsidRPr="001C4D16" w:rsidRDefault="00000000" w:rsidP="001C4D16">
      <w:pPr>
        <w:pStyle w:val="ListParagraph"/>
        <w:numPr>
          <w:ilvl w:val="0"/>
          <w:numId w:val="48"/>
        </w:numPr>
        <w:spacing w:after="0" w:line="240" w:lineRule="auto"/>
        <w:ind w:left="426" w:hanging="284"/>
        <w:rPr>
          <w:sz w:val="20"/>
          <w:szCs w:val="20"/>
        </w:rPr>
      </w:pPr>
      <w:r w:rsidRPr="001C4D16">
        <w:rPr>
          <w:rFonts w:ascii="Calibri" w:hAnsi="Calibri"/>
          <w:sz w:val="20"/>
          <w:szCs w:val="20"/>
        </w:rPr>
        <w:t>Tear the paper and throw it away—symbolizing letting go.</w:t>
      </w:r>
    </w:p>
    <w:p w14:paraId="6E8E4267" w14:textId="77777777" w:rsidR="00BC56D0" w:rsidRPr="001C4D16" w:rsidRDefault="00000000" w:rsidP="001C4D16">
      <w:pPr>
        <w:pStyle w:val="ListParagraph"/>
        <w:numPr>
          <w:ilvl w:val="0"/>
          <w:numId w:val="48"/>
        </w:numPr>
        <w:spacing w:after="0" w:line="240" w:lineRule="auto"/>
        <w:ind w:left="426" w:hanging="284"/>
        <w:rPr>
          <w:sz w:val="20"/>
          <w:szCs w:val="20"/>
        </w:rPr>
      </w:pPr>
      <w:r w:rsidRPr="001C4D16">
        <w:rPr>
          <w:rFonts w:ascii="Calibri" w:hAnsi="Calibri"/>
          <w:sz w:val="20"/>
          <w:szCs w:val="20"/>
        </w:rPr>
        <w:t>Now each person writes two kind or encouraging phrases (“I appreciate…”, “Thank you for…”, “I’m proud of you for…”).</w:t>
      </w:r>
    </w:p>
    <w:p w14:paraId="62966D37" w14:textId="77777777" w:rsidR="00BC56D0" w:rsidRPr="001C4D16" w:rsidRDefault="00000000" w:rsidP="001C4D16">
      <w:pPr>
        <w:pStyle w:val="ListParagraph"/>
        <w:numPr>
          <w:ilvl w:val="0"/>
          <w:numId w:val="48"/>
        </w:numPr>
        <w:spacing w:after="0" w:line="240" w:lineRule="auto"/>
        <w:ind w:left="426" w:hanging="284"/>
        <w:rPr>
          <w:sz w:val="20"/>
          <w:szCs w:val="20"/>
        </w:rPr>
      </w:pPr>
      <w:r w:rsidRPr="001C4D16">
        <w:rPr>
          <w:rFonts w:ascii="Calibri" w:hAnsi="Calibri"/>
          <w:sz w:val="20"/>
          <w:szCs w:val="20"/>
        </w:rPr>
        <w:t>Place these in the bowl.</w:t>
      </w:r>
    </w:p>
    <w:p w14:paraId="3FE8C44D" w14:textId="77777777" w:rsidR="00BC56D0" w:rsidRPr="001C4D16" w:rsidRDefault="00000000" w:rsidP="001C4D16">
      <w:pPr>
        <w:pStyle w:val="ListParagraph"/>
        <w:numPr>
          <w:ilvl w:val="0"/>
          <w:numId w:val="48"/>
        </w:numPr>
        <w:spacing w:after="0" w:line="240" w:lineRule="auto"/>
        <w:ind w:left="426" w:hanging="284"/>
        <w:rPr>
          <w:sz w:val="20"/>
          <w:szCs w:val="20"/>
        </w:rPr>
      </w:pPr>
      <w:r w:rsidRPr="001C4D16">
        <w:rPr>
          <w:rFonts w:ascii="Calibri" w:hAnsi="Calibri"/>
          <w:sz w:val="20"/>
          <w:szCs w:val="20"/>
        </w:rPr>
        <w:t>Each person randomly draws one and reads it aloud.</w:t>
      </w:r>
    </w:p>
    <w:p w14:paraId="5FBF9856" w14:textId="77777777" w:rsidR="00BC56D0" w:rsidRPr="001C4D16" w:rsidRDefault="00000000" w:rsidP="001C4D16">
      <w:pPr>
        <w:pStyle w:val="ListParagraph"/>
        <w:numPr>
          <w:ilvl w:val="0"/>
          <w:numId w:val="48"/>
        </w:numPr>
        <w:spacing w:after="0" w:line="240" w:lineRule="auto"/>
        <w:ind w:left="426" w:hanging="284"/>
        <w:rPr>
          <w:sz w:val="20"/>
          <w:szCs w:val="20"/>
        </w:rPr>
      </w:pPr>
      <w:r w:rsidRPr="001C4D16">
        <w:rPr>
          <w:rFonts w:ascii="Calibri" w:hAnsi="Calibri"/>
          <w:sz w:val="20"/>
          <w:szCs w:val="20"/>
        </w:rPr>
        <w:t>Close with appreciation for at least one family member.</w:t>
      </w:r>
    </w:p>
    <w:p w14:paraId="7C579EA0" w14:textId="77777777" w:rsidR="001C4D16" w:rsidRPr="001C4D16" w:rsidRDefault="001C4D16" w:rsidP="001C4D16">
      <w:pPr>
        <w:pStyle w:val="ListParagraph"/>
        <w:spacing w:after="0" w:line="240" w:lineRule="auto"/>
        <w:ind w:left="426"/>
        <w:rPr>
          <w:sz w:val="20"/>
          <w:szCs w:val="20"/>
        </w:rPr>
      </w:pPr>
    </w:p>
    <w:p w14:paraId="5443F754" w14:textId="77777777" w:rsidR="00BC56D0" w:rsidRPr="00504939" w:rsidRDefault="00000000" w:rsidP="005952B1">
      <w:pPr>
        <w:rPr>
          <w:sz w:val="20"/>
          <w:szCs w:val="20"/>
        </w:rPr>
      </w:pPr>
      <w:r w:rsidRPr="00504939">
        <w:rPr>
          <w:rFonts w:ascii="Calibri" w:hAnsi="Calibri"/>
          <w:sz w:val="20"/>
          <w:szCs w:val="20"/>
        </w:rPr>
        <w:t>Purpose: To demonstrate how kindness multiplies and how intentionally replacing negative speech strengthens the home.</w:t>
      </w:r>
    </w:p>
    <w:p w14:paraId="4E74346C" w14:textId="1AEB256F" w:rsidR="00BC56D0" w:rsidRPr="00504939" w:rsidRDefault="004D3CF9" w:rsidP="004D3CF9">
      <w:pPr>
        <w:pStyle w:val="Heading4"/>
        <w:rPr>
          <w:color w:val="0070C0"/>
          <w:sz w:val="20"/>
          <w:szCs w:val="20"/>
        </w:rPr>
      </w:pPr>
      <w:r w:rsidRPr="00504939">
        <w:rPr>
          <w:color w:val="0070C0"/>
          <w:sz w:val="20"/>
          <w:szCs w:val="20"/>
        </w:rPr>
        <w:t>TRANSITION TO THE SERMON: THE MYSTERY OF DEATH (STATE OF THE DEAD)</w:t>
      </w:r>
    </w:p>
    <w:p w14:paraId="5B0BE415" w14:textId="77777777" w:rsidR="00BC56D0" w:rsidRPr="00504939" w:rsidRDefault="00000000" w:rsidP="005952B1">
      <w:pPr>
        <w:rPr>
          <w:sz w:val="20"/>
          <w:szCs w:val="20"/>
        </w:rPr>
      </w:pPr>
      <w:r w:rsidRPr="00504939">
        <w:rPr>
          <w:rFonts w:ascii="Calibri" w:hAnsi="Calibri"/>
          <w:sz w:val="20"/>
          <w:szCs w:val="20"/>
        </w:rPr>
        <w:t>Words shape relationships—and relationships shape beliefs.</w:t>
      </w:r>
      <w:r w:rsidRPr="00504939">
        <w:rPr>
          <w:rFonts w:ascii="Calibri" w:hAnsi="Calibri"/>
          <w:sz w:val="20"/>
          <w:szCs w:val="20"/>
        </w:rPr>
        <w:br/>
        <w:t>Just as careless speech can distort the atmosphere of the home, careless teachings about death can distort our understanding of God’s character. Tonight’s message, The Mystery of Death, will guide us through what the Bible truly teaches about what happens when a person dies.</w:t>
      </w:r>
    </w:p>
    <w:p w14:paraId="7239D317" w14:textId="77777777" w:rsidR="00BC56D0" w:rsidRPr="00504939" w:rsidRDefault="00000000" w:rsidP="005952B1">
      <w:pPr>
        <w:rPr>
          <w:sz w:val="20"/>
          <w:szCs w:val="20"/>
        </w:rPr>
      </w:pPr>
      <w:r w:rsidRPr="00504939">
        <w:rPr>
          <w:rFonts w:ascii="Calibri" w:hAnsi="Calibri"/>
          <w:sz w:val="20"/>
          <w:szCs w:val="20"/>
        </w:rPr>
        <w:lastRenderedPageBreak/>
        <w:t>The same God who calls us to bring peace to our homes also brings clarity, comfort, and truth about death, life, and eternity.</w:t>
      </w:r>
      <w:r w:rsidRPr="00504939">
        <w:rPr>
          <w:rFonts w:ascii="Calibri" w:hAnsi="Calibri"/>
          <w:sz w:val="20"/>
          <w:szCs w:val="20"/>
        </w:rPr>
        <w:br/>
        <w:t>Let us now prepare our hearts as we move from household dialogue to heavenly dialogue—God speaking through His Word about life beyond the grave.</w:t>
      </w:r>
    </w:p>
    <w:p w14:paraId="2F6414EA" w14:textId="37213A77" w:rsidR="00BC56D0" w:rsidRPr="00504939" w:rsidRDefault="00995A8F" w:rsidP="005952B1">
      <w:pPr>
        <w:pStyle w:val="Heading4"/>
        <w:rPr>
          <w:color w:val="0070C0"/>
          <w:sz w:val="20"/>
          <w:szCs w:val="20"/>
        </w:rPr>
      </w:pPr>
      <w:r w:rsidRPr="00504939">
        <w:rPr>
          <w:color w:val="0070C0"/>
          <w:sz w:val="20"/>
          <w:szCs w:val="20"/>
        </w:rPr>
        <w:t>PRAYER</w:t>
      </w:r>
    </w:p>
    <w:p w14:paraId="19F16BCE" w14:textId="48EAC1F6" w:rsidR="00BC56D0" w:rsidRPr="00504939" w:rsidRDefault="00000000" w:rsidP="005952B1">
      <w:pPr>
        <w:rPr>
          <w:sz w:val="20"/>
          <w:szCs w:val="20"/>
        </w:rPr>
      </w:pPr>
      <w:r w:rsidRPr="00504939">
        <w:rPr>
          <w:rFonts w:ascii="Calibri" w:hAnsi="Calibri"/>
          <w:sz w:val="20"/>
          <w:szCs w:val="20"/>
        </w:rPr>
        <w:t>Heavenly Father,</w:t>
      </w:r>
      <w:r w:rsidRPr="00504939">
        <w:rPr>
          <w:rFonts w:ascii="Calibri" w:hAnsi="Calibri"/>
          <w:sz w:val="20"/>
          <w:szCs w:val="20"/>
        </w:rPr>
        <w:br/>
        <w:t>Thank You for the gift of family and for the power of words. Teach us to guard our tongues, to listen with patience, and to speak with kindness. Remove from our home every harsh tone, every unkind phrase, and every habit that brings hurt. Fill our hearts with Your love so that our home becomes a place of peace and healing.</w:t>
      </w:r>
      <w:r w:rsidR="001C4D16">
        <w:rPr>
          <w:rFonts w:ascii="Calibri" w:hAnsi="Calibri"/>
          <w:sz w:val="20"/>
          <w:szCs w:val="20"/>
        </w:rPr>
        <w:t xml:space="preserve">  </w:t>
      </w:r>
      <w:r w:rsidRPr="00504939">
        <w:rPr>
          <w:rFonts w:ascii="Calibri" w:hAnsi="Calibri"/>
          <w:sz w:val="20"/>
          <w:szCs w:val="20"/>
        </w:rPr>
        <w:br/>
        <w:t>As we prepare to learn from Your Word about the mystery of death, open our minds to truth and our hearts to hope. Guide us into understanding and anchor us in Your promises.</w:t>
      </w:r>
      <w:r w:rsidRPr="00504939">
        <w:rPr>
          <w:rFonts w:ascii="Calibri" w:hAnsi="Calibri"/>
          <w:sz w:val="20"/>
          <w:szCs w:val="20"/>
        </w:rPr>
        <w:br/>
        <w:t>In Jesus’ name, Amen.</w:t>
      </w:r>
    </w:p>
    <w:p w14:paraId="558286F7" w14:textId="77777777" w:rsidR="00662622" w:rsidRPr="00504939" w:rsidRDefault="00662622" w:rsidP="005952B1">
      <w:pPr>
        <w:rPr>
          <w:rFonts w:ascii="Calibri" w:hAnsi="Calibri"/>
          <w:sz w:val="20"/>
          <w:szCs w:val="20"/>
        </w:rPr>
      </w:pPr>
    </w:p>
    <w:p w14:paraId="5F711AF3" w14:textId="77777777" w:rsidR="00662622" w:rsidRPr="00504939" w:rsidRDefault="00662622" w:rsidP="005952B1">
      <w:pPr>
        <w:rPr>
          <w:rFonts w:ascii="Calibri" w:hAnsi="Calibri"/>
          <w:sz w:val="20"/>
          <w:szCs w:val="20"/>
        </w:rPr>
      </w:pPr>
    </w:p>
    <w:p w14:paraId="070D28E8" w14:textId="77777777" w:rsidR="0060426B" w:rsidRPr="00504939" w:rsidRDefault="0060426B" w:rsidP="005952B1">
      <w:pPr>
        <w:rPr>
          <w:rFonts w:ascii="Calibri" w:hAnsi="Calibri"/>
          <w:sz w:val="20"/>
          <w:szCs w:val="20"/>
        </w:rPr>
      </w:pPr>
    </w:p>
    <w:p w14:paraId="1FC61D74" w14:textId="77777777" w:rsidR="0060426B" w:rsidRPr="00504939" w:rsidRDefault="0060426B" w:rsidP="005952B1">
      <w:pPr>
        <w:rPr>
          <w:rFonts w:ascii="Calibri" w:hAnsi="Calibri"/>
          <w:sz w:val="20"/>
          <w:szCs w:val="20"/>
        </w:rPr>
      </w:pPr>
    </w:p>
    <w:p w14:paraId="44C14999" w14:textId="77777777" w:rsidR="0060426B" w:rsidRPr="00504939" w:rsidRDefault="0060426B" w:rsidP="005952B1">
      <w:pPr>
        <w:rPr>
          <w:rFonts w:ascii="Calibri" w:hAnsi="Calibri"/>
          <w:sz w:val="20"/>
          <w:szCs w:val="20"/>
        </w:rPr>
      </w:pPr>
    </w:p>
    <w:p w14:paraId="6ADACD96" w14:textId="77777777" w:rsidR="0060426B" w:rsidRPr="00504939" w:rsidRDefault="0060426B" w:rsidP="005952B1">
      <w:pPr>
        <w:rPr>
          <w:rFonts w:ascii="Calibri" w:hAnsi="Calibri"/>
          <w:sz w:val="20"/>
          <w:szCs w:val="20"/>
        </w:rPr>
      </w:pPr>
    </w:p>
    <w:p w14:paraId="1C67AF8E" w14:textId="77777777" w:rsidR="0060426B" w:rsidRPr="00504939" w:rsidRDefault="0060426B" w:rsidP="005952B1">
      <w:pPr>
        <w:rPr>
          <w:rFonts w:ascii="Calibri" w:hAnsi="Calibri"/>
          <w:sz w:val="20"/>
          <w:szCs w:val="20"/>
        </w:rPr>
      </w:pPr>
    </w:p>
    <w:p w14:paraId="6EFF4E0E" w14:textId="77777777" w:rsidR="0060426B" w:rsidRPr="00504939" w:rsidRDefault="0060426B" w:rsidP="005952B1">
      <w:pPr>
        <w:rPr>
          <w:rFonts w:ascii="Calibri" w:hAnsi="Calibri"/>
          <w:sz w:val="20"/>
          <w:szCs w:val="20"/>
        </w:rPr>
      </w:pPr>
    </w:p>
    <w:p w14:paraId="01AAA330" w14:textId="77777777" w:rsidR="0060426B" w:rsidRPr="00504939" w:rsidRDefault="0060426B" w:rsidP="005952B1">
      <w:pPr>
        <w:rPr>
          <w:rFonts w:ascii="Calibri" w:hAnsi="Calibri"/>
          <w:sz w:val="20"/>
          <w:szCs w:val="20"/>
        </w:rPr>
      </w:pPr>
    </w:p>
    <w:p w14:paraId="7ABAFB35" w14:textId="77777777" w:rsidR="00172299" w:rsidRPr="00504939" w:rsidRDefault="00172299" w:rsidP="005952B1">
      <w:pPr>
        <w:rPr>
          <w:rFonts w:ascii="Calibri" w:hAnsi="Calibri"/>
          <w:sz w:val="20"/>
          <w:szCs w:val="20"/>
        </w:rPr>
      </w:pPr>
    </w:p>
    <w:p w14:paraId="37B85B9E" w14:textId="77777777" w:rsidR="00172299" w:rsidRPr="00504939" w:rsidRDefault="00172299" w:rsidP="005952B1">
      <w:pPr>
        <w:rPr>
          <w:rFonts w:ascii="Calibri" w:hAnsi="Calibri"/>
          <w:sz w:val="20"/>
          <w:szCs w:val="20"/>
        </w:rPr>
      </w:pPr>
    </w:p>
    <w:p w14:paraId="765725DE" w14:textId="77777777" w:rsidR="00172299" w:rsidRPr="00504939" w:rsidRDefault="00172299" w:rsidP="005952B1">
      <w:pPr>
        <w:rPr>
          <w:rFonts w:ascii="Calibri" w:hAnsi="Calibri"/>
          <w:sz w:val="20"/>
          <w:szCs w:val="20"/>
        </w:rPr>
      </w:pPr>
    </w:p>
    <w:p w14:paraId="644F3C20" w14:textId="77777777" w:rsidR="00172299" w:rsidRPr="00504939" w:rsidRDefault="00172299" w:rsidP="005952B1">
      <w:pPr>
        <w:rPr>
          <w:rFonts w:ascii="Calibri" w:hAnsi="Calibri"/>
          <w:sz w:val="20"/>
          <w:szCs w:val="20"/>
        </w:rPr>
      </w:pPr>
    </w:p>
    <w:p w14:paraId="568C3E67" w14:textId="77777777" w:rsidR="00172299" w:rsidRPr="00504939" w:rsidRDefault="00172299" w:rsidP="005952B1">
      <w:pPr>
        <w:rPr>
          <w:rFonts w:ascii="Calibri" w:hAnsi="Calibri"/>
          <w:sz w:val="20"/>
          <w:szCs w:val="20"/>
        </w:rPr>
      </w:pPr>
    </w:p>
    <w:p w14:paraId="46F899FB" w14:textId="77777777" w:rsidR="00172299" w:rsidRPr="00504939" w:rsidRDefault="00172299" w:rsidP="005952B1">
      <w:pPr>
        <w:rPr>
          <w:rFonts w:ascii="Calibri" w:hAnsi="Calibri"/>
          <w:sz w:val="20"/>
          <w:szCs w:val="20"/>
        </w:rPr>
      </w:pPr>
    </w:p>
    <w:p w14:paraId="3229FE9A" w14:textId="77777777" w:rsidR="00172299" w:rsidRDefault="00172299" w:rsidP="005952B1">
      <w:pPr>
        <w:rPr>
          <w:rFonts w:ascii="Calibri" w:hAnsi="Calibri"/>
          <w:sz w:val="20"/>
          <w:szCs w:val="20"/>
        </w:rPr>
      </w:pPr>
    </w:p>
    <w:p w14:paraId="01C2BB90" w14:textId="77777777" w:rsidR="00206835" w:rsidRDefault="00206835" w:rsidP="005952B1">
      <w:pPr>
        <w:rPr>
          <w:rFonts w:ascii="Calibri" w:hAnsi="Calibri"/>
          <w:sz w:val="20"/>
          <w:szCs w:val="20"/>
        </w:rPr>
      </w:pPr>
    </w:p>
    <w:p w14:paraId="3550F543" w14:textId="77777777" w:rsidR="00206835" w:rsidRPr="00504939" w:rsidRDefault="00206835" w:rsidP="005952B1">
      <w:pPr>
        <w:rPr>
          <w:rFonts w:ascii="Calibri" w:hAnsi="Calibri"/>
          <w:sz w:val="20"/>
          <w:szCs w:val="20"/>
        </w:rPr>
      </w:pPr>
    </w:p>
    <w:p w14:paraId="0709988E" w14:textId="77777777" w:rsidR="00172299" w:rsidRPr="00504939" w:rsidRDefault="00172299" w:rsidP="005952B1">
      <w:pPr>
        <w:rPr>
          <w:rFonts w:ascii="Calibri" w:hAnsi="Calibri"/>
          <w:sz w:val="20"/>
          <w:szCs w:val="20"/>
        </w:rPr>
      </w:pPr>
    </w:p>
    <w:p w14:paraId="778326A0" w14:textId="19125215" w:rsidR="00523363" w:rsidRPr="00504939" w:rsidRDefault="00E303B9" w:rsidP="00206835">
      <w:pPr>
        <w:pStyle w:val="Heading1"/>
        <w:shd w:val="clear" w:color="auto" w:fill="DAEEF3" w:themeFill="accent5" w:themeFillTint="33"/>
        <w:spacing w:before="0"/>
        <w:rPr>
          <w:sz w:val="20"/>
          <w:szCs w:val="20"/>
        </w:rPr>
      </w:pPr>
      <w:bookmarkStart w:id="28" w:name="_Toc226793124"/>
      <w:r w:rsidRPr="00504939">
        <w:rPr>
          <w:sz w:val="20"/>
          <w:szCs w:val="20"/>
        </w:rPr>
        <w:lastRenderedPageBreak/>
        <w:t xml:space="preserve">SERMON </w:t>
      </w:r>
      <w:r w:rsidR="00523363" w:rsidRPr="00504939">
        <w:rPr>
          <w:sz w:val="20"/>
          <w:szCs w:val="20"/>
        </w:rPr>
        <w:t xml:space="preserve">TOPIC </w:t>
      </w:r>
      <w:r w:rsidRPr="00504939">
        <w:rPr>
          <w:sz w:val="20"/>
          <w:szCs w:val="20"/>
        </w:rPr>
        <w:t>#</w:t>
      </w:r>
      <w:r w:rsidR="00523363" w:rsidRPr="00504939">
        <w:rPr>
          <w:sz w:val="20"/>
          <w:szCs w:val="20"/>
        </w:rPr>
        <w:t>10    LIVING LIFE TO THE FULLEST (HEALH &amp; LIFESTYLE)</w:t>
      </w:r>
      <w:bookmarkEnd w:id="28"/>
      <w:r w:rsidR="00523363" w:rsidRPr="00504939">
        <w:rPr>
          <w:sz w:val="20"/>
          <w:szCs w:val="20"/>
        </w:rPr>
        <w:t xml:space="preserve"> </w:t>
      </w:r>
    </w:p>
    <w:p w14:paraId="07904486" w14:textId="77777777" w:rsidR="00B656AB" w:rsidRDefault="00B656AB" w:rsidP="00206835">
      <w:pPr>
        <w:pStyle w:val="Heading1"/>
        <w:spacing w:before="0"/>
        <w:rPr>
          <w:sz w:val="20"/>
          <w:szCs w:val="20"/>
        </w:rPr>
      </w:pPr>
      <w:bookmarkStart w:id="29" w:name="_Toc224746701"/>
      <w:bookmarkStart w:id="30" w:name="_Toc226793125"/>
    </w:p>
    <w:p w14:paraId="7AE48350" w14:textId="44302F38" w:rsidR="00523363" w:rsidRDefault="00172299" w:rsidP="00206835">
      <w:pPr>
        <w:pStyle w:val="Heading1"/>
        <w:spacing w:before="0"/>
        <w:rPr>
          <w:sz w:val="20"/>
          <w:szCs w:val="20"/>
        </w:rPr>
      </w:pPr>
      <w:r w:rsidRPr="00504939">
        <w:rPr>
          <w:sz w:val="20"/>
          <w:szCs w:val="20"/>
        </w:rPr>
        <w:t xml:space="preserve">FAMILY FOCUS: </w:t>
      </w:r>
      <w:r w:rsidR="00523363" w:rsidRPr="00504939">
        <w:rPr>
          <w:sz w:val="20"/>
          <w:szCs w:val="20"/>
        </w:rPr>
        <w:t>PRINCIPLES OF A HAPPY HOME</w:t>
      </w:r>
      <w:bookmarkEnd w:id="29"/>
      <w:bookmarkEnd w:id="30"/>
      <w:r w:rsidR="00523363" w:rsidRPr="00504939">
        <w:rPr>
          <w:sz w:val="20"/>
          <w:szCs w:val="20"/>
        </w:rPr>
        <w:t xml:space="preserve"> </w:t>
      </w:r>
    </w:p>
    <w:p w14:paraId="0B930E7E" w14:textId="6426353E" w:rsidR="00523363" w:rsidRPr="00504939" w:rsidRDefault="00523363" w:rsidP="00206835">
      <w:pPr>
        <w:rPr>
          <w:rFonts w:ascii="Calibri" w:hAnsi="Calibri"/>
          <w:sz w:val="20"/>
          <w:szCs w:val="20"/>
        </w:rPr>
      </w:pPr>
      <w:r w:rsidRPr="00504939">
        <w:rPr>
          <w:rFonts w:ascii="Calibri" w:hAnsi="Calibri"/>
          <w:b/>
          <w:bCs/>
          <w:sz w:val="20"/>
          <w:szCs w:val="20"/>
        </w:rPr>
        <w:t>“And Jesus and his disciples had also been invited to the wedding” (John 2:2).</w:t>
      </w:r>
      <w:r w:rsidRPr="00504939">
        <w:rPr>
          <w:rFonts w:ascii="Calibri" w:hAnsi="Calibri"/>
          <w:sz w:val="20"/>
          <w:szCs w:val="20"/>
        </w:rPr>
        <w:t xml:space="preserve"> </w:t>
      </w:r>
    </w:p>
    <w:p w14:paraId="16AA1429" w14:textId="509F552A" w:rsidR="00523363" w:rsidRPr="00504939" w:rsidRDefault="00523363" w:rsidP="00995A8F">
      <w:pPr>
        <w:jc w:val="both"/>
        <w:rPr>
          <w:rFonts w:ascii="Calibri" w:hAnsi="Calibri"/>
          <w:sz w:val="20"/>
          <w:szCs w:val="20"/>
        </w:rPr>
      </w:pPr>
      <w:r w:rsidRPr="00504939">
        <w:rPr>
          <w:rFonts w:ascii="Calibri" w:hAnsi="Calibri"/>
          <w:sz w:val="20"/>
          <w:szCs w:val="20"/>
        </w:rPr>
        <w:t xml:space="preserve">Can you imagine the privilege of that couple to have Jesus and His disciples invited to their wedding? Did they understand the meaning of the Master’s presence? It is interesting that, like many weddings, a problem </w:t>
      </w:r>
      <w:proofErr w:type="gramStart"/>
      <w:r w:rsidRPr="00504939">
        <w:rPr>
          <w:rFonts w:ascii="Calibri" w:hAnsi="Calibri"/>
          <w:sz w:val="20"/>
          <w:szCs w:val="20"/>
        </w:rPr>
        <w:t>came up</w:t>
      </w:r>
      <w:proofErr w:type="gramEnd"/>
      <w:r w:rsidRPr="00504939">
        <w:rPr>
          <w:rFonts w:ascii="Calibri" w:hAnsi="Calibri"/>
          <w:sz w:val="20"/>
          <w:szCs w:val="20"/>
        </w:rPr>
        <w:t xml:space="preserve">. It wasn’t a difficult one. They simply ran out of wine (grape juice). In my country of Brazil, that would be like running out of punch before the party was over. A few years </w:t>
      </w:r>
      <w:proofErr w:type="gramStart"/>
      <w:r w:rsidRPr="00504939">
        <w:rPr>
          <w:rFonts w:ascii="Calibri" w:hAnsi="Calibri"/>
          <w:sz w:val="20"/>
          <w:szCs w:val="20"/>
        </w:rPr>
        <w:t>ago</w:t>
      </w:r>
      <w:proofErr w:type="gramEnd"/>
      <w:r w:rsidRPr="00504939">
        <w:rPr>
          <w:rFonts w:ascii="Calibri" w:hAnsi="Calibri"/>
          <w:sz w:val="20"/>
          <w:szCs w:val="20"/>
        </w:rPr>
        <w:t xml:space="preserve"> I almost postponed a wedding service where I was asked to preach. The bride and groom had a misunderstanding that really worried us all. But today they are a happily married couple. Why? They invited Jesus to their wedding. They asked Christ to be part of their household. And the Lord has supplied all their needs. </w:t>
      </w:r>
    </w:p>
    <w:p w14:paraId="08847554" w14:textId="77777777" w:rsidR="00523363" w:rsidRPr="00504939" w:rsidRDefault="00523363" w:rsidP="00995A8F">
      <w:pPr>
        <w:jc w:val="both"/>
        <w:rPr>
          <w:rFonts w:ascii="Calibri" w:hAnsi="Calibri"/>
          <w:sz w:val="20"/>
          <w:szCs w:val="20"/>
        </w:rPr>
      </w:pPr>
      <w:r w:rsidRPr="00504939">
        <w:rPr>
          <w:rFonts w:ascii="Calibri" w:hAnsi="Calibri"/>
          <w:sz w:val="20"/>
          <w:szCs w:val="20"/>
        </w:rPr>
        <w:t xml:space="preserve">Jesus’ presence is the most important part of a successful wedding. Without Christ it is impossible to enjoy complete happiness. Christ will be the One who will lead the household and provide the necessary guidelines for parents and children on how to live on earth in preparation for a home in heaven. </w:t>
      </w:r>
    </w:p>
    <w:p w14:paraId="657DBCDB" w14:textId="15D431BA" w:rsidR="00662622" w:rsidRPr="00504939" w:rsidRDefault="00523363" w:rsidP="00995A8F">
      <w:pPr>
        <w:jc w:val="both"/>
        <w:rPr>
          <w:rFonts w:ascii="Calibri" w:hAnsi="Calibri"/>
          <w:sz w:val="20"/>
          <w:szCs w:val="20"/>
        </w:rPr>
      </w:pPr>
      <w:r w:rsidRPr="00504939">
        <w:rPr>
          <w:rFonts w:ascii="Calibri" w:hAnsi="Calibri"/>
          <w:sz w:val="20"/>
          <w:szCs w:val="20"/>
        </w:rPr>
        <w:t xml:space="preserve">However, there are other simple and practical factors that may positively influence a </w:t>
      </w:r>
      <w:proofErr w:type="gramStart"/>
      <w:r w:rsidRPr="00504939">
        <w:rPr>
          <w:rFonts w:ascii="Calibri" w:hAnsi="Calibri"/>
          <w:sz w:val="20"/>
          <w:szCs w:val="20"/>
        </w:rPr>
        <w:t>couples’</w:t>
      </w:r>
      <w:proofErr w:type="gramEnd"/>
      <w:r w:rsidRPr="00504939">
        <w:rPr>
          <w:rFonts w:ascii="Calibri" w:hAnsi="Calibri"/>
          <w:sz w:val="20"/>
          <w:szCs w:val="20"/>
        </w:rPr>
        <w:t xml:space="preserve"> relationship. I call them “Special Moments.”</w:t>
      </w:r>
    </w:p>
    <w:p w14:paraId="34C63439" w14:textId="77777777" w:rsidR="00523363" w:rsidRPr="00504939" w:rsidRDefault="00523363" w:rsidP="00995A8F">
      <w:pPr>
        <w:jc w:val="both"/>
        <w:rPr>
          <w:rFonts w:ascii="Calibri" w:hAnsi="Calibri"/>
          <w:sz w:val="20"/>
          <w:szCs w:val="20"/>
        </w:rPr>
      </w:pPr>
      <w:r w:rsidRPr="00504939">
        <w:rPr>
          <w:rFonts w:ascii="Calibri" w:hAnsi="Calibri"/>
          <w:sz w:val="20"/>
          <w:szCs w:val="20"/>
        </w:rPr>
        <w:t xml:space="preserve">The first is our Moment with God. Do we take time every day for personal worship? Do we fast and pray? Do we read our Bibles? Each of us needs quiet time alone with God. </w:t>
      </w:r>
    </w:p>
    <w:p w14:paraId="2E88771E" w14:textId="77777777" w:rsidR="00523363" w:rsidRPr="00504939" w:rsidRDefault="00523363" w:rsidP="00995A8F">
      <w:pPr>
        <w:jc w:val="both"/>
        <w:rPr>
          <w:rFonts w:ascii="Calibri" w:hAnsi="Calibri"/>
          <w:sz w:val="20"/>
          <w:szCs w:val="20"/>
        </w:rPr>
      </w:pPr>
      <w:r w:rsidRPr="00504939">
        <w:rPr>
          <w:rFonts w:ascii="Calibri" w:hAnsi="Calibri"/>
          <w:sz w:val="20"/>
          <w:szCs w:val="20"/>
        </w:rPr>
        <w:t xml:space="preserve">The second is our Moment for Planning. We live in a busy world, where father and mother </w:t>
      </w:r>
      <w:proofErr w:type="gramStart"/>
      <w:r w:rsidRPr="00504939">
        <w:rPr>
          <w:rFonts w:ascii="Calibri" w:hAnsi="Calibri"/>
          <w:sz w:val="20"/>
          <w:szCs w:val="20"/>
        </w:rPr>
        <w:t>have to</w:t>
      </w:r>
      <w:proofErr w:type="gramEnd"/>
      <w:r w:rsidRPr="00504939">
        <w:rPr>
          <w:rFonts w:ascii="Calibri" w:hAnsi="Calibri"/>
          <w:sz w:val="20"/>
          <w:szCs w:val="20"/>
        </w:rPr>
        <w:t xml:space="preserve"> work. Most of the time the wife is not at home full-time anymore, but she is side by side with her partner, providing bread for the family. </w:t>
      </w:r>
      <w:proofErr w:type="gramStart"/>
      <w:r w:rsidRPr="00504939">
        <w:rPr>
          <w:rFonts w:ascii="Calibri" w:hAnsi="Calibri"/>
          <w:sz w:val="20"/>
          <w:szCs w:val="20"/>
        </w:rPr>
        <w:t>Both of them</w:t>
      </w:r>
      <w:proofErr w:type="gramEnd"/>
      <w:r w:rsidRPr="00504939">
        <w:rPr>
          <w:rFonts w:ascii="Calibri" w:hAnsi="Calibri"/>
          <w:sz w:val="20"/>
          <w:szCs w:val="20"/>
        </w:rPr>
        <w:t xml:space="preserve"> have battles and difficulties at work and then come home exhausted! Children return from school, they have homework to do, books to read... Who will </w:t>
      </w:r>
      <w:proofErr w:type="gramStart"/>
      <w:r w:rsidRPr="00504939">
        <w:rPr>
          <w:rFonts w:ascii="Calibri" w:hAnsi="Calibri"/>
          <w:sz w:val="20"/>
          <w:szCs w:val="20"/>
        </w:rPr>
        <w:t>take the responsibilities</w:t>
      </w:r>
      <w:proofErr w:type="gramEnd"/>
      <w:r w:rsidRPr="00504939">
        <w:rPr>
          <w:rFonts w:ascii="Calibri" w:hAnsi="Calibri"/>
          <w:sz w:val="20"/>
          <w:szCs w:val="20"/>
        </w:rPr>
        <w:t xml:space="preserve"> </w:t>
      </w:r>
      <w:proofErr w:type="gramStart"/>
      <w:r w:rsidRPr="00504939">
        <w:rPr>
          <w:rFonts w:ascii="Calibri" w:hAnsi="Calibri"/>
          <w:sz w:val="20"/>
          <w:szCs w:val="20"/>
        </w:rPr>
        <w:t>of</w:t>
      </w:r>
      <w:proofErr w:type="gramEnd"/>
      <w:r w:rsidRPr="00504939">
        <w:rPr>
          <w:rFonts w:ascii="Calibri" w:hAnsi="Calibri"/>
          <w:sz w:val="20"/>
          <w:szCs w:val="20"/>
        </w:rPr>
        <w:t xml:space="preserve"> the house? Would it be the wife alone? The husband expects dinner but usually doesn’t </w:t>
      </w:r>
      <w:proofErr w:type="gramStart"/>
      <w:r w:rsidRPr="00504939">
        <w:rPr>
          <w:rFonts w:ascii="Calibri" w:hAnsi="Calibri"/>
          <w:sz w:val="20"/>
          <w:szCs w:val="20"/>
        </w:rPr>
        <w:t>offer to</w:t>
      </w:r>
      <w:proofErr w:type="gramEnd"/>
      <w:r w:rsidRPr="00504939">
        <w:rPr>
          <w:rFonts w:ascii="Calibri" w:hAnsi="Calibri"/>
          <w:sz w:val="20"/>
          <w:szCs w:val="20"/>
        </w:rPr>
        <w:t xml:space="preserve"> help. Families need a plan on how to work together or there will be conflict and stress in the home. </w:t>
      </w:r>
    </w:p>
    <w:p w14:paraId="164FC248" w14:textId="77777777" w:rsidR="00523363" w:rsidRPr="00504939" w:rsidRDefault="00523363" w:rsidP="00995A8F">
      <w:pPr>
        <w:jc w:val="both"/>
        <w:rPr>
          <w:rFonts w:ascii="Calibri" w:hAnsi="Calibri"/>
          <w:sz w:val="20"/>
          <w:szCs w:val="20"/>
        </w:rPr>
      </w:pPr>
      <w:r w:rsidRPr="00504939">
        <w:rPr>
          <w:rFonts w:ascii="Calibri" w:hAnsi="Calibri"/>
          <w:sz w:val="20"/>
          <w:szCs w:val="20"/>
        </w:rPr>
        <w:t xml:space="preserve">The third is our Family Moments. While family worship is very important, there also needs to be time for talking and sharing. Each family member needs to hear about the little victories or disappointments </w:t>
      </w:r>
      <w:proofErr w:type="gramStart"/>
      <w:r w:rsidRPr="00504939">
        <w:rPr>
          <w:rFonts w:ascii="Calibri" w:hAnsi="Calibri"/>
          <w:sz w:val="20"/>
          <w:szCs w:val="20"/>
        </w:rPr>
        <w:t>in</w:t>
      </w:r>
      <w:proofErr w:type="gramEnd"/>
      <w:r w:rsidRPr="00504939">
        <w:rPr>
          <w:rFonts w:ascii="Calibri" w:hAnsi="Calibri"/>
          <w:sz w:val="20"/>
          <w:szCs w:val="20"/>
        </w:rPr>
        <w:t xml:space="preserve"> each other’s day. Such companionship builds intimacy in the family and is essential. Marriage is often called a journey, but we are all seeking a destination—heaven! We arrive </w:t>
      </w:r>
      <w:proofErr w:type="gramStart"/>
      <w:r w:rsidRPr="00504939">
        <w:rPr>
          <w:rFonts w:ascii="Calibri" w:hAnsi="Calibri"/>
          <w:sz w:val="20"/>
          <w:szCs w:val="20"/>
        </w:rPr>
        <w:t>their</w:t>
      </w:r>
      <w:proofErr w:type="gramEnd"/>
      <w:r w:rsidRPr="00504939">
        <w:rPr>
          <w:rFonts w:ascii="Calibri" w:hAnsi="Calibri"/>
          <w:sz w:val="20"/>
          <w:szCs w:val="20"/>
        </w:rPr>
        <w:t xml:space="preserve"> by growing each day in Christ. Families need to learn to deal with conflict. They need to learn to say, “I’m sorry. Please forgive me. I was wrong.” </w:t>
      </w:r>
    </w:p>
    <w:p w14:paraId="0DA7870B" w14:textId="444E98FC" w:rsidR="00662622" w:rsidRPr="00504939" w:rsidRDefault="00523363" w:rsidP="00995A8F">
      <w:pPr>
        <w:jc w:val="both"/>
        <w:rPr>
          <w:rFonts w:ascii="Calibri" w:hAnsi="Calibri"/>
          <w:sz w:val="20"/>
          <w:szCs w:val="20"/>
        </w:rPr>
      </w:pPr>
      <w:r w:rsidRPr="00504939">
        <w:rPr>
          <w:rFonts w:ascii="Calibri" w:hAnsi="Calibri"/>
          <w:sz w:val="20"/>
          <w:szCs w:val="20"/>
        </w:rPr>
        <w:t>Mrs. White gives us advice on people thinking about getting married: “If men and women are in the habit of praying twice a day before they contemplate marriage, they should pray four times a day when such a step is anticipated. Marriage is something that will influence and affect your life, both in this world and in the world to come”. – Messages to Young People, p. 460. — Léo Ranzolin, Jesus, the Morning Dew, p. 179</w:t>
      </w:r>
    </w:p>
    <w:p w14:paraId="6DBCA067" w14:textId="77777777" w:rsidR="00995A8F" w:rsidRPr="00504939" w:rsidRDefault="00995A8F" w:rsidP="00995A8F">
      <w:pPr>
        <w:pStyle w:val="Heading4"/>
        <w:rPr>
          <w:rStyle w:val="Strong"/>
          <w:b/>
          <w:bCs/>
          <w:sz w:val="20"/>
          <w:szCs w:val="20"/>
        </w:rPr>
      </w:pPr>
    </w:p>
    <w:p w14:paraId="1AD5928E" w14:textId="61ACFF4A" w:rsidR="00523363" w:rsidRPr="00504939" w:rsidRDefault="00995A8F" w:rsidP="00995A8F">
      <w:pPr>
        <w:pStyle w:val="Heading4"/>
        <w:spacing w:before="0" w:line="240" w:lineRule="auto"/>
        <w:rPr>
          <w:color w:val="0070C0"/>
          <w:sz w:val="20"/>
          <w:szCs w:val="20"/>
        </w:rPr>
      </w:pPr>
      <w:r w:rsidRPr="00504939">
        <w:rPr>
          <w:rStyle w:val="Strong"/>
          <w:b/>
          <w:bCs/>
          <w:color w:val="0070C0"/>
          <w:sz w:val="20"/>
          <w:szCs w:val="20"/>
        </w:rPr>
        <w:t>FAMILY DEVOTION</w:t>
      </w:r>
      <w:proofErr w:type="gramStart"/>
      <w:r w:rsidRPr="00504939">
        <w:rPr>
          <w:rStyle w:val="Strong"/>
          <w:b/>
          <w:bCs/>
          <w:color w:val="0070C0"/>
          <w:sz w:val="20"/>
          <w:szCs w:val="20"/>
        </w:rPr>
        <w:t xml:space="preserve">:  </w:t>
      </w:r>
      <w:r w:rsidRPr="00504939">
        <w:rPr>
          <w:rStyle w:val="Emphasis"/>
          <w:i/>
          <w:iCs/>
          <w:color w:val="0070C0"/>
          <w:sz w:val="20"/>
          <w:szCs w:val="20"/>
        </w:rPr>
        <w:t>PRINCIPLES</w:t>
      </w:r>
      <w:proofErr w:type="gramEnd"/>
      <w:r w:rsidRPr="00504939">
        <w:rPr>
          <w:rStyle w:val="Emphasis"/>
          <w:i/>
          <w:iCs/>
          <w:color w:val="0070C0"/>
          <w:sz w:val="20"/>
          <w:szCs w:val="20"/>
        </w:rPr>
        <w:t xml:space="preserve"> OF A HAPPY HOME</w:t>
      </w:r>
    </w:p>
    <w:p w14:paraId="0E6424D6" w14:textId="77777777" w:rsidR="00523363" w:rsidRPr="00504939" w:rsidRDefault="00523363" w:rsidP="00995A8F">
      <w:pPr>
        <w:pStyle w:val="NormalWeb"/>
        <w:spacing w:before="0" w:beforeAutospacing="0"/>
        <w:rPr>
          <w:rFonts w:ascii="Calibri" w:hAnsi="Calibri" w:cs="Calibri"/>
          <w:b/>
          <w:bCs/>
          <w:color w:val="000000" w:themeColor="text1"/>
          <w:sz w:val="20"/>
          <w:szCs w:val="20"/>
        </w:rPr>
      </w:pPr>
      <w:r w:rsidRPr="00504939">
        <w:rPr>
          <w:rStyle w:val="Strong"/>
          <w:rFonts w:ascii="Calibri" w:hAnsi="Calibri" w:cs="Calibri"/>
          <w:color w:val="000000" w:themeColor="text1"/>
          <w:sz w:val="20"/>
          <w:szCs w:val="20"/>
        </w:rPr>
        <w:t>Key Text:</w:t>
      </w:r>
      <w:r w:rsidRPr="00504939">
        <w:rPr>
          <w:rFonts w:ascii="Calibri" w:hAnsi="Calibri" w:cs="Calibri"/>
          <w:b/>
          <w:bCs/>
          <w:color w:val="000000" w:themeColor="text1"/>
          <w:sz w:val="20"/>
          <w:szCs w:val="20"/>
        </w:rPr>
        <w:t xml:space="preserve"> “And Jesus and His disciples had also been invited to the wedding.” — John 2:2</w:t>
      </w:r>
    </w:p>
    <w:p w14:paraId="32E5D1A7" w14:textId="77777777" w:rsidR="00523363" w:rsidRPr="00504939" w:rsidRDefault="00523363" w:rsidP="005952B1">
      <w:pPr>
        <w:pStyle w:val="NormalWeb"/>
        <w:rPr>
          <w:rFonts w:ascii="Calibri" w:hAnsi="Calibri" w:cs="Calibri"/>
          <w:color w:val="000000" w:themeColor="text1"/>
          <w:sz w:val="20"/>
          <w:szCs w:val="20"/>
        </w:rPr>
      </w:pPr>
      <w:r w:rsidRPr="00504939">
        <w:rPr>
          <w:rFonts w:ascii="Calibri" w:hAnsi="Calibri" w:cs="Calibri"/>
          <w:color w:val="000000" w:themeColor="text1"/>
          <w:sz w:val="20"/>
          <w:szCs w:val="20"/>
        </w:rPr>
        <w:t xml:space="preserve">A wedding is one of life’s most joyful moments—but even at the wedding in Cana, challenges arose when the wine ran out. What seemed like a small embarrassment became an opportunity for Jesus to reveal His presence, His power, and His care for the family. The miracle at Cana teaches us a beautiful spiritual truth: </w:t>
      </w:r>
      <w:r w:rsidRPr="00504939">
        <w:rPr>
          <w:rStyle w:val="Strong"/>
          <w:rFonts w:ascii="Calibri" w:hAnsi="Calibri" w:cs="Calibri"/>
          <w:b w:val="0"/>
          <w:bCs w:val="0"/>
          <w:color w:val="000000" w:themeColor="text1"/>
          <w:sz w:val="20"/>
          <w:szCs w:val="20"/>
        </w:rPr>
        <w:t>Homes flourish when Jesus is invited in.</w:t>
      </w:r>
    </w:p>
    <w:p w14:paraId="35A8B814" w14:textId="77777777" w:rsidR="00523363" w:rsidRPr="00504939" w:rsidRDefault="00523363" w:rsidP="005952B1">
      <w:pPr>
        <w:pStyle w:val="NormalWeb"/>
        <w:rPr>
          <w:rFonts w:ascii="Calibri" w:hAnsi="Calibri" w:cs="Calibri"/>
          <w:color w:val="000000" w:themeColor="text1"/>
          <w:sz w:val="20"/>
          <w:szCs w:val="20"/>
        </w:rPr>
      </w:pPr>
      <w:r w:rsidRPr="00504939">
        <w:rPr>
          <w:rFonts w:ascii="Calibri" w:hAnsi="Calibri" w:cs="Calibri"/>
          <w:color w:val="000000" w:themeColor="text1"/>
          <w:sz w:val="20"/>
          <w:szCs w:val="20"/>
        </w:rPr>
        <w:t xml:space="preserve">A happy home is not built on perfect circumstances, perfect people, or perfect plans—it is built on </w:t>
      </w:r>
      <w:r w:rsidRPr="00504939">
        <w:rPr>
          <w:rStyle w:val="Strong"/>
          <w:rFonts w:ascii="Calibri" w:hAnsi="Calibri" w:cs="Calibri"/>
          <w:b w:val="0"/>
          <w:bCs w:val="0"/>
          <w:color w:val="000000" w:themeColor="text1"/>
          <w:sz w:val="20"/>
          <w:szCs w:val="20"/>
        </w:rPr>
        <w:t>the presence of Christ</w:t>
      </w:r>
      <w:r w:rsidRPr="00504939">
        <w:rPr>
          <w:rFonts w:ascii="Calibri" w:hAnsi="Calibri" w:cs="Calibri"/>
          <w:color w:val="000000" w:themeColor="text1"/>
          <w:sz w:val="20"/>
          <w:szCs w:val="20"/>
        </w:rPr>
        <w:t>. Without Him, couples struggle to find lasting joy. With Him, ordinary moments are filled with grace, peace, and strength.</w:t>
      </w:r>
    </w:p>
    <w:p w14:paraId="24AAAAE3" w14:textId="77777777" w:rsidR="00523363" w:rsidRPr="00504939" w:rsidRDefault="00523363" w:rsidP="005952B1">
      <w:pPr>
        <w:pStyle w:val="NormalWeb"/>
        <w:rPr>
          <w:rFonts w:ascii="Calibri" w:hAnsi="Calibri" w:cs="Calibri"/>
          <w:color w:val="000000" w:themeColor="text1"/>
          <w:sz w:val="20"/>
          <w:szCs w:val="20"/>
        </w:rPr>
      </w:pPr>
      <w:r w:rsidRPr="00504939">
        <w:rPr>
          <w:rFonts w:ascii="Calibri" w:hAnsi="Calibri" w:cs="Calibri"/>
          <w:color w:val="000000" w:themeColor="text1"/>
          <w:sz w:val="20"/>
          <w:szCs w:val="20"/>
        </w:rPr>
        <w:lastRenderedPageBreak/>
        <w:t>But the reading also highlights three “Special Moments” that help families live life to the fullest:</w:t>
      </w:r>
    </w:p>
    <w:p w14:paraId="426A9537" w14:textId="77777777" w:rsidR="00523363" w:rsidRPr="00504939" w:rsidRDefault="00523363" w:rsidP="005952B1">
      <w:pPr>
        <w:pStyle w:val="Heading3"/>
        <w:rPr>
          <w:rFonts w:ascii="Calibri" w:eastAsia="Times New Roman" w:hAnsi="Calibri" w:cs="Calibri"/>
          <w:b w:val="0"/>
          <w:bCs w:val="0"/>
          <w:color w:val="000000" w:themeColor="text1"/>
          <w:sz w:val="20"/>
          <w:szCs w:val="20"/>
        </w:rPr>
      </w:pPr>
      <w:bookmarkStart w:id="31" w:name="_Toc224746574"/>
      <w:bookmarkStart w:id="32" w:name="_Toc224746702"/>
      <w:bookmarkStart w:id="33" w:name="_Toc226793126"/>
      <w:r w:rsidRPr="00504939">
        <w:rPr>
          <w:rStyle w:val="Strong"/>
          <w:rFonts w:ascii="Calibri" w:eastAsia="Times New Roman" w:hAnsi="Calibri" w:cs="Calibri"/>
          <w:color w:val="000000" w:themeColor="text1"/>
          <w:sz w:val="20"/>
          <w:szCs w:val="20"/>
        </w:rPr>
        <w:t xml:space="preserve">1. Our Moment </w:t>
      </w:r>
      <w:proofErr w:type="gramStart"/>
      <w:r w:rsidRPr="00504939">
        <w:rPr>
          <w:rStyle w:val="Strong"/>
          <w:rFonts w:ascii="Calibri" w:eastAsia="Times New Roman" w:hAnsi="Calibri" w:cs="Calibri"/>
          <w:color w:val="000000" w:themeColor="text1"/>
          <w:sz w:val="20"/>
          <w:szCs w:val="20"/>
        </w:rPr>
        <w:t>With</w:t>
      </w:r>
      <w:proofErr w:type="gramEnd"/>
      <w:r w:rsidRPr="00504939">
        <w:rPr>
          <w:rStyle w:val="Strong"/>
          <w:rFonts w:ascii="Calibri" w:eastAsia="Times New Roman" w:hAnsi="Calibri" w:cs="Calibri"/>
          <w:color w:val="000000" w:themeColor="text1"/>
          <w:sz w:val="20"/>
          <w:szCs w:val="20"/>
        </w:rPr>
        <w:t xml:space="preserve"> God</w:t>
      </w:r>
      <w:bookmarkEnd w:id="31"/>
      <w:bookmarkEnd w:id="32"/>
      <w:bookmarkEnd w:id="33"/>
    </w:p>
    <w:p w14:paraId="0DEB3527" w14:textId="77777777" w:rsidR="00523363" w:rsidRPr="00504939" w:rsidRDefault="00523363" w:rsidP="005952B1">
      <w:pPr>
        <w:pStyle w:val="NormalWeb"/>
        <w:rPr>
          <w:rFonts w:ascii="Calibri" w:hAnsi="Calibri" w:cs="Calibri"/>
          <w:color w:val="000000" w:themeColor="text1"/>
          <w:sz w:val="20"/>
          <w:szCs w:val="20"/>
        </w:rPr>
      </w:pPr>
      <w:r w:rsidRPr="00504939">
        <w:rPr>
          <w:rFonts w:ascii="Calibri" w:hAnsi="Calibri" w:cs="Calibri"/>
          <w:color w:val="000000" w:themeColor="text1"/>
          <w:sz w:val="20"/>
          <w:szCs w:val="20"/>
        </w:rPr>
        <w:t>Daily worship, prayer, and quiet time with Scripture anchor the soul. When couples and families start the day with God, they invite heaven’s peace into the rhythm of their homes.</w:t>
      </w:r>
    </w:p>
    <w:p w14:paraId="1362C84D" w14:textId="77777777" w:rsidR="00523363" w:rsidRPr="00504939" w:rsidRDefault="00523363" w:rsidP="005952B1">
      <w:pPr>
        <w:pStyle w:val="Heading3"/>
        <w:rPr>
          <w:rFonts w:ascii="Calibri" w:eastAsia="Times New Roman" w:hAnsi="Calibri" w:cs="Calibri"/>
          <w:b w:val="0"/>
          <w:bCs w:val="0"/>
          <w:color w:val="000000" w:themeColor="text1"/>
          <w:sz w:val="20"/>
          <w:szCs w:val="20"/>
        </w:rPr>
      </w:pPr>
      <w:bookmarkStart w:id="34" w:name="_Toc224746575"/>
      <w:bookmarkStart w:id="35" w:name="_Toc224746703"/>
      <w:bookmarkStart w:id="36" w:name="_Toc226793127"/>
      <w:r w:rsidRPr="00504939">
        <w:rPr>
          <w:rStyle w:val="Strong"/>
          <w:rFonts w:ascii="Calibri" w:eastAsia="Times New Roman" w:hAnsi="Calibri" w:cs="Calibri"/>
          <w:color w:val="000000" w:themeColor="text1"/>
          <w:sz w:val="20"/>
          <w:szCs w:val="20"/>
        </w:rPr>
        <w:t>2. Our Moment for Planning</w:t>
      </w:r>
      <w:bookmarkEnd w:id="34"/>
      <w:bookmarkEnd w:id="35"/>
      <w:bookmarkEnd w:id="36"/>
    </w:p>
    <w:p w14:paraId="4FAAEF1D" w14:textId="77777777" w:rsidR="00523363" w:rsidRPr="00504939" w:rsidRDefault="00523363" w:rsidP="005952B1">
      <w:pPr>
        <w:pStyle w:val="NormalWeb"/>
        <w:rPr>
          <w:rFonts w:ascii="Calibri" w:hAnsi="Calibri" w:cs="Calibri"/>
          <w:color w:val="000000" w:themeColor="text1"/>
          <w:sz w:val="20"/>
          <w:szCs w:val="20"/>
        </w:rPr>
      </w:pPr>
      <w:r w:rsidRPr="00504939">
        <w:rPr>
          <w:rFonts w:ascii="Calibri" w:hAnsi="Calibri" w:cs="Calibri"/>
          <w:color w:val="000000" w:themeColor="text1"/>
          <w:sz w:val="20"/>
          <w:szCs w:val="20"/>
        </w:rPr>
        <w:t>Modern families are busy. Parents work long hours, children juggle school and homework, and responsibilities often pile up. Without planning, small frustrations create conflict. But when families talk, organize tasks, and support one another, homes become places of teamwork rather than tension.</w:t>
      </w:r>
    </w:p>
    <w:p w14:paraId="6BA40DC4" w14:textId="77777777" w:rsidR="00523363" w:rsidRPr="00504939" w:rsidRDefault="00523363" w:rsidP="005952B1">
      <w:pPr>
        <w:pStyle w:val="Heading3"/>
        <w:rPr>
          <w:rFonts w:ascii="Calibri" w:eastAsia="Times New Roman" w:hAnsi="Calibri" w:cs="Calibri"/>
          <w:b w:val="0"/>
          <w:bCs w:val="0"/>
          <w:color w:val="000000" w:themeColor="text1"/>
          <w:sz w:val="20"/>
          <w:szCs w:val="20"/>
        </w:rPr>
      </w:pPr>
      <w:bookmarkStart w:id="37" w:name="_Toc224746576"/>
      <w:bookmarkStart w:id="38" w:name="_Toc224746704"/>
      <w:bookmarkStart w:id="39" w:name="_Toc226793128"/>
      <w:r w:rsidRPr="00504939">
        <w:rPr>
          <w:rStyle w:val="Strong"/>
          <w:rFonts w:ascii="Calibri" w:eastAsia="Times New Roman" w:hAnsi="Calibri" w:cs="Calibri"/>
          <w:color w:val="000000" w:themeColor="text1"/>
          <w:sz w:val="20"/>
          <w:szCs w:val="20"/>
        </w:rPr>
        <w:t>3. Our Family Moments</w:t>
      </w:r>
      <w:bookmarkEnd w:id="37"/>
      <w:bookmarkEnd w:id="38"/>
      <w:bookmarkEnd w:id="39"/>
    </w:p>
    <w:p w14:paraId="0FB0F711" w14:textId="77777777" w:rsidR="00523363" w:rsidRPr="00504939" w:rsidRDefault="00523363" w:rsidP="005952B1">
      <w:pPr>
        <w:pStyle w:val="NormalWeb"/>
        <w:rPr>
          <w:rFonts w:ascii="Calibri" w:hAnsi="Calibri" w:cs="Calibri"/>
          <w:color w:val="000000" w:themeColor="text1"/>
          <w:sz w:val="20"/>
          <w:szCs w:val="20"/>
        </w:rPr>
      </w:pPr>
      <w:r w:rsidRPr="00504939">
        <w:rPr>
          <w:rFonts w:ascii="Calibri" w:hAnsi="Calibri" w:cs="Calibri"/>
          <w:color w:val="000000" w:themeColor="text1"/>
          <w:sz w:val="20"/>
          <w:szCs w:val="20"/>
        </w:rPr>
        <w:t>Worship is essential, but so is conversation. Families need time to share the little victories and disappointments of the day. They need space to laugh, listen, and apologize. “I’m sorry. Please forgive me. I was wrong” are words that heal hearts and strengthen unity.</w:t>
      </w:r>
    </w:p>
    <w:p w14:paraId="1302F928" w14:textId="77777777" w:rsidR="00523363" w:rsidRPr="00504939" w:rsidRDefault="00523363" w:rsidP="005952B1">
      <w:pPr>
        <w:pStyle w:val="NormalWeb"/>
        <w:rPr>
          <w:rFonts w:ascii="Calibri" w:hAnsi="Calibri" w:cs="Calibri"/>
          <w:color w:val="000000" w:themeColor="text1"/>
          <w:sz w:val="20"/>
          <w:szCs w:val="20"/>
        </w:rPr>
      </w:pPr>
      <w:r w:rsidRPr="00504939">
        <w:rPr>
          <w:rFonts w:ascii="Calibri" w:hAnsi="Calibri" w:cs="Calibri"/>
          <w:color w:val="000000" w:themeColor="text1"/>
          <w:sz w:val="20"/>
          <w:szCs w:val="20"/>
        </w:rPr>
        <w:t>Ellen White reminds young couples that the closer they come to the step of marriage, the more they must pray. Why? Because marriage shapes life “in this world and in the world to come.” A prayerful home is a protected home, a joyful home, and a Christ-</w:t>
      </w:r>
      <w:proofErr w:type="spellStart"/>
      <w:r w:rsidRPr="00504939">
        <w:rPr>
          <w:rFonts w:ascii="Calibri" w:hAnsi="Calibri" w:cs="Calibri"/>
          <w:color w:val="000000" w:themeColor="text1"/>
          <w:sz w:val="20"/>
          <w:szCs w:val="20"/>
        </w:rPr>
        <w:t>centered</w:t>
      </w:r>
      <w:proofErr w:type="spellEnd"/>
      <w:r w:rsidRPr="00504939">
        <w:rPr>
          <w:rFonts w:ascii="Calibri" w:hAnsi="Calibri" w:cs="Calibri"/>
          <w:color w:val="000000" w:themeColor="text1"/>
          <w:sz w:val="20"/>
          <w:szCs w:val="20"/>
        </w:rPr>
        <w:t xml:space="preserve"> home.</w:t>
      </w:r>
    </w:p>
    <w:p w14:paraId="741D2CEC" w14:textId="77777777" w:rsidR="00523363" w:rsidRPr="00504939" w:rsidRDefault="00523363" w:rsidP="005952B1">
      <w:pPr>
        <w:pStyle w:val="NormalWeb"/>
        <w:rPr>
          <w:rFonts w:ascii="Calibri" w:hAnsi="Calibri" w:cs="Calibri"/>
          <w:color w:val="000000" w:themeColor="text1"/>
          <w:sz w:val="20"/>
          <w:szCs w:val="20"/>
        </w:rPr>
      </w:pPr>
      <w:r w:rsidRPr="00504939">
        <w:rPr>
          <w:rFonts w:ascii="Calibri" w:hAnsi="Calibri" w:cs="Calibri"/>
          <w:color w:val="000000" w:themeColor="text1"/>
          <w:sz w:val="20"/>
          <w:szCs w:val="20"/>
        </w:rPr>
        <w:t>To live life to the fullest, we must not only invite Jesus into our weddings—but into our daily lives, our decisions, our routines, and our relationships.</w:t>
      </w:r>
    </w:p>
    <w:p w14:paraId="7C8ED20D" w14:textId="480528C0" w:rsidR="0028250F" w:rsidRPr="00504939" w:rsidRDefault="0028250F" w:rsidP="00CE239A">
      <w:pPr>
        <w:pStyle w:val="NormalWeb"/>
        <w:spacing w:before="0" w:beforeAutospacing="0" w:after="0" w:afterAutospacing="0"/>
        <w:rPr>
          <w:rFonts w:ascii="Calibri" w:hAnsi="Calibri" w:cs="Calibri"/>
          <w:b/>
          <w:bCs/>
          <w:i/>
          <w:iCs/>
          <w:color w:val="0070C0"/>
          <w:sz w:val="20"/>
          <w:szCs w:val="20"/>
        </w:rPr>
      </w:pPr>
      <w:r w:rsidRPr="00504939">
        <w:rPr>
          <w:rFonts w:ascii="Calibri" w:hAnsi="Calibri" w:cs="Calibri"/>
          <w:b/>
          <w:bCs/>
          <w:i/>
          <w:iCs/>
          <w:color w:val="0070C0"/>
          <w:sz w:val="20"/>
          <w:szCs w:val="20"/>
        </w:rPr>
        <w:t>FAMILY STORY</w:t>
      </w:r>
    </w:p>
    <w:p w14:paraId="5E2C66F9" w14:textId="77777777" w:rsidR="0028250F" w:rsidRPr="00504939" w:rsidRDefault="0028250F" w:rsidP="00CE239A">
      <w:pPr>
        <w:pStyle w:val="NormalWeb"/>
        <w:spacing w:before="0" w:beforeAutospacing="0" w:after="0" w:afterAutospacing="0"/>
        <w:rPr>
          <w:rFonts w:ascii="Calibri" w:hAnsi="Calibri" w:cs="Calibri"/>
          <w:sz w:val="20"/>
          <w:szCs w:val="20"/>
        </w:rPr>
      </w:pPr>
      <w:r w:rsidRPr="00504939">
        <w:rPr>
          <w:rFonts w:ascii="Calibri" w:hAnsi="Calibri" w:cs="Calibri"/>
          <w:sz w:val="20"/>
          <w:szCs w:val="20"/>
        </w:rPr>
        <w:t>When Peter and Ana began their life together, their home was filled with excitement. They remembered their wedding day clearly—laughter, promises, prayers, and the confidence that love would be enough.</w:t>
      </w:r>
    </w:p>
    <w:p w14:paraId="6877507F" w14:textId="77777777" w:rsidR="0028250F" w:rsidRPr="00504939" w:rsidRDefault="0028250F" w:rsidP="0028250F">
      <w:pPr>
        <w:pStyle w:val="NormalWeb"/>
        <w:rPr>
          <w:rFonts w:ascii="Calibri" w:hAnsi="Calibri" w:cs="Calibri"/>
          <w:sz w:val="20"/>
          <w:szCs w:val="20"/>
        </w:rPr>
      </w:pPr>
      <w:r w:rsidRPr="00504939">
        <w:rPr>
          <w:rFonts w:ascii="Calibri" w:hAnsi="Calibri" w:cs="Calibri"/>
          <w:sz w:val="20"/>
          <w:szCs w:val="20"/>
        </w:rPr>
        <w:t>But as months turned into years, joy quietly ran low.</w:t>
      </w:r>
    </w:p>
    <w:p w14:paraId="44580382" w14:textId="77777777" w:rsidR="0028250F" w:rsidRPr="00504939" w:rsidRDefault="0028250F" w:rsidP="0028250F">
      <w:pPr>
        <w:pStyle w:val="NormalWeb"/>
        <w:rPr>
          <w:rFonts w:ascii="Calibri" w:hAnsi="Calibri" w:cs="Calibri"/>
          <w:sz w:val="20"/>
          <w:szCs w:val="20"/>
        </w:rPr>
      </w:pPr>
      <w:r w:rsidRPr="00504939">
        <w:rPr>
          <w:rFonts w:ascii="Calibri" w:hAnsi="Calibri" w:cs="Calibri"/>
          <w:sz w:val="20"/>
          <w:szCs w:val="20"/>
        </w:rPr>
        <w:t>Work schedules clashed. Bills demanded attention. Children arrived with boundless energy and endless needs. Small misunderstandings grew into tense silences. Nothing was terribly wrong—but something was missing.</w:t>
      </w:r>
    </w:p>
    <w:p w14:paraId="7F8B773A" w14:textId="77777777" w:rsidR="0028250F" w:rsidRPr="00504939" w:rsidRDefault="0028250F" w:rsidP="0028250F">
      <w:pPr>
        <w:pStyle w:val="NormalWeb"/>
        <w:rPr>
          <w:rFonts w:ascii="Calibri" w:hAnsi="Calibri" w:cs="Calibri"/>
          <w:sz w:val="20"/>
          <w:szCs w:val="20"/>
        </w:rPr>
      </w:pPr>
      <w:r w:rsidRPr="00504939">
        <w:rPr>
          <w:rFonts w:ascii="Calibri" w:hAnsi="Calibri" w:cs="Calibri"/>
          <w:sz w:val="20"/>
          <w:szCs w:val="20"/>
        </w:rPr>
        <w:t>One evening, after a long day, Ana sighed and said quietly,</w:t>
      </w:r>
      <w:r w:rsidRPr="00504939">
        <w:rPr>
          <w:rFonts w:ascii="Calibri" w:hAnsi="Calibri" w:cs="Calibri"/>
          <w:sz w:val="20"/>
          <w:szCs w:val="20"/>
        </w:rPr>
        <w:br/>
      </w:r>
      <w:r w:rsidRPr="00504939">
        <w:rPr>
          <w:rFonts w:ascii="Calibri" w:hAnsi="Calibri" w:cs="Calibri"/>
          <w:i/>
          <w:iCs/>
          <w:sz w:val="20"/>
          <w:szCs w:val="20"/>
        </w:rPr>
        <w:t>“We’re living together, but we’re not really living well.”</w:t>
      </w:r>
    </w:p>
    <w:p w14:paraId="2469E695" w14:textId="77777777" w:rsidR="0028250F" w:rsidRPr="00504939" w:rsidRDefault="0028250F" w:rsidP="0028250F">
      <w:pPr>
        <w:pStyle w:val="NormalWeb"/>
        <w:rPr>
          <w:rFonts w:ascii="Calibri" w:hAnsi="Calibri" w:cs="Calibri"/>
          <w:sz w:val="20"/>
          <w:szCs w:val="20"/>
        </w:rPr>
      </w:pPr>
      <w:r w:rsidRPr="00504939">
        <w:rPr>
          <w:rFonts w:ascii="Calibri" w:hAnsi="Calibri" w:cs="Calibri"/>
          <w:sz w:val="20"/>
          <w:szCs w:val="20"/>
        </w:rPr>
        <w:t>That night, as they sat together, Peter opened his Bible and read the story of the wedding at Cana. One sentence stood out:</w:t>
      </w:r>
      <w:r w:rsidRPr="00504939">
        <w:rPr>
          <w:rFonts w:ascii="Calibri" w:hAnsi="Calibri" w:cs="Calibri"/>
          <w:sz w:val="20"/>
          <w:szCs w:val="20"/>
        </w:rPr>
        <w:br/>
        <w:t>“And Jesus and His disciples had also been invited to the wedding.”</w:t>
      </w:r>
    </w:p>
    <w:p w14:paraId="0DBF9502" w14:textId="77777777" w:rsidR="0028250F" w:rsidRPr="00504939" w:rsidRDefault="0028250F" w:rsidP="0028250F">
      <w:pPr>
        <w:pStyle w:val="NormalWeb"/>
        <w:rPr>
          <w:rFonts w:ascii="Calibri" w:hAnsi="Calibri" w:cs="Calibri"/>
          <w:sz w:val="20"/>
          <w:szCs w:val="20"/>
        </w:rPr>
      </w:pPr>
      <w:r w:rsidRPr="00504939">
        <w:rPr>
          <w:rFonts w:ascii="Calibri" w:hAnsi="Calibri" w:cs="Calibri"/>
          <w:sz w:val="20"/>
          <w:szCs w:val="20"/>
        </w:rPr>
        <w:t>Peter looked up and asked,</w:t>
      </w:r>
      <w:r w:rsidRPr="00504939">
        <w:rPr>
          <w:rFonts w:ascii="Calibri" w:hAnsi="Calibri" w:cs="Calibri"/>
          <w:sz w:val="20"/>
          <w:szCs w:val="20"/>
        </w:rPr>
        <w:br/>
      </w:r>
      <w:r w:rsidRPr="00504939">
        <w:rPr>
          <w:rFonts w:ascii="Calibri" w:hAnsi="Calibri" w:cs="Calibri"/>
          <w:i/>
          <w:iCs/>
          <w:sz w:val="20"/>
          <w:szCs w:val="20"/>
        </w:rPr>
        <w:t>“We invited Jesus to our wedding… but have we invited Him into our daily life?”</w:t>
      </w:r>
    </w:p>
    <w:p w14:paraId="09C42E05" w14:textId="77777777" w:rsidR="0028250F" w:rsidRPr="00504939" w:rsidRDefault="0028250F" w:rsidP="0028250F">
      <w:pPr>
        <w:pStyle w:val="NormalWeb"/>
        <w:rPr>
          <w:rFonts w:ascii="Calibri" w:hAnsi="Calibri" w:cs="Calibri"/>
          <w:sz w:val="20"/>
          <w:szCs w:val="20"/>
        </w:rPr>
      </w:pPr>
      <w:r w:rsidRPr="00504939">
        <w:rPr>
          <w:rFonts w:ascii="Calibri" w:hAnsi="Calibri" w:cs="Calibri"/>
          <w:sz w:val="20"/>
          <w:szCs w:val="20"/>
        </w:rPr>
        <w:t>That question changed the atmosphere of their home.</w:t>
      </w:r>
    </w:p>
    <w:p w14:paraId="46262373" w14:textId="77777777" w:rsidR="0028250F" w:rsidRPr="00504939" w:rsidRDefault="0028250F" w:rsidP="0028250F">
      <w:pPr>
        <w:pStyle w:val="NormalWeb"/>
        <w:rPr>
          <w:rFonts w:ascii="Calibri" w:hAnsi="Calibri" w:cs="Calibri"/>
          <w:sz w:val="20"/>
          <w:szCs w:val="20"/>
        </w:rPr>
      </w:pPr>
      <w:r w:rsidRPr="00504939">
        <w:rPr>
          <w:rFonts w:ascii="Calibri" w:hAnsi="Calibri" w:cs="Calibri"/>
          <w:sz w:val="20"/>
          <w:szCs w:val="20"/>
        </w:rPr>
        <w:t>They began with their moment with God. Each morning wasn’t perfect, but it was intentional. A short prayer. A verse of Scripture. A moment to invite Jesus into the day.</w:t>
      </w:r>
    </w:p>
    <w:p w14:paraId="402ABE01" w14:textId="77777777" w:rsidR="0028250F" w:rsidRPr="00504939" w:rsidRDefault="0028250F" w:rsidP="0028250F">
      <w:pPr>
        <w:pStyle w:val="NormalWeb"/>
        <w:rPr>
          <w:rFonts w:ascii="Calibri" w:hAnsi="Calibri" w:cs="Calibri"/>
          <w:sz w:val="20"/>
          <w:szCs w:val="20"/>
        </w:rPr>
      </w:pPr>
      <w:r w:rsidRPr="00504939">
        <w:rPr>
          <w:rFonts w:ascii="Calibri" w:hAnsi="Calibri" w:cs="Calibri"/>
          <w:sz w:val="20"/>
          <w:szCs w:val="20"/>
        </w:rPr>
        <w:lastRenderedPageBreak/>
        <w:t>Then came their moment for planning. Instead of assuming, they talked. They shared responsibilities. They planned time instead of reacting to pressure. Tension eased when teamwork replaced frustration.</w:t>
      </w:r>
    </w:p>
    <w:p w14:paraId="42C8144A" w14:textId="77777777" w:rsidR="0028250F" w:rsidRPr="00504939" w:rsidRDefault="0028250F" w:rsidP="0028250F">
      <w:pPr>
        <w:pStyle w:val="NormalWeb"/>
        <w:rPr>
          <w:rFonts w:ascii="Calibri" w:hAnsi="Calibri" w:cs="Calibri"/>
          <w:sz w:val="20"/>
          <w:szCs w:val="20"/>
        </w:rPr>
      </w:pPr>
      <w:r w:rsidRPr="00504939">
        <w:rPr>
          <w:rFonts w:ascii="Calibri" w:hAnsi="Calibri" w:cs="Calibri"/>
          <w:sz w:val="20"/>
          <w:szCs w:val="20"/>
        </w:rPr>
        <w:t xml:space="preserve">Finally, they protected their family moments. Meals became conversation spaces again. Laughter returned. Apologies were spoken freely. </w:t>
      </w:r>
      <w:r w:rsidRPr="00504939">
        <w:rPr>
          <w:rFonts w:ascii="Calibri" w:hAnsi="Calibri" w:cs="Calibri"/>
          <w:i/>
          <w:iCs/>
          <w:sz w:val="20"/>
          <w:szCs w:val="20"/>
        </w:rPr>
        <w:t>“I was wrong”</w:t>
      </w:r>
      <w:r w:rsidRPr="00504939">
        <w:rPr>
          <w:rFonts w:ascii="Calibri" w:hAnsi="Calibri" w:cs="Calibri"/>
          <w:sz w:val="20"/>
          <w:szCs w:val="20"/>
        </w:rPr>
        <w:t xml:space="preserve"> and </w:t>
      </w:r>
      <w:r w:rsidRPr="00504939">
        <w:rPr>
          <w:rFonts w:ascii="Calibri" w:hAnsi="Calibri" w:cs="Calibri"/>
          <w:i/>
          <w:iCs/>
          <w:sz w:val="20"/>
          <w:szCs w:val="20"/>
        </w:rPr>
        <w:t>“Please forgive me”</w:t>
      </w:r>
      <w:r w:rsidRPr="00504939">
        <w:rPr>
          <w:rFonts w:ascii="Calibri" w:hAnsi="Calibri" w:cs="Calibri"/>
          <w:sz w:val="20"/>
          <w:szCs w:val="20"/>
        </w:rPr>
        <w:t xml:space="preserve"> became bridges instead of barriers.</w:t>
      </w:r>
    </w:p>
    <w:p w14:paraId="10BF3241" w14:textId="77777777" w:rsidR="0028250F" w:rsidRPr="00504939" w:rsidRDefault="0028250F" w:rsidP="0028250F">
      <w:pPr>
        <w:pStyle w:val="NormalWeb"/>
        <w:rPr>
          <w:rFonts w:ascii="Calibri" w:hAnsi="Calibri" w:cs="Calibri"/>
          <w:sz w:val="20"/>
          <w:szCs w:val="20"/>
        </w:rPr>
      </w:pPr>
      <w:r w:rsidRPr="00504939">
        <w:rPr>
          <w:rFonts w:ascii="Calibri" w:hAnsi="Calibri" w:cs="Calibri"/>
          <w:sz w:val="20"/>
          <w:szCs w:val="20"/>
        </w:rPr>
        <w:t>Problems didn’t disappear—but peace returned.</w:t>
      </w:r>
    </w:p>
    <w:p w14:paraId="11F79326" w14:textId="77777777" w:rsidR="0028250F" w:rsidRPr="00504939" w:rsidRDefault="0028250F" w:rsidP="0028250F">
      <w:pPr>
        <w:pStyle w:val="NormalWeb"/>
        <w:rPr>
          <w:rFonts w:ascii="Calibri" w:hAnsi="Calibri" w:cs="Calibri"/>
          <w:sz w:val="20"/>
          <w:szCs w:val="20"/>
        </w:rPr>
      </w:pPr>
      <w:r w:rsidRPr="00504939">
        <w:rPr>
          <w:rFonts w:ascii="Calibri" w:hAnsi="Calibri" w:cs="Calibri"/>
          <w:sz w:val="20"/>
          <w:szCs w:val="20"/>
        </w:rPr>
        <w:t>One evening, their child said something simple but telling:</w:t>
      </w:r>
      <w:r w:rsidRPr="00504939">
        <w:rPr>
          <w:rFonts w:ascii="Calibri" w:hAnsi="Calibri" w:cs="Calibri"/>
          <w:sz w:val="20"/>
          <w:szCs w:val="20"/>
        </w:rPr>
        <w:br/>
      </w:r>
      <w:r w:rsidRPr="00504939">
        <w:rPr>
          <w:rFonts w:ascii="Calibri" w:hAnsi="Calibri" w:cs="Calibri"/>
          <w:i/>
          <w:iCs/>
          <w:sz w:val="20"/>
          <w:szCs w:val="20"/>
        </w:rPr>
        <w:t>“Mum, Dad… our house feels happy again.”</w:t>
      </w:r>
    </w:p>
    <w:p w14:paraId="61D4E0BC" w14:textId="77777777" w:rsidR="0028250F" w:rsidRPr="00504939" w:rsidRDefault="0028250F" w:rsidP="0028250F">
      <w:pPr>
        <w:pStyle w:val="NormalWeb"/>
        <w:rPr>
          <w:rFonts w:ascii="Calibri" w:hAnsi="Calibri" w:cs="Calibri"/>
          <w:sz w:val="20"/>
          <w:szCs w:val="20"/>
        </w:rPr>
      </w:pPr>
      <w:r w:rsidRPr="00504939">
        <w:rPr>
          <w:rFonts w:ascii="Calibri" w:hAnsi="Calibri" w:cs="Calibri"/>
          <w:sz w:val="20"/>
          <w:szCs w:val="20"/>
        </w:rPr>
        <w:t>Like the wedding at Cana, what seemed like the end of joy became the place where Jesus revealed His care. Where He was invited daily, grace flowed freely.</w:t>
      </w:r>
    </w:p>
    <w:p w14:paraId="1E515F2F" w14:textId="1226AA97" w:rsidR="00523363" w:rsidRPr="00504939" w:rsidRDefault="00995A8F" w:rsidP="00CE239A">
      <w:pPr>
        <w:pStyle w:val="Heading4"/>
        <w:spacing w:before="0"/>
        <w:rPr>
          <w:color w:val="0070C0"/>
          <w:sz w:val="20"/>
          <w:szCs w:val="20"/>
        </w:rPr>
      </w:pPr>
      <w:r w:rsidRPr="00504939">
        <w:rPr>
          <w:rStyle w:val="Strong"/>
          <w:b/>
          <w:bCs/>
          <w:color w:val="0070C0"/>
          <w:sz w:val="20"/>
          <w:szCs w:val="20"/>
        </w:rPr>
        <w:t>REFLECTION QUESTIONS</w:t>
      </w:r>
    </w:p>
    <w:p w14:paraId="32BD54E2" w14:textId="77777777" w:rsidR="00523363" w:rsidRPr="00504939" w:rsidRDefault="00523363" w:rsidP="00CE239A">
      <w:pPr>
        <w:numPr>
          <w:ilvl w:val="0"/>
          <w:numId w:val="33"/>
        </w:numPr>
        <w:spacing w:after="100" w:afterAutospacing="1" w:line="240" w:lineRule="auto"/>
        <w:rPr>
          <w:rFonts w:ascii="Calibri" w:eastAsia="Times New Roman" w:hAnsi="Calibri" w:cs="Calibri"/>
          <w:color w:val="000000" w:themeColor="text1"/>
          <w:sz w:val="20"/>
          <w:szCs w:val="20"/>
        </w:rPr>
      </w:pPr>
      <w:r w:rsidRPr="00504939">
        <w:rPr>
          <w:rFonts w:ascii="Calibri" w:eastAsia="Times New Roman" w:hAnsi="Calibri" w:cs="Calibri"/>
          <w:color w:val="000000" w:themeColor="text1"/>
          <w:sz w:val="20"/>
          <w:szCs w:val="20"/>
        </w:rPr>
        <w:t>In what ways do we invite Jesus into our home—and in which areas might we be forgetting Him?</w:t>
      </w:r>
    </w:p>
    <w:p w14:paraId="246E2E88" w14:textId="77777777" w:rsidR="00523363" w:rsidRPr="00504939" w:rsidRDefault="00523363" w:rsidP="00CE239A">
      <w:pPr>
        <w:numPr>
          <w:ilvl w:val="0"/>
          <w:numId w:val="33"/>
        </w:numPr>
        <w:spacing w:after="100" w:afterAutospacing="1" w:line="240" w:lineRule="auto"/>
        <w:rPr>
          <w:rFonts w:ascii="Calibri" w:eastAsia="Times New Roman" w:hAnsi="Calibri" w:cs="Calibri"/>
          <w:color w:val="000000" w:themeColor="text1"/>
          <w:sz w:val="20"/>
          <w:szCs w:val="20"/>
        </w:rPr>
      </w:pPr>
      <w:r w:rsidRPr="00504939">
        <w:rPr>
          <w:rFonts w:ascii="Calibri" w:eastAsia="Times New Roman" w:hAnsi="Calibri" w:cs="Calibri"/>
          <w:color w:val="000000" w:themeColor="text1"/>
          <w:sz w:val="20"/>
          <w:szCs w:val="20"/>
        </w:rPr>
        <w:t>Which of the “Special Moments” does our family need to strengthen: time with God, planning, or sharing?</w:t>
      </w:r>
    </w:p>
    <w:p w14:paraId="31FBD560" w14:textId="77777777" w:rsidR="00523363" w:rsidRPr="00504939" w:rsidRDefault="00523363" w:rsidP="00CE239A">
      <w:pPr>
        <w:numPr>
          <w:ilvl w:val="0"/>
          <w:numId w:val="33"/>
        </w:numPr>
        <w:spacing w:after="100" w:afterAutospacing="1" w:line="240" w:lineRule="auto"/>
        <w:rPr>
          <w:rFonts w:ascii="Calibri" w:eastAsia="Times New Roman" w:hAnsi="Calibri" w:cs="Calibri"/>
          <w:color w:val="000000" w:themeColor="text1"/>
          <w:sz w:val="20"/>
          <w:szCs w:val="20"/>
        </w:rPr>
      </w:pPr>
      <w:r w:rsidRPr="00504939">
        <w:rPr>
          <w:rFonts w:ascii="Calibri" w:eastAsia="Times New Roman" w:hAnsi="Calibri" w:cs="Calibri"/>
          <w:color w:val="000000" w:themeColor="text1"/>
          <w:sz w:val="20"/>
          <w:szCs w:val="20"/>
        </w:rPr>
        <w:t>How can we create daily habits that nurture peace, honesty, and connection in our home?</w:t>
      </w:r>
    </w:p>
    <w:p w14:paraId="25357FAB" w14:textId="77777777" w:rsidR="00523363" w:rsidRPr="00504939" w:rsidRDefault="00523363" w:rsidP="00CE239A">
      <w:pPr>
        <w:numPr>
          <w:ilvl w:val="0"/>
          <w:numId w:val="33"/>
        </w:numPr>
        <w:spacing w:after="100" w:afterAutospacing="1" w:line="240" w:lineRule="auto"/>
        <w:rPr>
          <w:rFonts w:ascii="Calibri" w:eastAsia="Times New Roman" w:hAnsi="Calibri" w:cs="Calibri"/>
          <w:color w:val="000000" w:themeColor="text1"/>
          <w:sz w:val="20"/>
          <w:szCs w:val="20"/>
        </w:rPr>
      </w:pPr>
      <w:r w:rsidRPr="00504939">
        <w:rPr>
          <w:rFonts w:ascii="Calibri" w:eastAsia="Times New Roman" w:hAnsi="Calibri" w:cs="Calibri"/>
          <w:color w:val="000000" w:themeColor="text1"/>
          <w:sz w:val="20"/>
          <w:szCs w:val="20"/>
        </w:rPr>
        <w:t xml:space="preserve">When was the last time we said, </w:t>
      </w:r>
      <w:r w:rsidRPr="00504939">
        <w:rPr>
          <w:rStyle w:val="Emphasis"/>
          <w:rFonts w:ascii="Calibri" w:eastAsia="Times New Roman" w:hAnsi="Calibri" w:cs="Calibri"/>
          <w:color w:val="000000" w:themeColor="text1"/>
          <w:sz w:val="20"/>
          <w:szCs w:val="20"/>
        </w:rPr>
        <w:t>“I’m sorry, please forgive me”</w:t>
      </w:r>
      <w:r w:rsidRPr="00504939">
        <w:rPr>
          <w:rFonts w:ascii="Calibri" w:eastAsia="Times New Roman" w:hAnsi="Calibri" w:cs="Calibri"/>
          <w:color w:val="000000" w:themeColor="text1"/>
          <w:sz w:val="20"/>
          <w:szCs w:val="20"/>
        </w:rPr>
        <w:t>—and how did it change the atmosphere?</w:t>
      </w:r>
    </w:p>
    <w:p w14:paraId="106F9B04" w14:textId="77777777" w:rsidR="00523363" w:rsidRPr="00504939" w:rsidRDefault="00523363" w:rsidP="00CE239A">
      <w:pPr>
        <w:numPr>
          <w:ilvl w:val="0"/>
          <w:numId w:val="33"/>
        </w:numPr>
        <w:spacing w:after="100" w:afterAutospacing="1" w:line="240" w:lineRule="auto"/>
        <w:rPr>
          <w:rFonts w:ascii="Calibri" w:eastAsia="Times New Roman" w:hAnsi="Calibri" w:cs="Calibri"/>
          <w:color w:val="000000" w:themeColor="text1"/>
          <w:sz w:val="20"/>
          <w:szCs w:val="20"/>
        </w:rPr>
      </w:pPr>
      <w:r w:rsidRPr="00504939">
        <w:rPr>
          <w:rFonts w:ascii="Calibri" w:eastAsia="Times New Roman" w:hAnsi="Calibri" w:cs="Calibri"/>
          <w:color w:val="000000" w:themeColor="text1"/>
          <w:sz w:val="20"/>
          <w:szCs w:val="20"/>
        </w:rPr>
        <w:t>What steps can we take this week to live more intentionally and Christ-centered as a family?</w:t>
      </w:r>
    </w:p>
    <w:p w14:paraId="249A9E67" w14:textId="12E68261" w:rsidR="00523363" w:rsidRPr="00504939" w:rsidRDefault="00AD2E6A" w:rsidP="00CE239A">
      <w:pPr>
        <w:pStyle w:val="Heading4"/>
        <w:spacing w:before="0"/>
        <w:rPr>
          <w:color w:val="0070C0"/>
          <w:sz w:val="20"/>
          <w:szCs w:val="20"/>
        </w:rPr>
      </w:pPr>
      <w:r w:rsidRPr="00504939">
        <w:rPr>
          <w:rStyle w:val="Strong"/>
          <w:b/>
          <w:bCs/>
          <w:color w:val="0070C0"/>
          <w:sz w:val="20"/>
          <w:szCs w:val="20"/>
        </w:rPr>
        <w:t>FAMILY ACTIVITY: “SPECIAL MOMENTS CHECKLIST”</w:t>
      </w:r>
    </w:p>
    <w:p w14:paraId="5ABBA6DD" w14:textId="77777777" w:rsidR="00523363" w:rsidRPr="00504939" w:rsidRDefault="00523363" w:rsidP="00CE239A">
      <w:pPr>
        <w:pStyle w:val="NormalWeb"/>
        <w:spacing w:before="0" w:beforeAutospacing="0"/>
        <w:rPr>
          <w:rFonts w:ascii="Calibri" w:hAnsi="Calibri" w:cs="Calibri"/>
          <w:color w:val="000000" w:themeColor="text1"/>
          <w:sz w:val="20"/>
          <w:szCs w:val="20"/>
        </w:rPr>
      </w:pPr>
      <w:r w:rsidRPr="00504939">
        <w:rPr>
          <w:rStyle w:val="Strong"/>
          <w:rFonts w:ascii="Calibri" w:hAnsi="Calibri" w:cs="Calibri"/>
          <w:b w:val="0"/>
          <w:bCs w:val="0"/>
          <w:color w:val="000000" w:themeColor="text1"/>
          <w:sz w:val="20"/>
          <w:szCs w:val="20"/>
        </w:rPr>
        <w:t>Materials:</w:t>
      </w:r>
      <w:r w:rsidRPr="00504939">
        <w:rPr>
          <w:rFonts w:ascii="Calibri" w:hAnsi="Calibri" w:cs="Calibri"/>
          <w:color w:val="000000" w:themeColor="text1"/>
          <w:sz w:val="20"/>
          <w:szCs w:val="20"/>
        </w:rPr>
        <w:t xml:space="preserve"> Paper, pen/markers, and five minutes together.</w:t>
      </w:r>
    </w:p>
    <w:p w14:paraId="71048DF0" w14:textId="6E07D9B8" w:rsidR="00523363" w:rsidRPr="00504939" w:rsidRDefault="00523363" w:rsidP="00E40D05">
      <w:pPr>
        <w:pStyle w:val="Heading3"/>
        <w:spacing w:before="0"/>
        <w:rPr>
          <w:rFonts w:ascii="Calibri" w:eastAsia="Times New Roman" w:hAnsi="Calibri" w:cs="Calibri"/>
          <w:color w:val="000000" w:themeColor="text1"/>
          <w:sz w:val="20"/>
          <w:szCs w:val="20"/>
        </w:rPr>
      </w:pPr>
      <w:bookmarkStart w:id="40" w:name="_Toc224746577"/>
      <w:bookmarkStart w:id="41" w:name="_Toc224746705"/>
      <w:bookmarkStart w:id="42" w:name="_Toc226793129"/>
      <w:r w:rsidRPr="00504939">
        <w:rPr>
          <w:rFonts w:ascii="Calibri" w:eastAsia="Times New Roman" w:hAnsi="Calibri" w:cs="Calibri"/>
          <w:b w:val="0"/>
          <w:bCs w:val="0"/>
          <w:color w:val="000000" w:themeColor="text1"/>
          <w:sz w:val="20"/>
          <w:szCs w:val="20"/>
        </w:rPr>
        <w:t>Steps:</w:t>
      </w:r>
      <w:bookmarkEnd w:id="40"/>
      <w:bookmarkEnd w:id="41"/>
      <w:bookmarkEnd w:id="42"/>
      <w:r w:rsidR="00E40D05">
        <w:rPr>
          <w:rFonts w:ascii="Calibri" w:eastAsia="Times New Roman" w:hAnsi="Calibri" w:cs="Calibri"/>
          <w:b w:val="0"/>
          <w:bCs w:val="0"/>
          <w:color w:val="000000" w:themeColor="text1"/>
          <w:sz w:val="20"/>
          <w:szCs w:val="20"/>
        </w:rPr>
        <w:t xml:space="preserve">1   </w:t>
      </w:r>
      <w:r w:rsidRPr="00504939">
        <w:rPr>
          <w:rFonts w:ascii="Calibri" w:eastAsia="Times New Roman" w:hAnsi="Calibri" w:cs="Calibri"/>
          <w:color w:val="000000" w:themeColor="text1"/>
          <w:sz w:val="20"/>
          <w:szCs w:val="20"/>
        </w:rPr>
        <w:t>Draw three boxes labeled:</w:t>
      </w:r>
    </w:p>
    <w:p w14:paraId="56C62141" w14:textId="77777777" w:rsidR="00523363" w:rsidRPr="00504939" w:rsidRDefault="00523363" w:rsidP="00E40D05">
      <w:pPr>
        <w:numPr>
          <w:ilvl w:val="1"/>
          <w:numId w:val="11"/>
        </w:numPr>
        <w:spacing w:after="100" w:afterAutospacing="1" w:line="240" w:lineRule="auto"/>
        <w:rPr>
          <w:rFonts w:ascii="Calibri" w:eastAsia="Times New Roman" w:hAnsi="Calibri" w:cs="Calibri"/>
          <w:color w:val="000000" w:themeColor="text1"/>
          <w:sz w:val="20"/>
          <w:szCs w:val="20"/>
        </w:rPr>
      </w:pPr>
      <w:r w:rsidRPr="00504939">
        <w:rPr>
          <w:rFonts w:ascii="Calibri" w:eastAsia="Times New Roman" w:hAnsi="Calibri" w:cs="Calibri"/>
          <w:color w:val="000000" w:themeColor="text1"/>
          <w:sz w:val="20"/>
          <w:szCs w:val="20"/>
        </w:rPr>
        <w:t>Moment With God</w:t>
      </w:r>
    </w:p>
    <w:p w14:paraId="09F69834" w14:textId="77777777" w:rsidR="00523363" w:rsidRPr="00504939" w:rsidRDefault="00523363" w:rsidP="00E40D05">
      <w:pPr>
        <w:numPr>
          <w:ilvl w:val="1"/>
          <w:numId w:val="11"/>
        </w:numPr>
        <w:spacing w:after="100" w:afterAutospacing="1" w:line="240" w:lineRule="auto"/>
        <w:rPr>
          <w:rFonts w:ascii="Calibri" w:eastAsia="Times New Roman" w:hAnsi="Calibri" w:cs="Calibri"/>
          <w:color w:val="000000" w:themeColor="text1"/>
          <w:sz w:val="20"/>
          <w:szCs w:val="20"/>
        </w:rPr>
      </w:pPr>
      <w:r w:rsidRPr="00504939">
        <w:rPr>
          <w:rFonts w:ascii="Calibri" w:eastAsia="Times New Roman" w:hAnsi="Calibri" w:cs="Calibri"/>
          <w:color w:val="000000" w:themeColor="text1"/>
          <w:sz w:val="20"/>
          <w:szCs w:val="20"/>
        </w:rPr>
        <w:t>Moment for Planning</w:t>
      </w:r>
    </w:p>
    <w:p w14:paraId="5439B158" w14:textId="77777777" w:rsidR="00523363" w:rsidRPr="00504939" w:rsidRDefault="00523363" w:rsidP="00E40D05">
      <w:pPr>
        <w:numPr>
          <w:ilvl w:val="1"/>
          <w:numId w:val="11"/>
        </w:numPr>
        <w:spacing w:after="100" w:afterAutospacing="1" w:line="240" w:lineRule="auto"/>
        <w:rPr>
          <w:rFonts w:ascii="Calibri" w:eastAsia="Times New Roman" w:hAnsi="Calibri" w:cs="Calibri"/>
          <w:color w:val="000000" w:themeColor="text1"/>
          <w:sz w:val="20"/>
          <w:szCs w:val="20"/>
        </w:rPr>
      </w:pPr>
      <w:r w:rsidRPr="00504939">
        <w:rPr>
          <w:rFonts w:ascii="Calibri" w:eastAsia="Times New Roman" w:hAnsi="Calibri" w:cs="Calibri"/>
          <w:color w:val="000000" w:themeColor="text1"/>
          <w:sz w:val="20"/>
          <w:szCs w:val="20"/>
        </w:rPr>
        <w:t>Family Moments</w:t>
      </w:r>
    </w:p>
    <w:p w14:paraId="44556E7C" w14:textId="77777777" w:rsidR="00523363" w:rsidRPr="00504939" w:rsidRDefault="00523363" w:rsidP="005952B1">
      <w:pPr>
        <w:numPr>
          <w:ilvl w:val="0"/>
          <w:numId w:val="11"/>
        </w:numPr>
        <w:spacing w:before="100" w:beforeAutospacing="1" w:after="100" w:afterAutospacing="1" w:line="240" w:lineRule="auto"/>
        <w:rPr>
          <w:rFonts w:ascii="Calibri" w:eastAsia="Times New Roman" w:hAnsi="Calibri" w:cs="Calibri"/>
          <w:color w:val="000000" w:themeColor="text1"/>
          <w:sz w:val="20"/>
          <w:szCs w:val="20"/>
        </w:rPr>
      </w:pPr>
      <w:r w:rsidRPr="00504939">
        <w:rPr>
          <w:rFonts w:ascii="Calibri" w:eastAsia="Times New Roman" w:hAnsi="Calibri" w:cs="Calibri"/>
          <w:color w:val="000000" w:themeColor="text1"/>
          <w:sz w:val="20"/>
          <w:szCs w:val="20"/>
        </w:rPr>
        <w:t>As a family, discuss what each moment could look like in your home—simple, practical, achievable.</w:t>
      </w:r>
    </w:p>
    <w:p w14:paraId="1C7C6C02" w14:textId="77777777" w:rsidR="00523363" w:rsidRPr="00504939" w:rsidRDefault="00523363" w:rsidP="005952B1">
      <w:pPr>
        <w:numPr>
          <w:ilvl w:val="0"/>
          <w:numId w:val="11"/>
        </w:numPr>
        <w:spacing w:before="100" w:beforeAutospacing="1" w:after="100" w:afterAutospacing="1" w:line="240" w:lineRule="auto"/>
        <w:rPr>
          <w:rFonts w:ascii="Calibri" w:eastAsia="Times New Roman" w:hAnsi="Calibri" w:cs="Calibri"/>
          <w:color w:val="000000" w:themeColor="text1"/>
          <w:sz w:val="20"/>
          <w:szCs w:val="20"/>
        </w:rPr>
      </w:pPr>
      <w:r w:rsidRPr="00504939">
        <w:rPr>
          <w:rFonts w:ascii="Calibri" w:eastAsia="Times New Roman" w:hAnsi="Calibri" w:cs="Calibri"/>
          <w:color w:val="000000" w:themeColor="text1"/>
          <w:sz w:val="20"/>
          <w:szCs w:val="20"/>
        </w:rPr>
        <w:t>Choose one action for each category (e.g., “5-minute morning prayer,” “Weekly family planning chat,” “Sharing one highlight each evening”).</w:t>
      </w:r>
    </w:p>
    <w:p w14:paraId="6C483DD9" w14:textId="77777777" w:rsidR="00523363" w:rsidRPr="00504939" w:rsidRDefault="00523363" w:rsidP="005952B1">
      <w:pPr>
        <w:numPr>
          <w:ilvl w:val="0"/>
          <w:numId w:val="11"/>
        </w:numPr>
        <w:spacing w:before="100" w:beforeAutospacing="1" w:after="100" w:afterAutospacing="1" w:line="240" w:lineRule="auto"/>
        <w:rPr>
          <w:rFonts w:ascii="Calibri" w:eastAsia="Times New Roman" w:hAnsi="Calibri" w:cs="Calibri"/>
          <w:color w:val="000000" w:themeColor="text1"/>
          <w:sz w:val="20"/>
          <w:szCs w:val="20"/>
        </w:rPr>
      </w:pPr>
      <w:r w:rsidRPr="00504939">
        <w:rPr>
          <w:rFonts w:ascii="Calibri" w:eastAsia="Times New Roman" w:hAnsi="Calibri" w:cs="Calibri"/>
          <w:color w:val="000000" w:themeColor="text1"/>
          <w:sz w:val="20"/>
          <w:szCs w:val="20"/>
        </w:rPr>
        <w:t>Hang the checklist in a visible place (fridge, hallway, prayer corner).</w:t>
      </w:r>
    </w:p>
    <w:p w14:paraId="2A79A5B8" w14:textId="77777777" w:rsidR="00523363" w:rsidRPr="00504939" w:rsidRDefault="00523363" w:rsidP="005952B1">
      <w:pPr>
        <w:numPr>
          <w:ilvl w:val="0"/>
          <w:numId w:val="11"/>
        </w:numPr>
        <w:spacing w:before="100" w:beforeAutospacing="1" w:after="100" w:afterAutospacing="1" w:line="240" w:lineRule="auto"/>
        <w:rPr>
          <w:rFonts w:ascii="Calibri" w:eastAsia="Times New Roman" w:hAnsi="Calibri" w:cs="Calibri"/>
          <w:color w:val="000000" w:themeColor="text1"/>
          <w:sz w:val="20"/>
          <w:szCs w:val="20"/>
        </w:rPr>
      </w:pPr>
      <w:r w:rsidRPr="00504939">
        <w:rPr>
          <w:rFonts w:ascii="Calibri" w:eastAsia="Times New Roman" w:hAnsi="Calibri" w:cs="Calibri"/>
          <w:color w:val="000000" w:themeColor="text1"/>
          <w:sz w:val="20"/>
          <w:szCs w:val="20"/>
        </w:rPr>
        <w:t>At the end of the week, gather to reflect and celebrate what God helped you accomplish.</w:t>
      </w:r>
    </w:p>
    <w:p w14:paraId="17D74F4D" w14:textId="77777777" w:rsidR="00523363" w:rsidRPr="00504939" w:rsidRDefault="00523363" w:rsidP="005952B1">
      <w:pPr>
        <w:pStyle w:val="NormalWeb"/>
        <w:rPr>
          <w:rFonts w:ascii="Calibri" w:hAnsi="Calibri" w:cs="Calibri"/>
          <w:color w:val="000000" w:themeColor="text1"/>
          <w:sz w:val="20"/>
          <w:szCs w:val="20"/>
        </w:rPr>
      </w:pPr>
      <w:r w:rsidRPr="00504939">
        <w:rPr>
          <w:rStyle w:val="Strong"/>
          <w:rFonts w:ascii="Calibri" w:hAnsi="Calibri" w:cs="Calibri"/>
          <w:color w:val="000000" w:themeColor="text1"/>
          <w:sz w:val="20"/>
          <w:szCs w:val="20"/>
        </w:rPr>
        <w:t>Purpose</w:t>
      </w:r>
      <w:r w:rsidRPr="00504939">
        <w:rPr>
          <w:rStyle w:val="Strong"/>
          <w:rFonts w:ascii="Calibri" w:hAnsi="Calibri" w:cs="Calibri"/>
          <w:b w:val="0"/>
          <w:bCs w:val="0"/>
          <w:color w:val="000000" w:themeColor="text1"/>
          <w:sz w:val="20"/>
          <w:szCs w:val="20"/>
        </w:rPr>
        <w:t>:</w:t>
      </w:r>
      <w:r w:rsidRPr="00504939">
        <w:rPr>
          <w:rFonts w:ascii="Calibri" w:hAnsi="Calibri" w:cs="Calibri"/>
          <w:color w:val="000000" w:themeColor="text1"/>
          <w:sz w:val="20"/>
          <w:szCs w:val="20"/>
        </w:rPr>
        <w:t xml:space="preserve"> To help families intentionally create rhythms that lead to harmony, joy, and spiritual strength.</w:t>
      </w:r>
    </w:p>
    <w:p w14:paraId="3A09ED14" w14:textId="77F06317" w:rsidR="00523363" w:rsidRPr="00504939" w:rsidRDefault="00AD2E6A" w:rsidP="00CE239A">
      <w:pPr>
        <w:pStyle w:val="Heading4"/>
        <w:spacing w:before="0"/>
        <w:rPr>
          <w:b w:val="0"/>
          <w:bCs w:val="0"/>
          <w:color w:val="0070C0"/>
          <w:sz w:val="20"/>
          <w:szCs w:val="20"/>
        </w:rPr>
      </w:pPr>
      <w:r w:rsidRPr="00504939">
        <w:rPr>
          <w:rStyle w:val="Strong"/>
          <w:rFonts w:ascii="Calibri" w:eastAsia="Times New Roman" w:hAnsi="Calibri" w:cs="Calibri"/>
          <w:b/>
          <w:bCs/>
          <w:color w:val="0070C0"/>
          <w:sz w:val="20"/>
          <w:szCs w:val="20"/>
        </w:rPr>
        <w:t>TRANSITION TO SERMON</w:t>
      </w:r>
    </w:p>
    <w:p w14:paraId="29D8E345" w14:textId="77777777" w:rsidR="00523363" w:rsidRPr="00504939" w:rsidRDefault="00523363" w:rsidP="00CE239A">
      <w:pPr>
        <w:pStyle w:val="NormalWeb"/>
        <w:spacing w:before="0" w:beforeAutospacing="0"/>
        <w:rPr>
          <w:rFonts w:ascii="Calibri" w:hAnsi="Calibri" w:cs="Calibri"/>
          <w:color w:val="000000" w:themeColor="text1"/>
          <w:sz w:val="20"/>
          <w:szCs w:val="20"/>
        </w:rPr>
      </w:pPr>
      <w:r w:rsidRPr="00504939">
        <w:rPr>
          <w:rFonts w:ascii="Calibri" w:hAnsi="Calibri" w:cs="Calibri"/>
          <w:color w:val="000000" w:themeColor="text1"/>
          <w:sz w:val="20"/>
          <w:szCs w:val="20"/>
        </w:rPr>
        <w:t>“Just as Jesus transformed the wedding at Cana, He longs to transform our homes, our routines, and our lifestyle choices. Living life to the fullest is not about possessions, achievements, or busyness—it is about inviting Christ into every part of life.</w:t>
      </w:r>
    </w:p>
    <w:p w14:paraId="6B459C27" w14:textId="77777777" w:rsidR="00693199" w:rsidRPr="00504939" w:rsidRDefault="00523363" w:rsidP="00CE239A">
      <w:pPr>
        <w:pStyle w:val="NormalWeb"/>
        <w:spacing w:before="0" w:beforeAutospacing="0"/>
        <w:rPr>
          <w:rFonts w:ascii="Calibri" w:hAnsi="Calibri" w:cs="Calibri"/>
          <w:color w:val="000000" w:themeColor="text1"/>
          <w:sz w:val="20"/>
          <w:szCs w:val="20"/>
        </w:rPr>
      </w:pPr>
      <w:r w:rsidRPr="00504939">
        <w:rPr>
          <w:rFonts w:ascii="Calibri" w:hAnsi="Calibri" w:cs="Calibri"/>
          <w:color w:val="000000" w:themeColor="text1"/>
          <w:sz w:val="20"/>
          <w:szCs w:val="20"/>
        </w:rPr>
        <w:t xml:space="preserve">As we move into tonight’s message on </w:t>
      </w:r>
      <w:r w:rsidRPr="00504939">
        <w:rPr>
          <w:rStyle w:val="Emphasis"/>
          <w:rFonts w:ascii="Calibri" w:hAnsi="Calibri" w:cs="Calibri"/>
          <w:color w:val="000000" w:themeColor="text1"/>
          <w:sz w:val="20"/>
          <w:szCs w:val="20"/>
        </w:rPr>
        <w:t>Living Life to the Fullest (Health &amp; Lifestyle)</w:t>
      </w:r>
      <w:r w:rsidRPr="00504939">
        <w:rPr>
          <w:rFonts w:ascii="Calibri" w:hAnsi="Calibri" w:cs="Calibri"/>
          <w:color w:val="000000" w:themeColor="text1"/>
          <w:sz w:val="20"/>
          <w:szCs w:val="20"/>
        </w:rPr>
        <w:t>, let us open our hearts to discover how God desires to bless our bodies, minds, and homes with abundant life.”</w:t>
      </w:r>
    </w:p>
    <w:p w14:paraId="55EEF06B" w14:textId="05C7EFAB" w:rsidR="00693199" w:rsidRPr="00504939" w:rsidRDefault="00AD2E6A" w:rsidP="00CE239A">
      <w:pPr>
        <w:pStyle w:val="Heading4"/>
        <w:spacing w:before="0"/>
        <w:rPr>
          <w:rStyle w:val="Strong"/>
          <w:rFonts w:ascii="Calibri" w:eastAsia="Times New Roman" w:hAnsi="Calibri" w:cs="Calibri"/>
          <w:b/>
          <w:bCs/>
          <w:color w:val="0070C0"/>
          <w:sz w:val="20"/>
          <w:szCs w:val="20"/>
        </w:rPr>
      </w:pPr>
      <w:r w:rsidRPr="00504939">
        <w:rPr>
          <w:rStyle w:val="Strong"/>
          <w:rFonts w:ascii="Calibri" w:eastAsia="Times New Roman" w:hAnsi="Calibri" w:cs="Calibri"/>
          <w:b/>
          <w:bCs/>
          <w:color w:val="0070C0"/>
          <w:sz w:val="20"/>
          <w:szCs w:val="20"/>
        </w:rPr>
        <w:t>PRAYER</w:t>
      </w:r>
    </w:p>
    <w:p w14:paraId="04D5F8E0" w14:textId="3C925C62" w:rsidR="00523363" w:rsidRPr="00504939" w:rsidRDefault="00523363" w:rsidP="00CE239A">
      <w:pPr>
        <w:pStyle w:val="NormalWeb"/>
        <w:spacing w:before="0" w:beforeAutospacing="0"/>
        <w:rPr>
          <w:rFonts w:ascii="Calibri" w:hAnsi="Calibri" w:cs="Calibri"/>
          <w:color w:val="000000" w:themeColor="text1"/>
          <w:sz w:val="20"/>
          <w:szCs w:val="20"/>
        </w:rPr>
      </w:pPr>
      <w:r w:rsidRPr="00504939">
        <w:rPr>
          <w:rFonts w:ascii="Calibri" w:hAnsi="Calibri" w:cs="Calibri"/>
          <w:color w:val="000000" w:themeColor="text1"/>
          <w:sz w:val="20"/>
          <w:szCs w:val="20"/>
        </w:rPr>
        <w:t>Heavenly Father,</w:t>
      </w:r>
      <w:r w:rsidRPr="00504939">
        <w:rPr>
          <w:rFonts w:ascii="Calibri" w:hAnsi="Calibri" w:cs="Calibri"/>
          <w:color w:val="000000" w:themeColor="text1"/>
          <w:sz w:val="20"/>
          <w:szCs w:val="20"/>
        </w:rPr>
        <w:br/>
        <w:t>Thank You for the example of the wedding at Cana—a reminder that when Jesus is present, every challenge becomes an opportunity for blessing. Teach us to build homes where You are welcomed daily. Help us cherish our moments with You, plan wisely, and nurture meaningful family time. Fill our conversations with kindness, humility, and love. Strengthen our relationships and guide our choices so we may live life fully in Christ. Bless our family as we listen to Your message today. In Jesus’ name, Amen.</w:t>
      </w:r>
    </w:p>
    <w:p w14:paraId="5DC170B6" w14:textId="10A73B87" w:rsidR="00BC56D0" w:rsidRPr="00504939" w:rsidRDefault="00E303B9" w:rsidP="00B32FB4">
      <w:pPr>
        <w:pStyle w:val="Heading1"/>
        <w:shd w:val="clear" w:color="auto" w:fill="B6DDE8" w:themeFill="accent5" w:themeFillTint="66"/>
        <w:rPr>
          <w:sz w:val="20"/>
          <w:szCs w:val="20"/>
        </w:rPr>
      </w:pPr>
      <w:bookmarkStart w:id="43" w:name="_Toc226793130"/>
      <w:r w:rsidRPr="00504939">
        <w:rPr>
          <w:sz w:val="20"/>
          <w:szCs w:val="20"/>
        </w:rPr>
        <w:lastRenderedPageBreak/>
        <w:t>SERMON TOPIC #11    REVELATIONS LAKE OF FIRE (HELL)</w:t>
      </w:r>
      <w:bookmarkEnd w:id="43"/>
      <w:r w:rsidRPr="00504939">
        <w:rPr>
          <w:sz w:val="20"/>
          <w:szCs w:val="20"/>
        </w:rPr>
        <w:t xml:space="preserve"> </w:t>
      </w:r>
    </w:p>
    <w:p w14:paraId="0CEC8308" w14:textId="77777777" w:rsidR="008B4535" w:rsidRDefault="008B4535" w:rsidP="008B4535">
      <w:pPr>
        <w:pStyle w:val="Heading1"/>
        <w:spacing w:before="0"/>
        <w:rPr>
          <w:sz w:val="20"/>
          <w:szCs w:val="20"/>
        </w:rPr>
      </w:pPr>
      <w:bookmarkStart w:id="44" w:name="_Toc226793131"/>
    </w:p>
    <w:p w14:paraId="610DDCC4" w14:textId="0164A3CC" w:rsidR="00BC56D0" w:rsidRPr="00504939" w:rsidRDefault="00000000" w:rsidP="008B4535">
      <w:pPr>
        <w:pStyle w:val="Heading1"/>
        <w:spacing w:before="0"/>
        <w:rPr>
          <w:sz w:val="20"/>
          <w:szCs w:val="20"/>
        </w:rPr>
      </w:pPr>
      <w:r w:rsidRPr="00504939">
        <w:rPr>
          <w:sz w:val="20"/>
          <w:szCs w:val="20"/>
        </w:rPr>
        <w:t xml:space="preserve">FAMILY </w:t>
      </w:r>
      <w:r w:rsidR="0028250F" w:rsidRPr="00504939">
        <w:rPr>
          <w:sz w:val="20"/>
          <w:szCs w:val="20"/>
        </w:rPr>
        <w:t>FOCUS</w:t>
      </w:r>
      <w:proofErr w:type="gramStart"/>
      <w:r w:rsidRPr="00504939">
        <w:rPr>
          <w:sz w:val="20"/>
          <w:szCs w:val="20"/>
        </w:rPr>
        <w:t>:  LAYING</w:t>
      </w:r>
      <w:proofErr w:type="gramEnd"/>
      <w:r w:rsidRPr="00504939">
        <w:rPr>
          <w:sz w:val="20"/>
          <w:szCs w:val="20"/>
        </w:rPr>
        <w:t xml:space="preserve"> HOLD OF THE MIGHTY ONE OF HEAVEN</w:t>
      </w:r>
      <w:bookmarkEnd w:id="44"/>
      <w:r w:rsidRPr="00504939">
        <w:rPr>
          <w:sz w:val="20"/>
          <w:szCs w:val="20"/>
        </w:rPr>
        <w:t xml:space="preserve"> </w:t>
      </w:r>
    </w:p>
    <w:p w14:paraId="6BDB458F" w14:textId="77777777" w:rsidR="00BC56D0" w:rsidRPr="00504939" w:rsidRDefault="00000000" w:rsidP="005952B1">
      <w:pPr>
        <w:rPr>
          <w:b/>
          <w:bCs/>
          <w:color w:val="000000" w:themeColor="text1"/>
          <w:sz w:val="20"/>
          <w:szCs w:val="20"/>
        </w:rPr>
      </w:pPr>
      <w:r w:rsidRPr="00504939">
        <w:rPr>
          <w:rFonts w:ascii="Calibri" w:hAnsi="Calibri"/>
          <w:b/>
          <w:bCs/>
          <w:color w:val="000000" w:themeColor="text1"/>
          <w:sz w:val="20"/>
          <w:szCs w:val="20"/>
        </w:rPr>
        <w:t xml:space="preserve">“Let the beauty of the Lord our God be upon us: and establish thou the work of our hands upon us; yea, the work of our hands </w:t>
      </w:r>
      <w:proofErr w:type="gramStart"/>
      <w:r w:rsidRPr="00504939">
        <w:rPr>
          <w:rFonts w:ascii="Calibri" w:hAnsi="Calibri"/>
          <w:b/>
          <w:bCs/>
          <w:color w:val="000000" w:themeColor="text1"/>
          <w:sz w:val="20"/>
          <w:szCs w:val="20"/>
        </w:rPr>
        <w:t>establish</w:t>
      </w:r>
      <w:proofErr w:type="gramEnd"/>
      <w:r w:rsidRPr="00504939">
        <w:rPr>
          <w:rFonts w:ascii="Calibri" w:hAnsi="Calibri"/>
          <w:b/>
          <w:bCs/>
          <w:color w:val="000000" w:themeColor="text1"/>
          <w:sz w:val="20"/>
          <w:szCs w:val="20"/>
        </w:rPr>
        <w:t xml:space="preserve"> thou it” (Psalm 90:17, NKJV). </w:t>
      </w:r>
    </w:p>
    <w:p w14:paraId="5608708A" w14:textId="77777777" w:rsidR="00BC56D0" w:rsidRPr="00504939" w:rsidRDefault="00000000" w:rsidP="00995A8F">
      <w:pPr>
        <w:jc w:val="both"/>
        <w:rPr>
          <w:sz w:val="20"/>
          <w:szCs w:val="20"/>
        </w:rPr>
      </w:pPr>
      <w:r w:rsidRPr="00504939">
        <w:rPr>
          <w:rFonts w:ascii="Calibri" w:hAnsi="Calibri"/>
          <w:sz w:val="20"/>
          <w:szCs w:val="20"/>
        </w:rPr>
        <w:t xml:space="preserve">Your children should be taught to control their tempers and to cultivate a loving, Christlike spirit. So direct them that they will love the service of 54 Family-to-Family Family Guide God, that they will take more pleasure in going to the house of worship than to places of amusement. Teach them that religion is a living principle. Had I been brought up with the idea that religion is a mere feeling, my life would have been a useless one. But I never let feeling come between Heaven and my soul. Whatever my feelings may be, I will seek God at the commencement of the day, at noon, and at night, that I may draw strength from the living Source of power. </w:t>
      </w:r>
    </w:p>
    <w:p w14:paraId="1CD24610" w14:textId="77777777" w:rsidR="00BC56D0" w:rsidRPr="00504939" w:rsidRDefault="00000000" w:rsidP="00995A8F">
      <w:pPr>
        <w:jc w:val="both"/>
        <w:rPr>
          <w:sz w:val="20"/>
          <w:szCs w:val="20"/>
        </w:rPr>
      </w:pPr>
      <w:r w:rsidRPr="00504939">
        <w:rPr>
          <w:rFonts w:ascii="Calibri" w:hAnsi="Calibri"/>
          <w:sz w:val="20"/>
          <w:szCs w:val="20"/>
        </w:rPr>
        <w:t xml:space="preserve">[Mothers,] has ... not [your time] been </w:t>
      </w:r>
      <w:proofErr w:type="gramStart"/>
      <w:r w:rsidRPr="00504939">
        <w:rPr>
          <w:rFonts w:ascii="Calibri" w:hAnsi="Calibri"/>
          <w:sz w:val="20"/>
          <w:szCs w:val="20"/>
        </w:rPr>
        <w:t>given</w:t>
      </w:r>
      <w:proofErr w:type="gramEnd"/>
      <w:r w:rsidRPr="00504939">
        <w:rPr>
          <w:rFonts w:ascii="Calibri" w:hAnsi="Calibri"/>
          <w:sz w:val="20"/>
          <w:szCs w:val="20"/>
        </w:rPr>
        <w:t xml:space="preserve"> you to be spent in beautifying the minds of your children, and cultivating loveliness of character? Should it not be spent in laying hold of the Mighty One of heaven, and seeking Him for power and wisdom to train your children for a place in His kingdom, to secure for them a life that will endure as long as the throne of Jehovah? ... </w:t>
      </w:r>
    </w:p>
    <w:p w14:paraId="49D684D1" w14:textId="77777777" w:rsidR="00BC56D0" w:rsidRPr="00504939" w:rsidRDefault="00000000" w:rsidP="00995A8F">
      <w:pPr>
        <w:jc w:val="both"/>
        <w:rPr>
          <w:sz w:val="20"/>
          <w:szCs w:val="20"/>
        </w:rPr>
      </w:pPr>
      <w:r w:rsidRPr="00504939">
        <w:rPr>
          <w:rFonts w:ascii="Calibri" w:hAnsi="Calibri"/>
          <w:sz w:val="20"/>
          <w:szCs w:val="20"/>
        </w:rPr>
        <w:t xml:space="preserve">Perhaps the mother sits at her work night after night, while her children go to bed without a prayer or a </w:t>
      </w:r>
      <w:proofErr w:type="gramStart"/>
      <w:r w:rsidRPr="00504939">
        <w:rPr>
          <w:rFonts w:ascii="Calibri" w:hAnsi="Calibri"/>
          <w:sz w:val="20"/>
          <w:szCs w:val="20"/>
        </w:rPr>
        <w:t>good-night</w:t>
      </w:r>
      <w:proofErr w:type="gramEnd"/>
      <w:r w:rsidRPr="00504939">
        <w:rPr>
          <w:rFonts w:ascii="Calibri" w:hAnsi="Calibri"/>
          <w:sz w:val="20"/>
          <w:szCs w:val="20"/>
        </w:rPr>
        <w:t xml:space="preserve"> kiss. She does not bind their tender hearts to her own by the cords of love; for she is “too busy</w:t>
      </w:r>
      <w:proofErr w:type="gramStart"/>
      <w:r w:rsidRPr="00504939">
        <w:rPr>
          <w:rFonts w:ascii="Calibri" w:hAnsi="Calibri"/>
          <w:sz w:val="20"/>
          <w:szCs w:val="20"/>
        </w:rPr>
        <w:t>.”...</w:t>
      </w:r>
      <w:proofErr w:type="gramEnd"/>
      <w:r w:rsidRPr="00504939">
        <w:rPr>
          <w:rFonts w:ascii="Calibri" w:hAnsi="Calibri"/>
          <w:sz w:val="20"/>
          <w:szCs w:val="20"/>
        </w:rPr>
        <w:t xml:space="preserve"> </w:t>
      </w:r>
    </w:p>
    <w:p w14:paraId="45B217D3" w14:textId="77777777" w:rsidR="00BC56D0" w:rsidRPr="00504939" w:rsidRDefault="00000000" w:rsidP="00995A8F">
      <w:pPr>
        <w:jc w:val="both"/>
        <w:rPr>
          <w:sz w:val="20"/>
          <w:szCs w:val="20"/>
        </w:rPr>
      </w:pPr>
      <w:r w:rsidRPr="00504939">
        <w:rPr>
          <w:rFonts w:ascii="Calibri" w:hAnsi="Calibri"/>
          <w:sz w:val="20"/>
          <w:szCs w:val="20"/>
        </w:rPr>
        <w:t xml:space="preserve">Some may wonder </w:t>
      </w:r>
      <w:proofErr w:type="gramStart"/>
      <w:r w:rsidRPr="00504939">
        <w:rPr>
          <w:rFonts w:ascii="Calibri" w:hAnsi="Calibri"/>
          <w:sz w:val="20"/>
          <w:szCs w:val="20"/>
        </w:rPr>
        <w:t>why it is that</w:t>
      </w:r>
      <w:proofErr w:type="gramEnd"/>
      <w:r w:rsidRPr="00504939">
        <w:rPr>
          <w:rFonts w:ascii="Calibri" w:hAnsi="Calibri"/>
          <w:sz w:val="20"/>
          <w:szCs w:val="20"/>
        </w:rPr>
        <w:t xml:space="preserve"> we say so much about home religion and </w:t>
      </w:r>
      <w:proofErr w:type="gramStart"/>
      <w:r w:rsidRPr="00504939">
        <w:rPr>
          <w:rFonts w:ascii="Calibri" w:hAnsi="Calibri"/>
          <w:sz w:val="20"/>
          <w:szCs w:val="20"/>
        </w:rPr>
        <w:t>the children</w:t>
      </w:r>
      <w:proofErr w:type="gramEnd"/>
      <w:r w:rsidRPr="00504939">
        <w:rPr>
          <w:rFonts w:ascii="Calibri" w:hAnsi="Calibri"/>
          <w:sz w:val="20"/>
          <w:szCs w:val="20"/>
        </w:rPr>
        <w:t xml:space="preserve">. It is because of the terrible neglect of home duties on the part of so many. As the servants of God, parents, you are responsible for the children committed to your care. Many of them are growing up without reverence, growing up careless and irreligious, unthankful and unholy. </w:t>
      </w:r>
    </w:p>
    <w:p w14:paraId="5C48C195" w14:textId="77777777" w:rsidR="00BC56D0" w:rsidRPr="00504939" w:rsidRDefault="00000000" w:rsidP="00995A8F">
      <w:pPr>
        <w:jc w:val="both"/>
        <w:rPr>
          <w:sz w:val="20"/>
          <w:szCs w:val="20"/>
        </w:rPr>
      </w:pPr>
      <w:r w:rsidRPr="00504939">
        <w:rPr>
          <w:rFonts w:ascii="Calibri" w:hAnsi="Calibri"/>
          <w:sz w:val="20"/>
          <w:szCs w:val="20"/>
        </w:rPr>
        <w:t xml:space="preserve">If these children had been properly trained and disciplined, if they had been brought up in the nurture and admonition of the Lord, heavenly angels would be in your homes. If you were true home missionaries, ... you would be ... fitting your children to stand by your side, as efficient workers in the cause of God. </w:t>
      </w:r>
    </w:p>
    <w:p w14:paraId="6E37595A" w14:textId="77777777" w:rsidR="00BC56D0" w:rsidRPr="00504939" w:rsidRDefault="00000000" w:rsidP="00995A8F">
      <w:pPr>
        <w:jc w:val="both"/>
        <w:rPr>
          <w:sz w:val="20"/>
          <w:szCs w:val="20"/>
        </w:rPr>
      </w:pPr>
      <w:r w:rsidRPr="00504939">
        <w:rPr>
          <w:rFonts w:ascii="Calibri" w:hAnsi="Calibri"/>
          <w:sz w:val="20"/>
          <w:szCs w:val="20"/>
        </w:rPr>
        <w:t xml:space="preserve">What an impression it makes upon society to see a family united in the work and service of the Lord. Such a family is a powerful discourse in favor of the reality of Christianity. Others see that there is an influence at work in the family that affects the children, and that the God of Abraham is with them. And that which has such a powerful influence on the children is felt beyond the </w:t>
      </w:r>
      <w:proofErr w:type="gramStart"/>
      <w:r w:rsidRPr="00504939">
        <w:rPr>
          <w:rFonts w:ascii="Calibri" w:hAnsi="Calibri"/>
          <w:sz w:val="20"/>
          <w:szCs w:val="20"/>
        </w:rPr>
        <w:t>home, and</w:t>
      </w:r>
      <w:proofErr w:type="gramEnd"/>
      <w:r w:rsidRPr="00504939">
        <w:rPr>
          <w:rFonts w:ascii="Calibri" w:hAnsi="Calibri"/>
          <w:sz w:val="20"/>
          <w:szCs w:val="20"/>
        </w:rPr>
        <w:t xml:space="preserve"> affects other lives. If the homes of professed Christians had a right religious mold, they would exert a mighty influence for good. They would indeed be the “light of the world.”</w:t>
      </w:r>
    </w:p>
    <w:p w14:paraId="5C6BC4EF" w14:textId="77777777" w:rsidR="00BC56D0" w:rsidRPr="00504939" w:rsidRDefault="00000000" w:rsidP="005952B1">
      <w:pPr>
        <w:rPr>
          <w:rFonts w:ascii="Calibri" w:hAnsi="Calibri"/>
          <w:sz w:val="20"/>
          <w:szCs w:val="20"/>
        </w:rPr>
      </w:pPr>
      <w:r w:rsidRPr="00504939">
        <w:rPr>
          <w:rFonts w:ascii="Calibri" w:hAnsi="Calibri"/>
          <w:sz w:val="20"/>
          <w:szCs w:val="20"/>
        </w:rPr>
        <w:t xml:space="preserve"> – Signs of the Times, Jan. 14, 1886. —Ellen G. White, Reflecting Christ, p. 169</w:t>
      </w:r>
    </w:p>
    <w:p w14:paraId="6E7BF2A0" w14:textId="77777777" w:rsidR="00E40D05" w:rsidRDefault="00E40D05" w:rsidP="00AD2E6A">
      <w:pPr>
        <w:pStyle w:val="Heading4"/>
        <w:rPr>
          <w:color w:val="0070C0"/>
          <w:sz w:val="20"/>
          <w:szCs w:val="20"/>
        </w:rPr>
      </w:pPr>
    </w:p>
    <w:p w14:paraId="2D6EECC0" w14:textId="092BC046" w:rsidR="00BC56D0" w:rsidRPr="00504939" w:rsidRDefault="00AD2E6A" w:rsidP="00AD2E6A">
      <w:pPr>
        <w:pStyle w:val="Heading4"/>
        <w:rPr>
          <w:color w:val="0070C0"/>
          <w:sz w:val="20"/>
          <w:szCs w:val="20"/>
        </w:rPr>
      </w:pPr>
      <w:r w:rsidRPr="00504939">
        <w:rPr>
          <w:color w:val="0070C0"/>
          <w:sz w:val="20"/>
          <w:szCs w:val="20"/>
        </w:rPr>
        <w:t>FAMILY DEVOTION: LAYING HOLD OF THE MIGHTY ONE OF HEAVEN</w:t>
      </w:r>
    </w:p>
    <w:p w14:paraId="137D591F" w14:textId="77777777" w:rsidR="00BC56D0" w:rsidRPr="00504939" w:rsidRDefault="00000000" w:rsidP="005952B1">
      <w:pPr>
        <w:rPr>
          <w:b/>
          <w:bCs/>
          <w:sz w:val="20"/>
          <w:szCs w:val="20"/>
        </w:rPr>
      </w:pPr>
      <w:r w:rsidRPr="00504939">
        <w:rPr>
          <w:rFonts w:ascii="Calibri" w:hAnsi="Calibri"/>
          <w:b/>
          <w:bCs/>
          <w:sz w:val="20"/>
          <w:szCs w:val="20"/>
        </w:rPr>
        <w:t>Key Text: “Let the beauty of the Lord our God be upon us: and establish thou the work of our hands upon us.” — Psalm 90:17 (NKJV)</w:t>
      </w:r>
    </w:p>
    <w:p w14:paraId="4AD0A5CB" w14:textId="77777777" w:rsidR="00BC56D0" w:rsidRPr="00504939" w:rsidRDefault="00000000" w:rsidP="005952B1">
      <w:pPr>
        <w:rPr>
          <w:sz w:val="20"/>
          <w:szCs w:val="20"/>
        </w:rPr>
      </w:pPr>
      <w:r w:rsidRPr="00504939">
        <w:rPr>
          <w:rFonts w:ascii="Calibri" w:hAnsi="Calibri"/>
          <w:sz w:val="20"/>
          <w:szCs w:val="20"/>
        </w:rPr>
        <w:t>The reading reminds us that the atmosphere of the home is one of the greatest battlegrounds—and one of our greatest evangelistic opportunities. Parents are called not only to provide for their children, but to shape their characters for eternity. The counsel states that children should be taught to control their tempers and cultivate a “loving, Christlike spirit,” and that they should learn to find more joy in worship than in worldly amusement.</w:t>
      </w:r>
    </w:p>
    <w:p w14:paraId="41754B0A" w14:textId="77777777" w:rsidR="00BC56D0" w:rsidRPr="00504939" w:rsidRDefault="00000000" w:rsidP="005952B1">
      <w:pPr>
        <w:rPr>
          <w:sz w:val="20"/>
          <w:szCs w:val="20"/>
        </w:rPr>
      </w:pPr>
      <w:r w:rsidRPr="00504939">
        <w:rPr>
          <w:rFonts w:ascii="Calibri" w:hAnsi="Calibri"/>
          <w:sz w:val="20"/>
          <w:szCs w:val="20"/>
        </w:rPr>
        <w:t xml:space="preserve">Ellen White explains that religion is not a </w:t>
      </w:r>
      <w:proofErr w:type="gramStart"/>
      <w:r w:rsidRPr="00504939">
        <w:rPr>
          <w:rFonts w:ascii="Calibri" w:hAnsi="Calibri"/>
          <w:sz w:val="20"/>
          <w:szCs w:val="20"/>
        </w:rPr>
        <w:t>feeling—</w:t>
      </w:r>
      <w:proofErr w:type="gramEnd"/>
      <w:r w:rsidRPr="00504939">
        <w:rPr>
          <w:rFonts w:ascii="Calibri" w:hAnsi="Calibri"/>
          <w:sz w:val="20"/>
          <w:szCs w:val="20"/>
        </w:rPr>
        <w:t>it is a living principle. She shares her own testimony, saying she refused to let her emotions come between her soul and heaven. Instead, she sought God “morning, noon, and night” to draw strength from Him, the “living Source of power”. This daily seeking is the foundation of a strong, God-filled home.</w:t>
      </w:r>
    </w:p>
    <w:p w14:paraId="4BCCA6DC" w14:textId="77777777" w:rsidR="00BC56D0" w:rsidRPr="00504939" w:rsidRDefault="00000000" w:rsidP="005952B1">
      <w:pPr>
        <w:rPr>
          <w:sz w:val="20"/>
          <w:szCs w:val="20"/>
        </w:rPr>
      </w:pPr>
      <w:r w:rsidRPr="00504939">
        <w:rPr>
          <w:rFonts w:ascii="Calibri" w:hAnsi="Calibri"/>
          <w:sz w:val="20"/>
          <w:szCs w:val="20"/>
        </w:rPr>
        <w:lastRenderedPageBreak/>
        <w:t xml:space="preserve">Then comes a tender and sobering appeal to </w:t>
      </w:r>
      <w:proofErr w:type="gramStart"/>
      <w:r w:rsidRPr="00504939">
        <w:rPr>
          <w:rFonts w:ascii="Calibri" w:hAnsi="Calibri"/>
          <w:sz w:val="20"/>
          <w:szCs w:val="20"/>
        </w:rPr>
        <w:t>parents—</w:t>
      </w:r>
      <w:proofErr w:type="gramEnd"/>
      <w:r w:rsidRPr="00504939">
        <w:rPr>
          <w:rFonts w:ascii="Calibri" w:hAnsi="Calibri"/>
          <w:sz w:val="20"/>
          <w:szCs w:val="20"/>
        </w:rPr>
        <w:t>especially mothers—who may become so busy that children are sent to bed without prayer or affection. Such neglect weakens the bond of love and leaves children without spiritual anchoring. Parents are urged to “beautify the minds” of their children and to cultivate character rather than simply manage the tasks of life.</w:t>
      </w:r>
    </w:p>
    <w:p w14:paraId="052A12CD" w14:textId="77777777" w:rsidR="00BC56D0" w:rsidRPr="00504939" w:rsidRDefault="00000000" w:rsidP="005952B1">
      <w:pPr>
        <w:rPr>
          <w:sz w:val="20"/>
          <w:szCs w:val="20"/>
        </w:rPr>
      </w:pPr>
      <w:r w:rsidRPr="00504939">
        <w:rPr>
          <w:rFonts w:ascii="Calibri" w:hAnsi="Calibri"/>
          <w:sz w:val="20"/>
          <w:szCs w:val="20"/>
        </w:rPr>
        <w:t>The reading warns that many homes suffer because home duties are neglected, and children grow up “without reverence… careless, irreligious, unthankful, and unholy” when parents do not intentionally train them in the nurture and admonition of the Lord. But it also presents a powerful promise:</w:t>
      </w:r>
      <w:r w:rsidRPr="00504939">
        <w:rPr>
          <w:rFonts w:ascii="Calibri" w:hAnsi="Calibri"/>
          <w:sz w:val="20"/>
          <w:szCs w:val="20"/>
        </w:rPr>
        <w:br/>
        <w:t>If homes were run as God intended, heavenly angels would dwell there, and children would grow into “efficient workers in the cause of God”.</w:t>
      </w:r>
    </w:p>
    <w:p w14:paraId="3A2003E3" w14:textId="77777777" w:rsidR="00BC56D0" w:rsidRPr="00504939" w:rsidRDefault="00000000" w:rsidP="005952B1">
      <w:pPr>
        <w:rPr>
          <w:sz w:val="20"/>
          <w:szCs w:val="20"/>
        </w:rPr>
      </w:pPr>
      <w:r w:rsidRPr="00504939">
        <w:rPr>
          <w:rFonts w:ascii="Calibri" w:hAnsi="Calibri"/>
          <w:sz w:val="20"/>
          <w:szCs w:val="20"/>
        </w:rPr>
        <w:t>Finally, such a home becomes a powerful witness to society. A family united in serving God is “a powerful discourse in favor of the reality of Christianity,” and its influence extends far beyond its walls, serving as a “light of the world” to all who encounter it.</w:t>
      </w:r>
    </w:p>
    <w:p w14:paraId="7941E4E4" w14:textId="77777777" w:rsidR="00BC56D0" w:rsidRPr="00504939" w:rsidRDefault="00000000" w:rsidP="005952B1">
      <w:pPr>
        <w:rPr>
          <w:sz w:val="20"/>
          <w:szCs w:val="20"/>
        </w:rPr>
      </w:pPr>
      <w:r w:rsidRPr="00504939">
        <w:rPr>
          <w:rFonts w:ascii="Calibri" w:hAnsi="Calibri"/>
          <w:sz w:val="20"/>
          <w:szCs w:val="20"/>
        </w:rPr>
        <w:t>This devotion calls every family to lay hold of the Mighty One of heaven—to pray together, love intentionally, disciple diligently, and allow God’s beauty to rest upon the home.</w:t>
      </w:r>
    </w:p>
    <w:p w14:paraId="27A36E3B" w14:textId="402E567A" w:rsidR="00AD2E6A" w:rsidRPr="00504939" w:rsidRDefault="0028250F" w:rsidP="00CE239A">
      <w:pPr>
        <w:spacing w:after="0"/>
        <w:rPr>
          <w:rFonts w:ascii="Calibri" w:hAnsi="Calibri"/>
          <w:b/>
          <w:bCs/>
          <w:i/>
          <w:iCs/>
          <w:color w:val="0070C0"/>
          <w:sz w:val="20"/>
          <w:szCs w:val="20"/>
        </w:rPr>
      </w:pPr>
      <w:r w:rsidRPr="00504939">
        <w:rPr>
          <w:rFonts w:ascii="Calibri" w:hAnsi="Calibri"/>
          <w:b/>
          <w:bCs/>
          <w:i/>
          <w:iCs/>
          <w:color w:val="0070C0"/>
          <w:sz w:val="20"/>
          <w:szCs w:val="20"/>
        </w:rPr>
        <w:t xml:space="preserve">FAMILY STORY </w:t>
      </w:r>
    </w:p>
    <w:p w14:paraId="417ECB27" w14:textId="011F031E" w:rsidR="0028250F" w:rsidRPr="00504939" w:rsidRDefault="0028250F" w:rsidP="00CE239A">
      <w:pPr>
        <w:spacing w:after="0"/>
        <w:rPr>
          <w:rFonts w:ascii="Calibri" w:hAnsi="Calibri"/>
          <w:color w:val="000000" w:themeColor="text1"/>
          <w:sz w:val="20"/>
          <w:szCs w:val="20"/>
          <w:lang w:val="en-FJ"/>
        </w:rPr>
      </w:pPr>
      <w:r w:rsidRPr="00504939">
        <w:rPr>
          <w:rFonts w:ascii="Calibri" w:hAnsi="Calibri"/>
          <w:color w:val="000000" w:themeColor="text1"/>
          <w:sz w:val="20"/>
          <w:szCs w:val="20"/>
          <w:lang w:val="en-FJ"/>
        </w:rPr>
        <w:t>In a small, busy household, days often started early and ended late.   The parents worked hard. The children were active. Life was full—and sometimes overwhelming.</w:t>
      </w:r>
    </w:p>
    <w:p w14:paraId="3844617F" w14:textId="77777777" w:rsidR="0028250F" w:rsidRPr="00504939" w:rsidRDefault="0028250F" w:rsidP="0028250F">
      <w:pPr>
        <w:rPr>
          <w:rFonts w:ascii="Calibri" w:hAnsi="Calibri"/>
          <w:color w:val="000000" w:themeColor="text1"/>
          <w:sz w:val="20"/>
          <w:szCs w:val="20"/>
          <w:lang w:val="en-FJ"/>
        </w:rPr>
      </w:pPr>
      <w:r w:rsidRPr="00504939">
        <w:rPr>
          <w:rFonts w:ascii="Calibri" w:hAnsi="Calibri"/>
          <w:color w:val="000000" w:themeColor="text1"/>
          <w:sz w:val="20"/>
          <w:szCs w:val="20"/>
          <w:lang w:val="en-FJ"/>
        </w:rPr>
        <w:t>Mornings were rushed. Evenings faded quickly. Too often, children were sent to bed with a quick reminder instead of a prayer, a hurried kiss instead of a blessing. No one intended neglect—but busyness slowly took the place of devotion.</w:t>
      </w:r>
    </w:p>
    <w:p w14:paraId="325D262C" w14:textId="77777777" w:rsidR="0028250F" w:rsidRPr="00504939" w:rsidRDefault="0028250F" w:rsidP="0028250F">
      <w:pPr>
        <w:rPr>
          <w:rFonts w:ascii="Calibri" w:hAnsi="Calibri"/>
          <w:color w:val="000000" w:themeColor="text1"/>
          <w:sz w:val="20"/>
          <w:szCs w:val="20"/>
          <w:lang w:val="en-FJ"/>
        </w:rPr>
      </w:pPr>
      <w:r w:rsidRPr="00504939">
        <w:rPr>
          <w:rFonts w:ascii="Calibri" w:hAnsi="Calibri"/>
          <w:color w:val="000000" w:themeColor="text1"/>
          <w:sz w:val="20"/>
          <w:szCs w:val="20"/>
          <w:lang w:val="en-FJ"/>
        </w:rPr>
        <w:t>One evening, after a long and tiring day, the mother sat quietly in her room. Her Bible lay unopened beside her. She felt weary—not just in body, but in heart.</w:t>
      </w:r>
    </w:p>
    <w:p w14:paraId="3A8E2214" w14:textId="77777777" w:rsidR="0028250F" w:rsidRPr="00504939" w:rsidRDefault="0028250F" w:rsidP="0028250F">
      <w:pPr>
        <w:rPr>
          <w:rFonts w:ascii="Calibri" w:hAnsi="Calibri"/>
          <w:color w:val="000000" w:themeColor="text1"/>
          <w:sz w:val="20"/>
          <w:szCs w:val="20"/>
          <w:lang w:val="en-FJ"/>
        </w:rPr>
      </w:pPr>
      <w:r w:rsidRPr="00504939">
        <w:rPr>
          <w:rFonts w:ascii="Calibri" w:hAnsi="Calibri"/>
          <w:color w:val="000000" w:themeColor="text1"/>
          <w:sz w:val="20"/>
          <w:szCs w:val="20"/>
          <w:lang w:val="en-FJ"/>
        </w:rPr>
        <w:t>As she prayed privately, only a simple cry came from her lips:</w:t>
      </w:r>
      <w:r w:rsidRPr="00504939">
        <w:rPr>
          <w:rFonts w:ascii="Calibri" w:hAnsi="Calibri"/>
          <w:color w:val="000000" w:themeColor="text1"/>
          <w:sz w:val="20"/>
          <w:szCs w:val="20"/>
          <w:lang w:val="en-FJ"/>
        </w:rPr>
        <w:br/>
      </w:r>
      <w:r w:rsidRPr="00504939">
        <w:rPr>
          <w:rFonts w:ascii="Calibri" w:hAnsi="Calibri"/>
          <w:i/>
          <w:iCs/>
          <w:color w:val="000000" w:themeColor="text1"/>
          <w:sz w:val="20"/>
          <w:szCs w:val="20"/>
          <w:lang w:val="en-FJ"/>
        </w:rPr>
        <w:t>“Lord, I need strength beyond my own.”</w:t>
      </w:r>
    </w:p>
    <w:p w14:paraId="79BE26AA" w14:textId="77777777" w:rsidR="0028250F" w:rsidRPr="00504939" w:rsidRDefault="0028250F" w:rsidP="0028250F">
      <w:pPr>
        <w:rPr>
          <w:rFonts w:ascii="Calibri" w:hAnsi="Calibri"/>
          <w:color w:val="000000" w:themeColor="text1"/>
          <w:sz w:val="20"/>
          <w:szCs w:val="20"/>
          <w:lang w:val="en-FJ"/>
        </w:rPr>
      </w:pPr>
      <w:r w:rsidRPr="00504939">
        <w:rPr>
          <w:rFonts w:ascii="Calibri" w:hAnsi="Calibri"/>
          <w:color w:val="000000" w:themeColor="text1"/>
          <w:sz w:val="20"/>
          <w:szCs w:val="20"/>
          <w:lang w:val="en-FJ"/>
        </w:rPr>
        <w:t>That night, something changed.</w:t>
      </w:r>
    </w:p>
    <w:p w14:paraId="0EDE39F4" w14:textId="77777777" w:rsidR="0028250F" w:rsidRPr="00504939" w:rsidRDefault="0028250F" w:rsidP="0028250F">
      <w:pPr>
        <w:rPr>
          <w:rFonts w:ascii="Calibri" w:hAnsi="Calibri"/>
          <w:color w:val="000000" w:themeColor="text1"/>
          <w:sz w:val="20"/>
          <w:szCs w:val="20"/>
          <w:lang w:val="en-FJ"/>
        </w:rPr>
      </w:pPr>
      <w:r w:rsidRPr="00504939">
        <w:rPr>
          <w:rFonts w:ascii="Calibri" w:hAnsi="Calibri"/>
          <w:color w:val="000000" w:themeColor="text1"/>
          <w:sz w:val="20"/>
          <w:szCs w:val="20"/>
          <w:lang w:val="en-FJ"/>
        </w:rPr>
        <w:t>The next evening, she called the family together—not perfectly prepared, not certain how long it would last—but determined.</w:t>
      </w:r>
    </w:p>
    <w:p w14:paraId="7E61F238" w14:textId="77777777" w:rsidR="0028250F" w:rsidRPr="00504939" w:rsidRDefault="0028250F" w:rsidP="0028250F">
      <w:pPr>
        <w:rPr>
          <w:rFonts w:ascii="Calibri" w:hAnsi="Calibri"/>
          <w:color w:val="000000" w:themeColor="text1"/>
          <w:sz w:val="20"/>
          <w:szCs w:val="20"/>
          <w:lang w:val="en-FJ"/>
        </w:rPr>
      </w:pPr>
      <w:r w:rsidRPr="00504939">
        <w:rPr>
          <w:rFonts w:ascii="Calibri" w:hAnsi="Calibri"/>
          <w:color w:val="000000" w:themeColor="text1"/>
          <w:sz w:val="20"/>
          <w:szCs w:val="20"/>
          <w:lang w:val="en-FJ"/>
        </w:rPr>
        <w:t>They sang one short song.</w:t>
      </w:r>
      <w:r w:rsidRPr="00504939">
        <w:rPr>
          <w:rFonts w:ascii="Calibri" w:hAnsi="Calibri"/>
          <w:color w:val="000000" w:themeColor="text1"/>
          <w:sz w:val="20"/>
          <w:szCs w:val="20"/>
          <w:lang w:val="en-FJ"/>
        </w:rPr>
        <w:br/>
        <w:t>They read one verse of Scripture.</w:t>
      </w:r>
      <w:r w:rsidRPr="00504939">
        <w:rPr>
          <w:rFonts w:ascii="Calibri" w:hAnsi="Calibri"/>
          <w:color w:val="000000" w:themeColor="text1"/>
          <w:sz w:val="20"/>
          <w:szCs w:val="20"/>
          <w:lang w:val="en-FJ"/>
        </w:rPr>
        <w:br/>
        <w:t>They prayed—simply, sincerely.</w:t>
      </w:r>
    </w:p>
    <w:p w14:paraId="0E965179" w14:textId="77777777" w:rsidR="0028250F" w:rsidRPr="00504939" w:rsidRDefault="0028250F" w:rsidP="0028250F">
      <w:pPr>
        <w:rPr>
          <w:rFonts w:ascii="Calibri" w:hAnsi="Calibri"/>
          <w:color w:val="000000" w:themeColor="text1"/>
          <w:sz w:val="20"/>
          <w:szCs w:val="20"/>
          <w:lang w:val="en-FJ"/>
        </w:rPr>
      </w:pPr>
      <w:r w:rsidRPr="00504939">
        <w:rPr>
          <w:rFonts w:ascii="Calibri" w:hAnsi="Calibri"/>
          <w:color w:val="000000" w:themeColor="text1"/>
          <w:sz w:val="20"/>
          <w:szCs w:val="20"/>
          <w:lang w:val="en-FJ"/>
        </w:rPr>
        <w:t>The children seemed surprised. So did she.</w:t>
      </w:r>
    </w:p>
    <w:p w14:paraId="37C03DA3" w14:textId="77777777" w:rsidR="0028250F" w:rsidRPr="00504939" w:rsidRDefault="0028250F" w:rsidP="0028250F">
      <w:pPr>
        <w:rPr>
          <w:rFonts w:ascii="Calibri" w:hAnsi="Calibri"/>
          <w:color w:val="000000" w:themeColor="text1"/>
          <w:sz w:val="20"/>
          <w:szCs w:val="20"/>
          <w:lang w:val="en-FJ"/>
        </w:rPr>
      </w:pPr>
      <w:r w:rsidRPr="00504939">
        <w:rPr>
          <w:rFonts w:ascii="Calibri" w:hAnsi="Calibri"/>
          <w:color w:val="000000" w:themeColor="text1"/>
          <w:sz w:val="20"/>
          <w:szCs w:val="20"/>
          <w:lang w:val="en-FJ"/>
        </w:rPr>
        <w:t>Yet something gentle and calming filled the room.</w:t>
      </w:r>
    </w:p>
    <w:p w14:paraId="65097645" w14:textId="77777777" w:rsidR="0028250F" w:rsidRPr="00504939" w:rsidRDefault="0028250F" w:rsidP="0028250F">
      <w:pPr>
        <w:rPr>
          <w:rFonts w:ascii="Calibri" w:hAnsi="Calibri"/>
          <w:color w:val="000000" w:themeColor="text1"/>
          <w:sz w:val="20"/>
          <w:szCs w:val="20"/>
          <w:lang w:val="en-FJ"/>
        </w:rPr>
      </w:pPr>
      <w:r w:rsidRPr="00504939">
        <w:rPr>
          <w:rFonts w:ascii="Calibri" w:hAnsi="Calibri"/>
          <w:color w:val="000000" w:themeColor="text1"/>
          <w:sz w:val="20"/>
          <w:szCs w:val="20"/>
          <w:lang w:val="en-FJ"/>
        </w:rPr>
        <w:t xml:space="preserve">From that day, the family made a quiet decision: no matter how busy life became, they would </w:t>
      </w:r>
      <w:r w:rsidRPr="00504939">
        <w:rPr>
          <w:rFonts w:ascii="Calibri" w:hAnsi="Calibri"/>
          <w:b/>
          <w:bCs/>
          <w:color w:val="000000" w:themeColor="text1"/>
          <w:sz w:val="20"/>
          <w:szCs w:val="20"/>
          <w:lang w:val="en-FJ"/>
        </w:rPr>
        <w:t>lay hold of the Mighty One of heaven—daily</w:t>
      </w:r>
      <w:r w:rsidRPr="00504939">
        <w:rPr>
          <w:rFonts w:ascii="Calibri" w:hAnsi="Calibri"/>
          <w:color w:val="000000" w:themeColor="text1"/>
          <w:sz w:val="20"/>
          <w:szCs w:val="20"/>
          <w:lang w:val="en-FJ"/>
        </w:rPr>
        <w:t>.</w:t>
      </w:r>
    </w:p>
    <w:p w14:paraId="370B3006" w14:textId="77777777" w:rsidR="0028250F" w:rsidRPr="00504939" w:rsidRDefault="0028250F" w:rsidP="0028250F">
      <w:pPr>
        <w:rPr>
          <w:rFonts w:ascii="Calibri" w:hAnsi="Calibri"/>
          <w:color w:val="000000" w:themeColor="text1"/>
          <w:sz w:val="20"/>
          <w:szCs w:val="20"/>
          <w:lang w:val="en-FJ"/>
        </w:rPr>
      </w:pPr>
      <w:r w:rsidRPr="00504939">
        <w:rPr>
          <w:rFonts w:ascii="Calibri" w:hAnsi="Calibri"/>
          <w:color w:val="000000" w:themeColor="text1"/>
          <w:sz w:val="20"/>
          <w:szCs w:val="20"/>
          <w:lang w:val="en-FJ"/>
        </w:rPr>
        <w:t>Prayer returned to mornings and evenings. Parents spoke more gently. Discipline was guided by love, not frustration. Before bed, children received words of affection and heartfelt prayer.</w:t>
      </w:r>
    </w:p>
    <w:p w14:paraId="433E32CB" w14:textId="77777777" w:rsidR="0028250F" w:rsidRPr="00504939" w:rsidRDefault="0028250F" w:rsidP="0028250F">
      <w:pPr>
        <w:rPr>
          <w:rFonts w:ascii="Calibri" w:hAnsi="Calibri"/>
          <w:color w:val="000000" w:themeColor="text1"/>
          <w:sz w:val="20"/>
          <w:szCs w:val="20"/>
          <w:lang w:val="en-FJ"/>
        </w:rPr>
      </w:pPr>
      <w:r w:rsidRPr="00504939">
        <w:rPr>
          <w:rFonts w:ascii="Calibri" w:hAnsi="Calibri"/>
          <w:color w:val="000000" w:themeColor="text1"/>
          <w:sz w:val="20"/>
          <w:szCs w:val="20"/>
          <w:lang w:val="en-FJ"/>
        </w:rPr>
        <w:t>Tempers did not disappear overnight—but they softened. Attitudes began to change. The atmosphere of the home felt different—lighter, warmer, safer.</w:t>
      </w:r>
    </w:p>
    <w:p w14:paraId="442F5CB4" w14:textId="77777777" w:rsidR="0028250F" w:rsidRPr="00504939" w:rsidRDefault="0028250F" w:rsidP="0028250F">
      <w:pPr>
        <w:rPr>
          <w:rFonts w:ascii="Calibri" w:hAnsi="Calibri"/>
          <w:color w:val="000000" w:themeColor="text1"/>
          <w:sz w:val="20"/>
          <w:szCs w:val="20"/>
          <w:lang w:val="en-FJ"/>
        </w:rPr>
      </w:pPr>
      <w:r w:rsidRPr="00504939">
        <w:rPr>
          <w:rFonts w:ascii="Calibri" w:hAnsi="Calibri"/>
          <w:color w:val="000000" w:themeColor="text1"/>
          <w:sz w:val="20"/>
          <w:szCs w:val="20"/>
          <w:lang w:val="en-FJ"/>
        </w:rPr>
        <w:lastRenderedPageBreak/>
        <w:t>Visitors noticed.</w:t>
      </w:r>
    </w:p>
    <w:p w14:paraId="060EAB34" w14:textId="5719C5C0" w:rsidR="0028250F" w:rsidRPr="00504939" w:rsidRDefault="0028250F" w:rsidP="0028250F">
      <w:pPr>
        <w:rPr>
          <w:rFonts w:ascii="Calibri" w:hAnsi="Calibri"/>
          <w:color w:val="000000" w:themeColor="text1"/>
          <w:sz w:val="20"/>
          <w:szCs w:val="20"/>
          <w:lang w:val="en-FJ"/>
        </w:rPr>
      </w:pPr>
      <w:r w:rsidRPr="00504939">
        <w:rPr>
          <w:rFonts w:ascii="Calibri" w:hAnsi="Calibri"/>
          <w:color w:val="000000" w:themeColor="text1"/>
          <w:sz w:val="20"/>
          <w:szCs w:val="20"/>
          <w:lang w:val="en-FJ"/>
        </w:rPr>
        <w:t>One guest said softly,</w:t>
      </w:r>
      <w:r w:rsidRPr="00504939">
        <w:rPr>
          <w:rFonts w:ascii="Calibri" w:hAnsi="Calibri"/>
          <w:color w:val="000000" w:themeColor="text1"/>
          <w:sz w:val="20"/>
          <w:szCs w:val="20"/>
          <w:lang w:val="en-FJ"/>
        </w:rPr>
        <w:br/>
      </w:r>
      <w:r w:rsidRPr="00504939">
        <w:rPr>
          <w:rFonts w:ascii="Calibri" w:hAnsi="Calibri"/>
          <w:i/>
          <w:iCs/>
          <w:color w:val="000000" w:themeColor="text1"/>
          <w:sz w:val="20"/>
          <w:szCs w:val="20"/>
          <w:lang w:val="en-FJ"/>
        </w:rPr>
        <w:t>“There is peace in this house.”</w:t>
      </w:r>
      <w:r w:rsidR="00FA224E">
        <w:rPr>
          <w:rFonts w:ascii="Calibri" w:hAnsi="Calibri"/>
          <w:i/>
          <w:iCs/>
          <w:color w:val="000000" w:themeColor="text1"/>
          <w:sz w:val="20"/>
          <w:szCs w:val="20"/>
          <w:lang w:val="en-FJ"/>
        </w:rPr>
        <w:t xml:space="preserve">  </w:t>
      </w:r>
      <w:r w:rsidRPr="00504939">
        <w:rPr>
          <w:rFonts w:ascii="Calibri" w:hAnsi="Calibri"/>
          <w:color w:val="000000" w:themeColor="text1"/>
          <w:sz w:val="20"/>
          <w:szCs w:val="20"/>
          <w:lang w:val="en-FJ"/>
        </w:rPr>
        <w:t>The parents knew why.</w:t>
      </w:r>
    </w:p>
    <w:p w14:paraId="7BCAA66E" w14:textId="77777777" w:rsidR="0028250F" w:rsidRPr="00504939" w:rsidRDefault="0028250F" w:rsidP="0028250F">
      <w:pPr>
        <w:rPr>
          <w:rFonts w:ascii="Calibri" w:hAnsi="Calibri"/>
          <w:color w:val="000000" w:themeColor="text1"/>
          <w:sz w:val="20"/>
          <w:szCs w:val="20"/>
          <w:lang w:val="en-FJ"/>
        </w:rPr>
      </w:pPr>
      <w:r w:rsidRPr="00504939">
        <w:rPr>
          <w:rFonts w:ascii="Calibri" w:hAnsi="Calibri"/>
          <w:color w:val="000000" w:themeColor="text1"/>
          <w:sz w:val="20"/>
          <w:szCs w:val="20"/>
          <w:lang w:val="en-FJ"/>
        </w:rPr>
        <w:t>They had learned that religion was not a feeling—but a living principle. Strength came not from emotion, but from connection with God. As they sought Him morning, noon, and night, His beauty rested upon their home.</w:t>
      </w:r>
    </w:p>
    <w:p w14:paraId="7C828E85" w14:textId="3074653B" w:rsidR="0028250F" w:rsidRPr="00504939" w:rsidRDefault="0028250F" w:rsidP="0028250F">
      <w:pPr>
        <w:rPr>
          <w:rFonts w:ascii="Calibri" w:hAnsi="Calibri"/>
          <w:color w:val="000000" w:themeColor="text1"/>
          <w:sz w:val="20"/>
          <w:szCs w:val="20"/>
          <w:lang w:val="en-FJ"/>
        </w:rPr>
      </w:pPr>
      <w:r w:rsidRPr="00504939">
        <w:rPr>
          <w:rFonts w:ascii="Calibri" w:hAnsi="Calibri"/>
          <w:color w:val="000000" w:themeColor="text1"/>
          <w:sz w:val="20"/>
          <w:szCs w:val="20"/>
          <w:lang w:val="en-FJ"/>
        </w:rPr>
        <w:t xml:space="preserve">And though the house was still ordinary, heaven felt </w:t>
      </w:r>
      <w:proofErr w:type="gramStart"/>
      <w:r w:rsidRPr="00504939">
        <w:rPr>
          <w:rFonts w:ascii="Calibri" w:hAnsi="Calibri"/>
          <w:color w:val="000000" w:themeColor="text1"/>
          <w:sz w:val="20"/>
          <w:szCs w:val="20"/>
          <w:lang w:val="en-FJ"/>
        </w:rPr>
        <w:t>near</w:t>
      </w:r>
      <w:proofErr w:type="gramEnd"/>
      <w:r w:rsidRPr="00504939">
        <w:rPr>
          <w:rFonts w:ascii="Calibri" w:hAnsi="Calibri"/>
          <w:color w:val="000000" w:themeColor="text1"/>
          <w:sz w:val="20"/>
          <w:szCs w:val="20"/>
          <w:lang w:val="en-FJ"/>
        </w:rPr>
        <w:t>.</w:t>
      </w:r>
      <w:r w:rsidR="00FA224E">
        <w:rPr>
          <w:rFonts w:ascii="Calibri" w:hAnsi="Calibri"/>
          <w:color w:val="000000" w:themeColor="text1"/>
          <w:sz w:val="20"/>
          <w:szCs w:val="20"/>
          <w:lang w:val="en-FJ"/>
        </w:rPr>
        <w:t xml:space="preserve">  </w:t>
      </w:r>
      <w:r w:rsidRPr="00504939">
        <w:rPr>
          <w:rFonts w:ascii="Calibri" w:hAnsi="Calibri"/>
          <w:color w:val="000000" w:themeColor="text1"/>
          <w:sz w:val="20"/>
          <w:szCs w:val="20"/>
          <w:lang w:val="en-FJ"/>
        </w:rPr>
        <w:t>Angels, unseen but real, seemed welcome there.</w:t>
      </w:r>
    </w:p>
    <w:p w14:paraId="57AAAA4D" w14:textId="77777777" w:rsidR="0028250F" w:rsidRPr="00504939" w:rsidRDefault="0028250F" w:rsidP="0028250F">
      <w:pPr>
        <w:pStyle w:val="Heading4"/>
        <w:rPr>
          <w:color w:val="0070C0"/>
          <w:sz w:val="20"/>
          <w:szCs w:val="20"/>
        </w:rPr>
      </w:pPr>
      <w:r w:rsidRPr="00504939">
        <w:rPr>
          <w:color w:val="0070C0"/>
          <w:sz w:val="20"/>
          <w:szCs w:val="20"/>
        </w:rPr>
        <w:t>REFLECTION QUESTIONS</w:t>
      </w:r>
    </w:p>
    <w:p w14:paraId="49543C37" w14:textId="77777777" w:rsidR="0028250F" w:rsidRPr="00504939" w:rsidRDefault="0028250F" w:rsidP="0028250F">
      <w:pPr>
        <w:pStyle w:val="ListParagraph"/>
        <w:numPr>
          <w:ilvl w:val="0"/>
          <w:numId w:val="28"/>
        </w:numPr>
        <w:rPr>
          <w:sz w:val="20"/>
          <w:szCs w:val="20"/>
        </w:rPr>
      </w:pPr>
      <w:r w:rsidRPr="00504939">
        <w:rPr>
          <w:rFonts w:ascii="Calibri" w:hAnsi="Calibri"/>
          <w:sz w:val="20"/>
          <w:szCs w:val="20"/>
        </w:rPr>
        <w:t>In what areas have we allowed busyness to replace prayer, affection, or spiritual training in our home?</w:t>
      </w:r>
    </w:p>
    <w:p w14:paraId="3F96E791" w14:textId="77777777" w:rsidR="0028250F" w:rsidRPr="00504939" w:rsidRDefault="0028250F" w:rsidP="0028250F">
      <w:pPr>
        <w:pStyle w:val="ListParagraph"/>
        <w:numPr>
          <w:ilvl w:val="0"/>
          <w:numId w:val="28"/>
        </w:numPr>
        <w:rPr>
          <w:sz w:val="20"/>
          <w:szCs w:val="20"/>
        </w:rPr>
      </w:pPr>
      <w:r w:rsidRPr="00504939">
        <w:rPr>
          <w:rFonts w:ascii="Calibri" w:hAnsi="Calibri"/>
          <w:sz w:val="20"/>
          <w:szCs w:val="20"/>
        </w:rPr>
        <w:t>What specific habits can we cultivate to help our children form Christlike tempers and attitudes?</w:t>
      </w:r>
    </w:p>
    <w:p w14:paraId="1B3E7A7F" w14:textId="77777777" w:rsidR="0028250F" w:rsidRPr="00504939" w:rsidRDefault="0028250F" w:rsidP="0028250F">
      <w:pPr>
        <w:pStyle w:val="ListParagraph"/>
        <w:numPr>
          <w:ilvl w:val="0"/>
          <w:numId w:val="28"/>
        </w:numPr>
        <w:rPr>
          <w:sz w:val="20"/>
          <w:szCs w:val="20"/>
        </w:rPr>
      </w:pPr>
      <w:r w:rsidRPr="00504939">
        <w:rPr>
          <w:rFonts w:ascii="Calibri" w:hAnsi="Calibri"/>
          <w:sz w:val="20"/>
          <w:szCs w:val="20"/>
        </w:rPr>
        <w:t>How can we make our home a place where heavenly angels would feel welcome?</w:t>
      </w:r>
    </w:p>
    <w:p w14:paraId="1AAFB3AC" w14:textId="548F8F63" w:rsidR="00BC56D0" w:rsidRPr="00504939" w:rsidRDefault="00AD2E6A" w:rsidP="00AD2E6A">
      <w:pPr>
        <w:pStyle w:val="Heading4"/>
        <w:rPr>
          <w:color w:val="0070C0"/>
          <w:sz w:val="20"/>
          <w:szCs w:val="20"/>
        </w:rPr>
      </w:pPr>
      <w:r w:rsidRPr="00504939">
        <w:rPr>
          <w:color w:val="0070C0"/>
          <w:sz w:val="20"/>
          <w:szCs w:val="20"/>
        </w:rPr>
        <w:t>FAMILY ACTIVITY: “HANDS OF BLESSING”</w:t>
      </w:r>
    </w:p>
    <w:p w14:paraId="618C8C7F" w14:textId="227CA235" w:rsidR="00BC56D0" w:rsidRPr="00504939" w:rsidRDefault="00000000" w:rsidP="005952B1">
      <w:pPr>
        <w:rPr>
          <w:sz w:val="20"/>
          <w:szCs w:val="20"/>
        </w:rPr>
      </w:pPr>
      <w:r w:rsidRPr="00504939">
        <w:rPr>
          <w:rFonts w:ascii="Calibri" w:hAnsi="Calibri"/>
          <w:b/>
          <w:bCs/>
          <w:sz w:val="20"/>
          <w:szCs w:val="20"/>
        </w:rPr>
        <w:t>Materials:</w:t>
      </w:r>
      <w:r w:rsidRPr="00504939">
        <w:rPr>
          <w:rFonts w:ascii="Calibri" w:hAnsi="Calibri"/>
          <w:sz w:val="20"/>
          <w:szCs w:val="20"/>
        </w:rPr>
        <w:t xml:space="preserve"> Paper, pens, and a quiet space.</w:t>
      </w:r>
    </w:p>
    <w:p w14:paraId="67F6DB1F" w14:textId="77777777" w:rsidR="00BC56D0" w:rsidRPr="00504939" w:rsidRDefault="00000000" w:rsidP="005952B1">
      <w:pPr>
        <w:rPr>
          <w:sz w:val="20"/>
          <w:szCs w:val="20"/>
        </w:rPr>
      </w:pPr>
      <w:r w:rsidRPr="00504939">
        <w:rPr>
          <w:rFonts w:ascii="Calibri" w:hAnsi="Calibri"/>
          <w:sz w:val="20"/>
          <w:szCs w:val="20"/>
        </w:rPr>
        <w:t>Each family member traces their hand on a sheet of paper.</w:t>
      </w:r>
    </w:p>
    <w:p w14:paraId="04411F30" w14:textId="77777777" w:rsidR="00BC56D0" w:rsidRPr="00504939" w:rsidRDefault="00000000" w:rsidP="005952B1">
      <w:pPr>
        <w:rPr>
          <w:sz w:val="20"/>
          <w:szCs w:val="20"/>
        </w:rPr>
      </w:pPr>
      <w:r w:rsidRPr="00504939">
        <w:rPr>
          <w:rFonts w:ascii="Calibri" w:hAnsi="Calibri"/>
          <w:sz w:val="20"/>
          <w:szCs w:val="20"/>
        </w:rPr>
        <w:t>Inside the hand, each person writes one way they can bless the home this week (e.g., kindness, obedience, helping without asking, daily prayer).</w:t>
      </w:r>
    </w:p>
    <w:p w14:paraId="51562FA1" w14:textId="77777777" w:rsidR="00BC56D0" w:rsidRPr="00504939" w:rsidRDefault="00000000" w:rsidP="005952B1">
      <w:pPr>
        <w:rPr>
          <w:sz w:val="20"/>
          <w:szCs w:val="20"/>
        </w:rPr>
      </w:pPr>
      <w:r w:rsidRPr="00504939">
        <w:rPr>
          <w:rFonts w:ascii="Calibri" w:hAnsi="Calibri"/>
          <w:sz w:val="20"/>
          <w:szCs w:val="20"/>
        </w:rPr>
        <w:t>On the outside of the hand, other family members write encouraging words about that person.</w:t>
      </w:r>
    </w:p>
    <w:p w14:paraId="726E205B" w14:textId="77777777" w:rsidR="00BC56D0" w:rsidRPr="00504939" w:rsidRDefault="00000000" w:rsidP="005952B1">
      <w:pPr>
        <w:rPr>
          <w:sz w:val="20"/>
          <w:szCs w:val="20"/>
        </w:rPr>
      </w:pPr>
      <w:r w:rsidRPr="00504939">
        <w:rPr>
          <w:rFonts w:ascii="Calibri" w:hAnsi="Calibri"/>
          <w:sz w:val="20"/>
          <w:szCs w:val="20"/>
        </w:rPr>
        <w:t>Display the hands somewhere visible for the week.</w:t>
      </w:r>
    </w:p>
    <w:p w14:paraId="05DC4058" w14:textId="77777777" w:rsidR="00BC56D0" w:rsidRPr="00504939" w:rsidRDefault="00000000" w:rsidP="005952B1">
      <w:pPr>
        <w:rPr>
          <w:sz w:val="20"/>
          <w:szCs w:val="20"/>
        </w:rPr>
      </w:pPr>
      <w:r w:rsidRPr="00504939">
        <w:rPr>
          <w:rFonts w:ascii="Calibri" w:hAnsi="Calibri"/>
          <w:b/>
          <w:bCs/>
          <w:sz w:val="20"/>
          <w:szCs w:val="20"/>
        </w:rPr>
        <w:t>Purpose:</w:t>
      </w:r>
      <w:r w:rsidRPr="00504939">
        <w:rPr>
          <w:rFonts w:ascii="Calibri" w:hAnsi="Calibri"/>
          <w:b/>
          <w:bCs/>
          <w:sz w:val="20"/>
          <w:szCs w:val="20"/>
        </w:rPr>
        <w:br/>
      </w:r>
      <w:r w:rsidRPr="00504939">
        <w:rPr>
          <w:rFonts w:ascii="Calibri" w:hAnsi="Calibri"/>
          <w:sz w:val="20"/>
          <w:szCs w:val="20"/>
        </w:rPr>
        <w:t>To nurture a spirit of encouragement, responsibility, and Christlike service within the home—strengthening the bonds that influence character.</w:t>
      </w:r>
    </w:p>
    <w:p w14:paraId="6D9D180E" w14:textId="7DDADE30" w:rsidR="00BC56D0" w:rsidRPr="00504939" w:rsidRDefault="00AD2E6A" w:rsidP="00AD2E6A">
      <w:pPr>
        <w:pStyle w:val="Heading4"/>
        <w:rPr>
          <w:color w:val="0070C0"/>
          <w:sz w:val="20"/>
          <w:szCs w:val="20"/>
        </w:rPr>
      </w:pPr>
      <w:r w:rsidRPr="00504939">
        <w:rPr>
          <w:color w:val="0070C0"/>
          <w:sz w:val="20"/>
          <w:szCs w:val="20"/>
        </w:rPr>
        <w:t>TRANSITION TO THE SERMON: REVELATION’S LAKE OF FIRE (HELL)</w:t>
      </w:r>
    </w:p>
    <w:p w14:paraId="3EB0B1BE" w14:textId="77777777" w:rsidR="00BC56D0" w:rsidRPr="00504939" w:rsidRDefault="00000000" w:rsidP="005952B1">
      <w:pPr>
        <w:rPr>
          <w:sz w:val="20"/>
          <w:szCs w:val="20"/>
        </w:rPr>
      </w:pPr>
      <w:r w:rsidRPr="00504939">
        <w:rPr>
          <w:rFonts w:ascii="Calibri" w:hAnsi="Calibri"/>
          <w:sz w:val="20"/>
          <w:szCs w:val="20"/>
        </w:rPr>
        <w:t>As families, we are called to build homes filled with the beauty of the Lord, shaping children for eternity. But the reality of eternity also includes the difficult truth of final judgment.</w:t>
      </w:r>
    </w:p>
    <w:p w14:paraId="1B9FAC27" w14:textId="77777777" w:rsidR="00BC56D0" w:rsidRPr="00504939" w:rsidRDefault="00000000" w:rsidP="005952B1">
      <w:pPr>
        <w:rPr>
          <w:sz w:val="20"/>
          <w:szCs w:val="20"/>
        </w:rPr>
      </w:pPr>
      <w:r w:rsidRPr="00504939">
        <w:rPr>
          <w:rFonts w:ascii="Calibri" w:hAnsi="Calibri"/>
          <w:sz w:val="20"/>
          <w:szCs w:val="20"/>
        </w:rPr>
        <w:t>Tonight’s message, “Revelation’s Lake of Fire (Hell),” helps us understand God’s justice, His love, and His desire to save every member of the family. Just as we train our children for heaven, God calls all of us to understand His plan to bring sin to an end—permanently, justly, and lovingly.</w:t>
      </w:r>
    </w:p>
    <w:p w14:paraId="579C1DBF" w14:textId="77777777" w:rsidR="00BC56D0" w:rsidRPr="00504939" w:rsidRDefault="00000000" w:rsidP="005952B1">
      <w:pPr>
        <w:rPr>
          <w:sz w:val="20"/>
          <w:szCs w:val="20"/>
        </w:rPr>
      </w:pPr>
      <w:r w:rsidRPr="00504939">
        <w:rPr>
          <w:rFonts w:ascii="Calibri" w:hAnsi="Calibri"/>
          <w:sz w:val="20"/>
          <w:szCs w:val="20"/>
        </w:rPr>
        <w:t>Let us now turn our hearts to the God who longs to establish the work of our hands and secure our families for His everlasting kingdom.</w:t>
      </w:r>
    </w:p>
    <w:p w14:paraId="1B2E1077" w14:textId="14964510" w:rsidR="00BC56D0" w:rsidRPr="00504939" w:rsidRDefault="00AD2E6A" w:rsidP="00AD2E6A">
      <w:pPr>
        <w:pStyle w:val="Heading4"/>
        <w:rPr>
          <w:color w:val="0070C0"/>
          <w:sz w:val="20"/>
          <w:szCs w:val="20"/>
        </w:rPr>
      </w:pPr>
      <w:r w:rsidRPr="00504939">
        <w:rPr>
          <w:color w:val="0070C0"/>
          <w:sz w:val="20"/>
          <w:szCs w:val="20"/>
        </w:rPr>
        <w:t>PRAYER</w:t>
      </w:r>
    </w:p>
    <w:p w14:paraId="3594BEB4" w14:textId="77777777" w:rsidR="00B32FB4" w:rsidRPr="00504939" w:rsidRDefault="00000000" w:rsidP="005952B1">
      <w:pPr>
        <w:rPr>
          <w:rFonts w:ascii="Calibri" w:hAnsi="Calibri"/>
          <w:sz w:val="20"/>
          <w:szCs w:val="20"/>
        </w:rPr>
      </w:pPr>
      <w:r w:rsidRPr="00504939">
        <w:rPr>
          <w:rFonts w:ascii="Calibri" w:hAnsi="Calibri"/>
          <w:sz w:val="20"/>
          <w:szCs w:val="20"/>
        </w:rPr>
        <w:t>Father in Heaven,</w:t>
      </w:r>
      <w:r w:rsidRPr="00504939">
        <w:rPr>
          <w:rFonts w:ascii="Calibri" w:hAnsi="Calibri"/>
          <w:sz w:val="20"/>
          <w:szCs w:val="20"/>
        </w:rPr>
        <w:br/>
        <w:t>Thank You for the sacred responsibility of shaping our homes for eternity. Teach us to lay hold of Your strength each day. Help us nurture Christlike tempers, loving spirits, and habits that draw our children closer to You. Remove every distraction that keeps us from our duty, and fill our home with Your peace, Your presence, and Your beauty.</w:t>
      </w:r>
    </w:p>
    <w:p w14:paraId="513A642B" w14:textId="0881AF33" w:rsidR="00BC56D0" w:rsidRPr="00504939" w:rsidRDefault="00000000" w:rsidP="005952B1">
      <w:pPr>
        <w:rPr>
          <w:sz w:val="20"/>
          <w:szCs w:val="20"/>
        </w:rPr>
      </w:pPr>
      <w:r w:rsidRPr="00504939">
        <w:rPr>
          <w:rFonts w:ascii="Calibri" w:hAnsi="Calibri"/>
          <w:sz w:val="20"/>
          <w:szCs w:val="20"/>
        </w:rPr>
        <w:t>As we prepare to hear the message on Revelation’s Lake of Fire, open our hearts to understand Your justice and Your mercy. May our family stand united in Your truth and anchored in Your love.</w:t>
      </w:r>
      <w:r w:rsidRPr="00504939">
        <w:rPr>
          <w:rFonts w:ascii="Calibri" w:hAnsi="Calibri"/>
          <w:sz w:val="20"/>
          <w:szCs w:val="20"/>
        </w:rPr>
        <w:br/>
        <w:t>In Jesus’ name, Amen.</w:t>
      </w:r>
    </w:p>
    <w:p w14:paraId="263DCD22" w14:textId="75D1BA76" w:rsidR="00BC56D0" w:rsidRPr="00504939" w:rsidRDefault="00E303B9" w:rsidP="00206835">
      <w:pPr>
        <w:pStyle w:val="Heading1"/>
        <w:shd w:val="clear" w:color="auto" w:fill="DAEEF3" w:themeFill="accent5" w:themeFillTint="33"/>
        <w:spacing w:before="0"/>
        <w:rPr>
          <w:sz w:val="20"/>
          <w:szCs w:val="20"/>
        </w:rPr>
      </w:pPr>
      <w:bookmarkStart w:id="45" w:name="_Toc226793132"/>
      <w:r w:rsidRPr="00504939">
        <w:rPr>
          <w:sz w:val="20"/>
          <w:szCs w:val="20"/>
        </w:rPr>
        <w:lastRenderedPageBreak/>
        <w:t>SERMON TOPIC #12    BURIED AND FORGOTTEN BY GOD</w:t>
      </w:r>
      <w:bookmarkEnd w:id="45"/>
      <w:r w:rsidRPr="00504939">
        <w:rPr>
          <w:sz w:val="20"/>
          <w:szCs w:val="20"/>
        </w:rPr>
        <w:t xml:space="preserve"> </w:t>
      </w:r>
    </w:p>
    <w:p w14:paraId="59F202FD" w14:textId="77777777" w:rsidR="00206835" w:rsidRDefault="00206835" w:rsidP="00206835">
      <w:pPr>
        <w:pStyle w:val="Heading1"/>
        <w:spacing w:before="0"/>
        <w:rPr>
          <w:sz w:val="20"/>
          <w:szCs w:val="20"/>
        </w:rPr>
      </w:pPr>
      <w:bookmarkStart w:id="46" w:name="_Toc226793133"/>
    </w:p>
    <w:p w14:paraId="2BF34C79" w14:textId="26A9C4DC" w:rsidR="00BC56D0" w:rsidRPr="00504939" w:rsidRDefault="00000000" w:rsidP="00206835">
      <w:pPr>
        <w:pStyle w:val="Heading1"/>
        <w:spacing w:before="0"/>
        <w:rPr>
          <w:sz w:val="20"/>
          <w:szCs w:val="20"/>
        </w:rPr>
      </w:pPr>
      <w:r w:rsidRPr="00504939">
        <w:rPr>
          <w:sz w:val="20"/>
          <w:szCs w:val="20"/>
        </w:rPr>
        <w:t xml:space="preserve">FAMILY </w:t>
      </w:r>
      <w:r w:rsidR="00D10687" w:rsidRPr="00504939">
        <w:rPr>
          <w:sz w:val="20"/>
          <w:szCs w:val="20"/>
        </w:rPr>
        <w:t>FOCUS</w:t>
      </w:r>
      <w:r w:rsidRPr="00504939">
        <w:rPr>
          <w:sz w:val="20"/>
          <w:szCs w:val="20"/>
        </w:rPr>
        <w:t>: THE BIBLE IS THE VOICE OF GOD TO FAMILIES</w:t>
      </w:r>
      <w:bookmarkEnd w:id="46"/>
      <w:r w:rsidRPr="00504939">
        <w:rPr>
          <w:sz w:val="20"/>
          <w:szCs w:val="20"/>
        </w:rPr>
        <w:t xml:space="preserve"> </w:t>
      </w:r>
    </w:p>
    <w:p w14:paraId="2FC97D7F" w14:textId="77777777" w:rsidR="00BC56D0" w:rsidRPr="00504939" w:rsidRDefault="00000000" w:rsidP="00206835">
      <w:pPr>
        <w:rPr>
          <w:b/>
          <w:bCs/>
          <w:sz w:val="20"/>
          <w:szCs w:val="20"/>
        </w:rPr>
      </w:pPr>
      <w:r w:rsidRPr="00504939">
        <w:rPr>
          <w:rFonts w:ascii="Calibri" w:hAnsi="Calibri"/>
          <w:b/>
          <w:bCs/>
          <w:sz w:val="20"/>
          <w:szCs w:val="20"/>
        </w:rPr>
        <w:t xml:space="preserve">“Children are a heritage from the Lord” (Psalm 127:3). </w:t>
      </w:r>
    </w:p>
    <w:p w14:paraId="5FE04C2C" w14:textId="77777777" w:rsidR="00BC56D0" w:rsidRPr="00504939" w:rsidRDefault="00000000" w:rsidP="00995A8F">
      <w:pPr>
        <w:jc w:val="both"/>
        <w:rPr>
          <w:sz w:val="20"/>
          <w:szCs w:val="20"/>
        </w:rPr>
      </w:pPr>
      <w:r w:rsidRPr="00504939">
        <w:rPr>
          <w:rFonts w:ascii="Calibri" w:hAnsi="Calibri"/>
          <w:sz w:val="20"/>
          <w:szCs w:val="20"/>
        </w:rPr>
        <w:t xml:space="preserve">Parents need to reform; ministers need to reform; they need God in their households. If they would see a different state of things, they must bring His Word into their families and must make it their counselor. They must teach their children that it is the voice of God addressed to </w:t>
      </w:r>
      <w:proofErr w:type="gramStart"/>
      <w:r w:rsidRPr="00504939">
        <w:rPr>
          <w:rFonts w:ascii="Calibri" w:hAnsi="Calibri"/>
          <w:sz w:val="20"/>
          <w:szCs w:val="20"/>
        </w:rPr>
        <w:t>them, and</w:t>
      </w:r>
      <w:proofErr w:type="gramEnd"/>
      <w:r w:rsidRPr="00504939">
        <w:rPr>
          <w:rFonts w:ascii="Calibri" w:hAnsi="Calibri"/>
          <w:sz w:val="20"/>
          <w:szCs w:val="20"/>
        </w:rPr>
        <w:t xml:space="preserve"> is to be implicitly obeyed. They should patiently instruct their children, kindly and untiringly teach them how to live </w:t>
      </w:r>
      <w:proofErr w:type="gramStart"/>
      <w:r w:rsidRPr="00504939">
        <w:rPr>
          <w:rFonts w:ascii="Calibri" w:hAnsi="Calibri"/>
          <w:sz w:val="20"/>
          <w:szCs w:val="20"/>
        </w:rPr>
        <w:t>in order to</w:t>
      </w:r>
      <w:proofErr w:type="gramEnd"/>
      <w:r w:rsidRPr="00504939">
        <w:rPr>
          <w:rFonts w:ascii="Calibri" w:hAnsi="Calibri"/>
          <w:sz w:val="20"/>
          <w:szCs w:val="20"/>
        </w:rPr>
        <w:t xml:space="preserve"> please God. The children of such a household are prepared to meet the sophistries of infidelity. They have accepted the Bible as the basis of their faith, and they have a foundation that cannot be swept away by the incoming tide of skepticism. </w:t>
      </w:r>
    </w:p>
    <w:p w14:paraId="3AD7286C" w14:textId="77777777" w:rsidR="00BC56D0" w:rsidRPr="00504939" w:rsidRDefault="00000000" w:rsidP="00995A8F">
      <w:pPr>
        <w:jc w:val="both"/>
        <w:rPr>
          <w:sz w:val="20"/>
          <w:szCs w:val="20"/>
        </w:rPr>
      </w:pPr>
      <w:r w:rsidRPr="00504939">
        <w:rPr>
          <w:rFonts w:ascii="Calibri" w:hAnsi="Calibri"/>
          <w:sz w:val="20"/>
          <w:szCs w:val="20"/>
        </w:rPr>
        <w:t xml:space="preserve">In too many </w:t>
      </w:r>
      <w:proofErr w:type="gramStart"/>
      <w:r w:rsidRPr="00504939">
        <w:rPr>
          <w:rFonts w:ascii="Calibri" w:hAnsi="Calibri"/>
          <w:sz w:val="20"/>
          <w:szCs w:val="20"/>
        </w:rPr>
        <w:t>households</w:t>
      </w:r>
      <w:proofErr w:type="gramEnd"/>
      <w:r w:rsidRPr="00504939">
        <w:rPr>
          <w:rFonts w:ascii="Calibri" w:hAnsi="Calibri"/>
          <w:sz w:val="20"/>
          <w:szCs w:val="20"/>
        </w:rPr>
        <w:t xml:space="preserve"> prayer is neglected. Parents feel that they have no time for morning and evening worship. They cannot spare a few moments to be spent in thanksgiving to God for His abundant mercies—for the blessed sunshine and the showers of rain, which cause vegetation to flourish, and for the guardianship of holy angels. They have no time to offer prayer for divine help and guidance and for the abiding presence of Jesus in the household. They go forth to labor... without one thought of God or heaven. They have souls so precious that rather than permit them to be hopelessly lost, the Son of God gave His life to ransom them... </w:t>
      </w:r>
    </w:p>
    <w:p w14:paraId="6B369B69" w14:textId="77777777" w:rsidR="00BC56D0" w:rsidRPr="00504939" w:rsidRDefault="00000000" w:rsidP="00995A8F">
      <w:pPr>
        <w:jc w:val="both"/>
        <w:rPr>
          <w:sz w:val="20"/>
          <w:szCs w:val="20"/>
        </w:rPr>
      </w:pPr>
      <w:r w:rsidRPr="00504939">
        <w:rPr>
          <w:rFonts w:ascii="Calibri" w:hAnsi="Calibri"/>
          <w:sz w:val="20"/>
          <w:szCs w:val="20"/>
        </w:rPr>
        <w:t xml:space="preserve">Like the patriarchs of old, those who profess to love God should erect an altar to the Lord wherever they pitch their tent. If ever there was a time when every house should be a house of prayer, it is now. Fathers and mothers should often </w:t>
      </w:r>
      <w:proofErr w:type="gramStart"/>
      <w:r w:rsidRPr="00504939">
        <w:rPr>
          <w:rFonts w:ascii="Calibri" w:hAnsi="Calibri"/>
          <w:sz w:val="20"/>
          <w:szCs w:val="20"/>
        </w:rPr>
        <w:t>lift up</w:t>
      </w:r>
      <w:proofErr w:type="gramEnd"/>
      <w:r w:rsidRPr="00504939">
        <w:rPr>
          <w:rFonts w:ascii="Calibri" w:hAnsi="Calibri"/>
          <w:sz w:val="20"/>
          <w:szCs w:val="20"/>
        </w:rPr>
        <w:t xml:space="preserve"> their hearts to God in humble supplication for themselves and their children. Let the father, as priest of the household, lay upon the altar of God the morning and evening sacrifice, while the wife and children unite in prayer and praise. In such a household Jesus will love to tarry. </w:t>
      </w:r>
    </w:p>
    <w:p w14:paraId="28F505BB" w14:textId="77777777" w:rsidR="00BC56D0" w:rsidRPr="00504939" w:rsidRDefault="00000000" w:rsidP="00995A8F">
      <w:pPr>
        <w:jc w:val="both"/>
        <w:rPr>
          <w:sz w:val="20"/>
          <w:szCs w:val="20"/>
        </w:rPr>
      </w:pPr>
      <w:r w:rsidRPr="00504939">
        <w:rPr>
          <w:rFonts w:ascii="Calibri" w:hAnsi="Calibri"/>
          <w:sz w:val="20"/>
          <w:szCs w:val="20"/>
        </w:rPr>
        <w:t>From every Christian home a holy light should shine forth. Love should be revealed in action. It should flow out in all home intercourse, showing itself in thoughtful kindness, in gentle, unselfish courtesy. There are homes where this principle is carried out—homes where God is worshiped and truest love reigns. From these homes morning and evening prayer ascends to God as sweet incense, and His mercies and blessings descend upon the suppliants like the morning dew. – Patriarchs and Prophets, pp. 143, 144. That which will make the character lovely in the home is that which will make it lovely in the heavenly mansions. – Child Guidance. p. 481. —Ellen G. White, Reflecting Christ, p. 182</w:t>
      </w:r>
    </w:p>
    <w:p w14:paraId="5A71BE7C" w14:textId="77777777" w:rsidR="00B85B17" w:rsidRDefault="00B85B17" w:rsidP="00AD2E6A">
      <w:pPr>
        <w:pStyle w:val="Heading4"/>
        <w:rPr>
          <w:color w:val="0070C0"/>
          <w:sz w:val="20"/>
          <w:szCs w:val="20"/>
        </w:rPr>
      </w:pPr>
    </w:p>
    <w:p w14:paraId="5AE990B4" w14:textId="5A967E22" w:rsidR="00BC56D0" w:rsidRPr="00504939" w:rsidRDefault="00AD2E6A" w:rsidP="00AD2E6A">
      <w:pPr>
        <w:pStyle w:val="Heading4"/>
        <w:rPr>
          <w:color w:val="0070C0"/>
          <w:sz w:val="20"/>
          <w:szCs w:val="20"/>
        </w:rPr>
      </w:pPr>
      <w:r w:rsidRPr="00504939">
        <w:rPr>
          <w:color w:val="0070C0"/>
          <w:sz w:val="20"/>
          <w:szCs w:val="20"/>
        </w:rPr>
        <w:t>FAMILY DEVOTION: THE BIBLE IS THE VOICE OF GOD TO FAMILIES</w:t>
      </w:r>
    </w:p>
    <w:p w14:paraId="4D6124F4" w14:textId="77777777" w:rsidR="00BC56D0" w:rsidRPr="00504939" w:rsidRDefault="00000000" w:rsidP="005952B1">
      <w:pPr>
        <w:rPr>
          <w:b/>
          <w:bCs/>
          <w:sz w:val="20"/>
          <w:szCs w:val="20"/>
        </w:rPr>
      </w:pPr>
      <w:r w:rsidRPr="00504939">
        <w:rPr>
          <w:rFonts w:ascii="Calibri" w:hAnsi="Calibri"/>
          <w:b/>
          <w:bCs/>
          <w:sz w:val="20"/>
          <w:szCs w:val="20"/>
        </w:rPr>
        <w:t>Key Text: “Children are a heritage from the Lord” — Psalm 127:3</w:t>
      </w:r>
    </w:p>
    <w:p w14:paraId="22D37D22" w14:textId="77777777" w:rsidR="00BC56D0" w:rsidRPr="00504939" w:rsidRDefault="00000000" w:rsidP="00995A8F">
      <w:pPr>
        <w:jc w:val="both"/>
        <w:rPr>
          <w:sz w:val="20"/>
          <w:szCs w:val="20"/>
        </w:rPr>
      </w:pPr>
      <w:r w:rsidRPr="00504939">
        <w:rPr>
          <w:rFonts w:ascii="Calibri" w:hAnsi="Calibri"/>
          <w:sz w:val="20"/>
          <w:szCs w:val="20"/>
        </w:rPr>
        <w:t>The reading reminds us that the strength of the Christian family begins with the Word of God. Parents and ministers alike “need God in their households,” and real change in the spiritual life of the home comes only as families make God’s Word their counselor and their guide. When children are taught that Scripture is “the voice of God addressed to them,” their faith gains a foundation that cannot be shaken by “the incoming tide of skepticism.”</w:t>
      </w:r>
    </w:p>
    <w:p w14:paraId="267448AF" w14:textId="77777777" w:rsidR="00BC56D0" w:rsidRPr="00504939" w:rsidRDefault="00000000" w:rsidP="00995A8F">
      <w:pPr>
        <w:jc w:val="both"/>
        <w:rPr>
          <w:sz w:val="20"/>
          <w:szCs w:val="20"/>
        </w:rPr>
      </w:pPr>
      <w:r w:rsidRPr="00504939">
        <w:rPr>
          <w:rFonts w:ascii="Calibri" w:hAnsi="Calibri"/>
          <w:sz w:val="20"/>
          <w:szCs w:val="20"/>
        </w:rPr>
        <w:t>Yet this strong foundation weakens when prayer is neglected. The reading warns that parents often “have no time for morning and evening worship,” no time to thank God for His mercies, no time to seek His guidance, and no time to invite Jesus’ presence into their home. Children go about their day without the blessing of prayer; parents work and struggle “without one thought of God or heaven,” though their souls are “so precious” that Christ died to redeem them.</w:t>
      </w:r>
    </w:p>
    <w:p w14:paraId="5615386A" w14:textId="77777777" w:rsidR="00BC56D0" w:rsidRPr="00504939" w:rsidRDefault="00000000" w:rsidP="00995A8F">
      <w:pPr>
        <w:rPr>
          <w:sz w:val="20"/>
          <w:szCs w:val="20"/>
        </w:rPr>
      </w:pPr>
      <w:r w:rsidRPr="00504939">
        <w:rPr>
          <w:rFonts w:ascii="Calibri" w:hAnsi="Calibri"/>
          <w:sz w:val="20"/>
          <w:szCs w:val="20"/>
        </w:rPr>
        <w:t>But there is a better way.</w:t>
      </w:r>
      <w:r w:rsidRPr="00504939">
        <w:rPr>
          <w:rFonts w:ascii="Calibri" w:hAnsi="Calibri"/>
          <w:sz w:val="20"/>
          <w:szCs w:val="20"/>
        </w:rPr>
        <w:br/>
        <w:t xml:space="preserve">Like the patriarchs, families are called to erect an altar </w:t>
      </w:r>
      <w:proofErr w:type="gramStart"/>
      <w:r w:rsidRPr="00504939">
        <w:rPr>
          <w:rFonts w:ascii="Calibri" w:hAnsi="Calibri"/>
          <w:sz w:val="20"/>
          <w:szCs w:val="20"/>
        </w:rPr>
        <w:t>to</w:t>
      </w:r>
      <w:proofErr w:type="gramEnd"/>
      <w:r w:rsidRPr="00504939">
        <w:rPr>
          <w:rFonts w:ascii="Calibri" w:hAnsi="Calibri"/>
          <w:sz w:val="20"/>
          <w:szCs w:val="20"/>
        </w:rPr>
        <w:t xml:space="preserve"> the Lord wherever they live. Scripture teaches—and the reading </w:t>
      </w:r>
      <w:r w:rsidRPr="00504939">
        <w:rPr>
          <w:rFonts w:ascii="Calibri" w:hAnsi="Calibri"/>
          <w:sz w:val="20"/>
          <w:szCs w:val="20"/>
        </w:rPr>
        <w:lastRenderedPageBreak/>
        <w:t>affirms—that now, more than ever, “every house should be a house of prayer.” When fathers and mothers lift their hearts to God “morning and evening,” when worship becomes the heartbeat of the home, Jesus Himself loves to tarry there.</w:t>
      </w:r>
    </w:p>
    <w:p w14:paraId="0722285B" w14:textId="77777777" w:rsidR="00BC56D0" w:rsidRPr="00504939" w:rsidRDefault="00000000" w:rsidP="00995A8F">
      <w:pPr>
        <w:jc w:val="both"/>
        <w:rPr>
          <w:sz w:val="20"/>
          <w:szCs w:val="20"/>
        </w:rPr>
      </w:pPr>
      <w:r w:rsidRPr="00504939">
        <w:rPr>
          <w:rFonts w:ascii="Calibri" w:hAnsi="Calibri"/>
          <w:sz w:val="20"/>
          <w:szCs w:val="20"/>
        </w:rPr>
        <w:t>A Christian home is not merely a place of belief—it is a place where love is revealed in action. Kindness, courtesy, gentleness, and unselfishness become the fragrance of the home, as constant and refreshing as “the morning dew.” From such homes, a holy light shines forth, blessing not only the family within but the world beyond. And the same character that brings beauty to the home is the character that will make us lovely in the “heavenly mansions.”</w:t>
      </w:r>
    </w:p>
    <w:p w14:paraId="4472E979" w14:textId="77777777" w:rsidR="00BC56D0" w:rsidRPr="00504939" w:rsidRDefault="00000000" w:rsidP="00995A8F">
      <w:pPr>
        <w:jc w:val="both"/>
        <w:rPr>
          <w:rFonts w:ascii="Calibri" w:hAnsi="Calibri"/>
          <w:sz w:val="20"/>
          <w:szCs w:val="20"/>
        </w:rPr>
      </w:pPr>
      <w:r w:rsidRPr="00504939">
        <w:rPr>
          <w:rFonts w:ascii="Calibri" w:hAnsi="Calibri"/>
          <w:sz w:val="20"/>
          <w:szCs w:val="20"/>
        </w:rPr>
        <w:t>This devotion calls us to bring worship back to the heart of our homes, to let Scripture speak, and to make our family altars burn brightly with prayer, love, and obedience.</w:t>
      </w:r>
    </w:p>
    <w:p w14:paraId="5612706C" w14:textId="700DB70A" w:rsidR="0028250F" w:rsidRPr="00504939" w:rsidRDefault="0028250F" w:rsidP="00D444E3">
      <w:pPr>
        <w:spacing w:after="0"/>
        <w:jc w:val="both"/>
        <w:rPr>
          <w:rFonts w:ascii="Calibri" w:hAnsi="Calibri"/>
          <w:b/>
          <w:bCs/>
          <w:i/>
          <w:iCs/>
          <w:color w:val="0070C0"/>
          <w:sz w:val="20"/>
          <w:szCs w:val="20"/>
        </w:rPr>
      </w:pPr>
      <w:r w:rsidRPr="00504939">
        <w:rPr>
          <w:rFonts w:ascii="Calibri" w:hAnsi="Calibri"/>
          <w:b/>
          <w:bCs/>
          <w:i/>
          <w:iCs/>
          <w:color w:val="0070C0"/>
          <w:sz w:val="20"/>
          <w:szCs w:val="20"/>
        </w:rPr>
        <w:t xml:space="preserve">FAMILY STORY </w:t>
      </w:r>
    </w:p>
    <w:p w14:paraId="3594D1DC" w14:textId="77777777" w:rsidR="0028250F" w:rsidRPr="00504939" w:rsidRDefault="0028250F" w:rsidP="00D444E3">
      <w:pPr>
        <w:spacing w:after="0"/>
        <w:rPr>
          <w:rFonts w:asciiTheme="majorHAnsi" w:hAnsiTheme="majorHAnsi" w:cstheme="majorHAnsi"/>
          <w:sz w:val="20"/>
          <w:szCs w:val="20"/>
          <w:lang w:val="en-FJ"/>
        </w:rPr>
      </w:pPr>
      <w:r w:rsidRPr="00504939">
        <w:rPr>
          <w:rFonts w:asciiTheme="majorHAnsi" w:hAnsiTheme="majorHAnsi" w:cstheme="majorHAnsi"/>
          <w:sz w:val="20"/>
          <w:szCs w:val="20"/>
          <w:lang w:val="en-FJ"/>
        </w:rPr>
        <w:t>In a humble Indian home tucked between narrow streets and busy sounds, the Sharma family lived a full and demanding life. Mornings began early. School bags were packed, lunches hurriedly prepared, and parents rushed to work before the sun grew strong.</w:t>
      </w:r>
    </w:p>
    <w:p w14:paraId="23315C19" w14:textId="5718C4FB" w:rsidR="0028250F" w:rsidRPr="00504939" w:rsidRDefault="0028250F" w:rsidP="0028250F">
      <w:pPr>
        <w:rPr>
          <w:rFonts w:asciiTheme="majorHAnsi" w:hAnsiTheme="majorHAnsi" w:cstheme="majorHAnsi"/>
          <w:sz w:val="20"/>
          <w:szCs w:val="20"/>
          <w:lang w:val="en-FJ"/>
        </w:rPr>
      </w:pPr>
      <w:r w:rsidRPr="00504939">
        <w:rPr>
          <w:rFonts w:asciiTheme="majorHAnsi" w:hAnsiTheme="majorHAnsi" w:cstheme="majorHAnsi"/>
          <w:sz w:val="20"/>
          <w:szCs w:val="20"/>
          <w:lang w:val="en-FJ"/>
        </w:rPr>
        <w:t xml:space="preserve">On the small table in the living room lay an old Bible.  It had belonged to the grandparents. No one had moved it for a long time. </w:t>
      </w:r>
    </w:p>
    <w:p w14:paraId="37A6E5D4" w14:textId="77777777" w:rsidR="0028250F" w:rsidRPr="00504939" w:rsidRDefault="0028250F" w:rsidP="0028250F">
      <w:pPr>
        <w:rPr>
          <w:rFonts w:asciiTheme="majorHAnsi" w:hAnsiTheme="majorHAnsi" w:cstheme="majorHAnsi"/>
          <w:sz w:val="20"/>
          <w:szCs w:val="20"/>
          <w:lang w:val="en-FJ"/>
        </w:rPr>
      </w:pPr>
      <w:r w:rsidRPr="00504939">
        <w:rPr>
          <w:rFonts w:asciiTheme="majorHAnsi" w:hAnsiTheme="majorHAnsi" w:cstheme="majorHAnsi"/>
          <w:sz w:val="20"/>
          <w:szCs w:val="20"/>
          <w:lang w:val="en-FJ"/>
        </w:rPr>
        <w:t>The family believed in God. They prayed silently when trouble came. But morning and evening worship had slowly disappeared. Life felt too full. Time felt too short.</w:t>
      </w:r>
    </w:p>
    <w:p w14:paraId="18CBB914" w14:textId="77777777" w:rsidR="0028250F" w:rsidRPr="00504939" w:rsidRDefault="0028250F" w:rsidP="0028250F">
      <w:pPr>
        <w:rPr>
          <w:rFonts w:asciiTheme="majorHAnsi" w:hAnsiTheme="majorHAnsi" w:cstheme="majorHAnsi"/>
          <w:sz w:val="20"/>
          <w:szCs w:val="20"/>
          <w:lang w:val="en-FJ"/>
        </w:rPr>
      </w:pPr>
      <w:r w:rsidRPr="00504939">
        <w:rPr>
          <w:rFonts w:asciiTheme="majorHAnsi" w:hAnsiTheme="majorHAnsi" w:cstheme="majorHAnsi"/>
          <w:sz w:val="20"/>
          <w:szCs w:val="20"/>
          <w:lang w:val="en-FJ"/>
        </w:rPr>
        <w:t>The children went to school without prayer.</w:t>
      </w:r>
      <w:r w:rsidRPr="00504939">
        <w:rPr>
          <w:rFonts w:asciiTheme="majorHAnsi" w:hAnsiTheme="majorHAnsi" w:cstheme="majorHAnsi"/>
          <w:sz w:val="20"/>
          <w:szCs w:val="20"/>
          <w:lang w:val="en-FJ"/>
        </w:rPr>
        <w:br/>
        <w:t>The parents went to work without seeking God’s counsel.</w:t>
      </w:r>
      <w:r w:rsidRPr="00504939">
        <w:rPr>
          <w:rFonts w:asciiTheme="majorHAnsi" w:hAnsiTheme="majorHAnsi" w:cstheme="majorHAnsi"/>
          <w:sz w:val="20"/>
          <w:szCs w:val="20"/>
          <w:lang w:val="en-FJ"/>
        </w:rPr>
        <w:br/>
        <w:t xml:space="preserve">Days passed </w:t>
      </w:r>
      <w:proofErr w:type="gramStart"/>
      <w:r w:rsidRPr="00504939">
        <w:rPr>
          <w:rFonts w:asciiTheme="majorHAnsi" w:hAnsiTheme="majorHAnsi" w:cstheme="majorHAnsi"/>
          <w:sz w:val="20"/>
          <w:szCs w:val="20"/>
          <w:lang w:val="en-FJ"/>
        </w:rPr>
        <w:t>quickly—productive</w:t>
      </w:r>
      <w:proofErr w:type="gramEnd"/>
      <w:r w:rsidRPr="00504939">
        <w:rPr>
          <w:rFonts w:asciiTheme="majorHAnsi" w:hAnsiTheme="majorHAnsi" w:cstheme="majorHAnsi"/>
          <w:sz w:val="20"/>
          <w:szCs w:val="20"/>
          <w:lang w:val="en-FJ"/>
        </w:rPr>
        <w:t>, successful, yet strangely empty.</w:t>
      </w:r>
    </w:p>
    <w:p w14:paraId="5A87FD8B" w14:textId="77777777" w:rsidR="0028250F" w:rsidRPr="00504939" w:rsidRDefault="0028250F" w:rsidP="0028250F">
      <w:pPr>
        <w:rPr>
          <w:rFonts w:asciiTheme="majorHAnsi" w:hAnsiTheme="majorHAnsi" w:cstheme="majorHAnsi"/>
          <w:sz w:val="20"/>
          <w:szCs w:val="20"/>
          <w:lang w:val="en-FJ"/>
        </w:rPr>
      </w:pPr>
      <w:r w:rsidRPr="00504939">
        <w:rPr>
          <w:rFonts w:asciiTheme="majorHAnsi" w:hAnsiTheme="majorHAnsi" w:cstheme="majorHAnsi"/>
          <w:sz w:val="20"/>
          <w:szCs w:val="20"/>
          <w:lang w:val="en-FJ"/>
        </w:rPr>
        <w:t>One evening, the youngest child came home troubled. A classmate had laughed at her for believing in God and reading the Bible. With tears in her eyes, she asked quietly,</w:t>
      </w:r>
    </w:p>
    <w:p w14:paraId="2E16B010" w14:textId="77777777" w:rsidR="0028250F" w:rsidRPr="00504939" w:rsidRDefault="0028250F" w:rsidP="0028250F">
      <w:pPr>
        <w:rPr>
          <w:rFonts w:asciiTheme="majorHAnsi" w:hAnsiTheme="majorHAnsi" w:cstheme="majorHAnsi"/>
          <w:sz w:val="20"/>
          <w:szCs w:val="20"/>
          <w:lang w:val="en-FJ"/>
        </w:rPr>
      </w:pPr>
      <w:r w:rsidRPr="00504939">
        <w:rPr>
          <w:rFonts w:asciiTheme="majorHAnsi" w:hAnsiTheme="majorHAnsi" w:cstheme="majorHAnsi"/>
          <w:i/>
          <w:iCs/>
          <w:sz w:val="20"/>
          <w:szCs w:val="20"/>
          <w:lang w:val="en-FJ"/>
        </w:rPr>
        <w:t>“Is the Bible really God speaking to us?”</w:t>
      </w:r>
    </w:p>
    <w:p w14:paraId="376D253D" w14:textId="77777777" w:rsidR="0028250F" w:rsidRPr="00504939" w:rsidRDefault="0028250F" w:rsidP="0028250F">
      <w:pPr>
        <w:rPr>
          <w:rFonts w:asciiTheme="majorHAnsi" w:hAnsiTheme="majorHAnsi" w:cstheme="majorHAnsi"/>
          <w:sz w:val="20"/>
          <w:szCs w:val="20"/>
          <w:lang w:val="en-FJ"/>
        </w:rPr>
      </w:pPr>
      <w:r w:rsidRPr="00504939">
        <w:rPr>
          <w:rFonts w:asciiTheme="majorHAnsi" w:hAnsiTheme="majorHAnsi" w:cstheme="majorHAnsi"/>
          <w:sz w:val="20"/>
          <w:szCs w:val="20"/>
          <w:lang w:val="en-FJ"/>
        </w:rPr>
        <w:t>The question pierced the parents’ hearts.</w:t>
      </w:r>
    </w:p>
    <w:p w14:paraId="713A5D50" w14:textId="77777777" w:rsidR="0028250F" w:rsidRPr="00504939" w:rsidRDefault="0028250F" w:rsidP="0028250F">
      <w:pPr>
        <w:rPr>
          <w:rFonts w:asciiTheme="majorHAnsi" w:hAnsiTheme="majorHAnsi" w:cstheme="majorHAnsi"/>
          <w:sz w:val="20"/>
          <w:szCs w:val="20"/>
          <w:lang w:val="en-FJ"/>
        </w:rPr>
      </w:pPr>
      <w:r w:rsidRPr="00504939">
        <w:rPr>
          <w:rFonts w:asciiTheme="majorHAnsi" w:hAnsiTheme="majorHAnsi" w:cstheme="majorHAnsi"/>
          <w:sz w:val="20"/>
          <w:szCs w:val="20"/>
          <w:lang w:val="en-FJ"/>
        </w:rPr>
        <w:t>That night, the father took the Bible from the table, wiped the dust from its cover, and opened Psalm 127:</w:t>
      </w:r>
      <w:r w:rsidRPr="00504939">
        <w:rPr>
          <w:rFonts w:asciiTheme="majorHAnsi" w:hAnsiTheme="majorHAnsi" w:cstheme="majorHAnsi"/>
          <w:sz w:val="20"/>
          <w:szCs w:val="20"/>
          <w:lang w:val="en-FJ"/>
        </w:rPr>
        <w:br/>
        <w:t>“Children are a heritage from the Lord.”</w:t>
      </w:r>
    </w:p>
    <w:p w14:paraId="671AC331" w14:textId="77777777" w:rsidR="0028250F" w:rsidRPr="00504939" w:rsidRDefault="0028250F" w:rsidP="0028250F">
      <w:pPr>
        <w:rPr>
          <w:rFonts w:asciiTheme="majorHAnsi" w:hAnsiTheme="majorHAnsi" w:cstheme="majorHAnsi"/>
          <w:sz w:val="20"/>
          <w:szCs w:val="20"/>
          <w:lang w:val="en-FJ"/>
        </w:rPr>
      </w:pPr>
      <w:r w:rsidRPr="00504939">
        <w:rPr>
          <w:rFonts w:asciiTheme="majorHAnsi" w:hAnsiTheme="majorHAnsi" w:cstheme="majorHAnsi"/>
          <w:sz w:val="20"/>
          <w:szCs w:val="20"/>
          <w:lang w:val="en-FJ"/>
        </w:rPr>
        <w:t>For the first time in many days, the family sat together—not around a screen, but around God’s Word.</w:t>
      </w:r>
    </w:p>
    <w:p w14:paraId="08BF15D5" w14:textId="480BB542" w:rsidR="0028250F" w:rsidRPr="00504939" w:rsidRDefault="0028250F" w:rsidP="0028250F">
      <w:pPr>
        <w:rPr>
          <w:rFonts w:asciiTheme="majorHAnsi" w:hAnsiTheme="majorHAnsi" w:cstheme="majorHAnsi"/>
          <w:sz w:val="20"/>
          <w:szCs w:val="20"/>
          <w:lang w:val="en-FJ"/>
        </w:rPr>
      </w:pPr>
      <w:r w:rsidRPr="00504939">
        <w:rPr>
          <w:rFonts w:asciiTheme="majorHAnsi" w:hAnsiTheme="majorHAnsi" w:cstheme="majorHAnsi"/>
          <w:sz w:val="20"/>
          <w:szCs w:val="20"/>
          <w:lang w:val="en-FJ"/>
        </w:rPr>
        <w:t xml:space="preserve">They read </w:t>
      </w:r>
      <w:proofErr w:type="gramStart"/>
      <w:r w:rsidRPr="00504939">
        <w:rPr>
          <w:rFonts w:asciiTheme="majorHAnsi" w:hAnsiTheme="majorHAnsi" w:cstheme="majorHAnsi"/>
          <w:sz w:val="20"/>
          <w:szCs w:val="20"/>
          <w:lang w:val="en-FJ"/>
        </w:rPr>
        <w:t>slowly</w:t>
      </w:r>
      <w:r w:rsidR="00671995">
        <w:rPr>
          <w:rFonts w:asciiTheme="majorHAnsi" w:hAnsiTheme="majorHAnsi" w:cstheme="majorHAnsi"/>
          <w:sz w:val="20"/>
          <w:szCs w:val="20"/>
          <w:lang w:val="en-FJ"/>
        </w:rPr>
        <w:t xml:space="preserve">,   </w:t>
      </w:r>
      <w:proofErr w:type="gramEnd"/>
      <w:r w:rsidR="00671995">
        <w:rPr>
          <w:rFonts w:asciiTheme="majorHAnsi" w:hAnsiTheme="majorHAnsi" w:cstheme="majorHAnsi"/>
          <w:sz w:val="20"/>
          <w:szCs w:val="20"/>
          <w:lang w:val="en-FJ"/>
        </w:rPr>
        <w:t>th</w:t>
      </w:r>
      <w:r w:rsidRPr="00504939">
        <w:rPr>
          <w:rFonts w:asciiTheme="majorHAnsi" w:hAnsiTheme="majorHAnsi" w:cstheme="majorHAnsi"/>
          <w:sz w:val="20"/>
          <w:szCs w:val="20"/>
          <w:lang w:val="en-FJ"/>
        </w:rPr>
        <w:t>ey prayed simply</w:t>
      </w:r>
      <w:r w:rsidR="00671995">
        <w:rPr>
          <w:rFonts w:asciiTheme="majorHAnsi" w:hAnsiTheme="majorHAnsi" w:cstheme="majorHAnsi"/>
          <w:sz w:val="20"/>
          <w:szCs w:val="20"/>
          <w:lang w:val="en-FJ"/>
        </w:rPr>
        <w:t>, t</w:t>
      </w:r>
      <w:r w:rsidRPr="00504939">
        <w:rPr>
          <w:rFonts w:asciiTheme="majorHAnsi" w:hAnsiTheme="majorHAnsi" w:cstheme="majorHAnsi"/>
          <w:sz w:val="20"/>
          <w:szCs w:val="20"/>
          <w:lang w:val="en-FJ"/>
        </w:rPr>
        <w:t>hey spoke gently.</w:t>
      </w:r>
    </w:p>
    <w:p w14:paraId="25B5367E" w14:textId="77777777" w:rsidR="0028250F" w:rsidRPr="00504939" w:rsidRDefault="0028250F" w:rsidP="0028250F">
      <w:pPr>
        <w:rPr>
          <w:rFonts w:asciiTheme="majorHAnsi" w:hAnsiTheme="majorHAnsi" w:cstheme="majorHAnsi"/>
          <w:sz w:val="20"/>
          <w:szCs w:val="20"/>
          <w:lang w:val="en-FJ"/>
        </w:rPr>
      </w:pPr>
      <w:r w:rsidRPr="00504939">
        <w:rPr>
          <w:rFonts w:asciiTheme="majorHAnsi" w:hAnsiTheme="majorHAnsi" w:cstheme="majorHAnsi"/>
          <w:sz w:val="20"/>
          <w:szCs w:val="20"/>
          <w:lang w:val="en-FJ"/>
        </w:rPr>
        <w:t>The next morning, something new happened. Before rushing out, they paused. The father prayed. The mother thanked God. The children listened—wide</w:t>
      </w:r>
      <w:r w:rsidRPr="00504939">
        <w:rPr>
          <w:rFonts w:asciiTheme="majorHAnsi" w:hAnsiTheme="majorHAnsi" w:cstheme="majorHAnsi"/>
          <w:sz w:val="20"/>
          <w:szCs w:val="20"/>
          <w:lang w:val="en-FJ"/>
        </w:rPr>
        <w:noBreakHyphen/>
        <w:t>eyed.</w:t>
      </w:r>
    </w:p>
    <w:p w14:paraId="544BAA7D" w14:textId="6A9FBB25" w:rsidR="0028250F" w:rsidRPr="00504939" w:rsidRDefault="0028250F" w:rsidP="0028250F">
      <w:pPr>
        <w:rPr>
          <w:rFonts w:asciiTheme="majorHAnsi" w:hAnsiTheme="majorHAnsi" w:cstheme="majorHAnsi"/>
          <w:sz w:val="20"/>
          <w:szCs w:val="20"/>
          <w:lang w:val="en-FJ"/>
        </w:rPr>
      </w:pPr>
      <w:r w:rsidRPr="00504939">
        <w:rPr>
          <w:rFonts w:asciiTheme="majorHAnsi" w:hAnsiTheme="majorHAnsi" w:cstheme="majorHAnsi"/>
          <w:sz w:val="20"/>
          <w:szCs w:val="20"/>
          <w:lang w:val="en-FJ"/>
        </w:rPr>
        <w:t>From then on, worship returned.</w:t>
      </w:r>
      <w:r w:rsidR="00671995">
        <w:rPr>
          <w:rFonts w:asciiTheme="majorHAnsi" w:hAnsiTheme="majorHAnsi" w:cstheme="majorHAnsi"/>
          <w:sz w:val="20"/>
          <w:szCs w:val="20"/>
          <w:lang w:val="en-FJ"/>
        </w:rPr>
        <w:t xml:space="preserve">  </w:t>
      </w:r>
      <w:r w:rsidRPr="00504939">
        <w:rPr>
          <w:rFonts w:asciiTheme="majorHAnsi" w:hAnsiTheme="majorHAnsi" w:cstheme="majorHAnsi"/>
          <w:sz w:val="20"/>
          <w:szCs w:val="20"/>
          <w:lang w:val="en-FJ"/>
        </w:rPr>
        <w:t xml:space="preserve">Not </w:t>
      </w:r>
      <w:proofErr w:type="gramStart"/>
      <w:r w:rsidRPr="00504939">
        <w:rPr>
          <w:rFonts w:asciiTheme="majorHAnsi" w:hAnsiTheme="majorHAnsi" w:cstheme="majorHAnsi"/>
          <w:sz w:val="20"/>
          <w:szCs w:val="20"/>
          <w:lang w:val="en-FJ"/>
        </w:rPr>
        <w:t>long</w:t>
      </w:r>
      <w:r w:rsidR="00224AE5">
        <w:rPr>
          <w:rFonts w:asciiTheme="majorHAnsi" w:hAnsiTheme="majorHAnsi" w:cstheme="majorHAnsi"/>
          <w:sz w:val="20"/>
          <w:szCs w:val="20"/>
          <w:lang w:val="en-FJ"/>
        </w:rPr>
        <w:t xml:space="preserve">, </w:t>
      </w:r>
      <w:r w:rsidRPr="00504939">
        <w:rPr>
          <w:rFonts w:asciiTheme="majorHAnsi" w:hAnsiTheme="majorHAnsi" w:cstheme="majorHAnsi"/>
          <w:sz w:val="20"/>
          <w:szCs w:val="20"/>
          <w:lang w:val="en-FJ"/>
        </w:rPr>
        <w:t xml:space="preserve"> </w:t>
      </w:r>
      <w:r w:rsidR="00224AE5">
        <w:rPr>
          <w:rFonts w:asciiTheme="majorHAnsi" w:hAnsiTheme="majorHAnsi" w:cstheme="majorHAnsi"/>
          <w:sz w:val="20"/>
          <w:szCs w:val="20"/>
          <w:lang w:val="en-FJ"/>
        </w:rPr>
        <w:t>n</w:t>
      </w:r>
      <w:r w:rsidRPr="00504939">
        <w:rPr>
          <w:rFonts w:asciiTheme="majorHAnsi" w:hAnsiTheme="majorHAnsi" w:cstheme="majorHAnsi"/>
          <w:sz w:val="20"/>
          <w:szCs w:val="20"/>
          <w:lang w:val="en-FJ"/>
        </w:rPr>
        <w:t>ot</w:t>
      </w:r>
      <w:proofErr w:type="gramEnd"/>
      <w:r w:rsidRPr="00504939">
        <w:rPr>
          <w:rFonts w:asciiTheme="majorHAnsi" w:hAnsiTheme="majorHAnsi" w:cstheme="majorHAnsi"/>
          <w:sz w:val="20"/>
          <w:szCs w:val="20"/>
          <w:lang w:val="en-FJ"/>
        </w:rPr>
        <w:t xml:space="preserve"> perfect</w:t>
      </w:r>
      <w:r w:rsidR="00224AE5">
        <w:rPr>
          <w:rFonts w:asciiTheme="majorHAnsi" w:hAnsiTheme="majorHAnsi" w:cstheme="majorHAnsi"/>
          <w:sz w:val="20"/>
          <w:szCs w:val="20"/>
          <w:lang w:val="en-FJ"/>
        </w:rPr>
        <w:t xml:space="preserve"> b</w:t>
      </w:r>
      <w:r w:rsidRPr="00504939">
        <w:rPr>
          <w:rFonts w:asciiTheme="majorHAnsi" w:hAnsiTheme="majorHAnsi" w:cstheme="majorHAnsi"/>
          <w:sz w:val="20"/>
          <w:szCs w:val="20"/>
          <w:lang w:val="en-FJ"/>
        </w:rPr>
        <w:t>ut faithful.</w:t>
      </w:r>
    </w:p>
    <w:p w14:paraId="75D86987" w14:textId="77777777" w:rsidR="0028250F" w:rsidRPr="00504939" w:rsidRDefault="0028250F" w:rsidP="0028250F">
      <w:pPr>
        <w:rPr>
          <w:rFonts w:asciiTheme="majorHAnsi" w:hAnsiTheme="majorHAnsi" w:cstheme="majorHAnsi"/>
          <w:sz w:val="20"/>
          <w:szCs w:val="20"/>
          <w:lang w:val="en-FJ"/>
        </w:rPr>
      </w:pPr>
      <w:r w:rsidRPr="00504939">
        <w:rPr>
          <w:rFonts w:asciiTheme="majorHAnsi" w:hAnsiTheme="majorHAnsi" w:cstheme="majorHAnsi"/>
          <w:sz w:val="20"/>
          <w:szCs w:val="20"/>
          <w:lang w:val="en-FJ"/>
        </w:rPr>
        <w:t xml:space="preserve">Morning and evening, the Bible spoke again in that home. Children learned that Scripture was not merely an old book—it was </w:t>
      </w:r>
      <w:r w:rsidRPr="00504939">
        <w:rPr>
          <w:rFonts w:asciiTheme="majorHAnsi" w:hAnsiTheme="majorHAnsi" w:cstheme="majorHAnsi"/>
          <w:b/>
          <w:bCs/>
          <w:sz w:val="20"/>
          <w:szCs w:val="20"/>
          <w:lang w:val="en-FJ"/>
        </w:rPr>
        <w:t>God’s voice speaking to them</w:t>
      </w:r>
      <w:r w:rsidRPr="00504939">
        <w:rPr>
          <w:rFonts w:asciiTheme="majorHAnsi" w:hAnsiTheme="majorHAnsi" w:cstheme="majorHAnsi"/>
          <w:sz w:val="20"/>
          <w:szCs w:val="20"/>
          <w:lang w:val="en-FJ"/>
        </w:rPr>
        <w:t>. Words of kindness replaced sharp replies. Courtesy returned. Forgiveness became natural.</w:t>
      </w:r>
    </w:p>
    <w:p w14:paraId="0A55645F" w14:textId="77777777" w:rsidR="0028250F" w:rsidRPr="00504939" w:rsidRDefault="0028250F" w:rsidP="0028250F">
      <w:pPr>
        <w:rPr>
          <w:rFonts w:asciiTheme="majorHAnsi" w:hAnsiTheme="majorHAnsi" w:cstheme="majorHAnsi"/>
          <w:sz w:val="20"/>
          <w:szCs w:val="20"/>
          <w:lang w:val="en-FJ"/>
        </w:rPr>
      </w:pPr>
      <w:r w:rsidRPr="00504939">
        <w:rPr>
          <w:rFonts w:asciiTheme="majorHAnsi" w:hAnsiTheme="majorHAnsi" w:cstheme="majorHAnsi"/>
          <w:sz w:val="20"/>
          <w:szCs w:val="20"/>
          <w:lang w:val="en-FJ"/>
        </w:rPr>
        <w:t>Visitors felt it.</w:t>
      </w:r>
      <w:r w:rsidRPr="00504939">
        <w:rPr>
          <w:rFonts w:asciiTheme="majorHAnsi" w:hAnsiTheme="majorHAnsi" w:cstheme="majorHAnsi"/>
          <w:sz w:val="20"/>
          <w:szCs w:val="20"/>
          <w:lang w:val="en-FJ"/>
        </w:rPr>
        <w:br/>
        <w:t>Peace rested there.</w:t>
      </w:r>
      <w:r w:rsidRPr="00504939">
        <w:rPr>
          <w:rFonts w:asciiTheme="majorHAnsi" w:hAnsiTheme="majorHAnsi" w:cstheme="majorHAnsi"/>
          <w:sz w:val="20"/>
          <w:szCs w:val="20"/>
          <w:lang w:val="en-FJ"/>
        </w:rPr>
        <w:br/>
        <w:t>Love flowed quietly.</w:t>
      </w:r>
    </w:p>
    <w:p w14:paraId="08F83B99" w14:textId="77777777" w:rsidR="0028250F" w:rsidRPr="00504939" w:rsidRDefault="0028250F" w:rsidP="0028250F">
      <w:pPr>
        <w:rPr>
          <w:rFonts w:asciiTheme="majorHAnsi" w:hAnsiTheme="majorHAnsi" w:cstheme="majorHAnsi"/>
          <w:sz w:val="20"/>
          <w:szCs w:val="20"/>
          <w:lang w:val="en-FJ"/>
        </w:rPr>
      </w:pPr>
      <w:r w:rsidRPr="00504939">
        <w:rPr>
          <w:rFonts w:asciiTheme="majorHAnsi" w:hAnsiTheme="majorHAnsi" w:cstheme="majorHAnsi"/>
          <w:sz w:val="20"/>
          <w:szCs w:val="20"/>
          <w:lang w:val="en-FJ"/>
        </w:rPr>
        <w:lastRenderedPageBreak/>
        <w:t>Years later, when doubts came and questions rose—as they always do—the children remembered a home where the Bible was opened, prayer was offered, and God was real.</w:t>
      </w:r>
    </w:p>
    <w:p w14:paraId="36132111" w14:textId="77777777" w:rsidR="0028250F" w:rsidRPr="00504939" w:rsidRDefault="0028250F" w:rsidP="0028250F">
      <w:pPr>
        <w:rPr>
          <w:rFonts w:asciiTheme="majorHAnsi" w:hAnsiTheme="majorHAnsi" w:cstheme="majorHAnsi"/>
          <w:sz w:val="20"/>
          <w:szCs w:val="20"/>
          <w:lang w:val="en-FJ"/>
        </w:rPr>
      </w:pPr>
      <w:r w:rsidRPr="00504939">
        <w:rPr>
          <w:rFonts w:asciiTheme="majorHAnsi" w:hAnsiTheme="majorHAnsi" w:cstheme="majorHAnsi"/>
          <w:sz w:val="20"/>
          <w:szCs w:val="20"/>
          <w:lang w:val="en-FJ"/>
        </w:rPr>
        <w:t>The light from that small home reached far beyond its walls.</w:t>
      </w:r>
    </w:p>
    <w:p w14:paraId="0773AC90" w14:textId="560F3A00" w:rsidR="00BC56D0" w:rsidRPr="00504939" w:rsidRDefault="00AD2E6A" w:rsidP="00AD2E6A">
      <w:pPr>
        <w:pStyle w:val="Heading4"/>
        <w:rPr>
          <w:color w:val="0070C0"/>
          <w:sz w:val="20"/>
          <w:szCs w:val="20"/>
        </w:rPr>
      </w:pPr>
      <w:r w:rsidRPr="00504939">
        <w:rPr>
          <w:color w:val="0070C0"/>
          <w:sz w:val="20"/>
          <w:szCs w:val="20"/>
        </w:rPr>
        <w:t>REFLECTION QUESTIONS</w:t>
      </w:r>
    </w:p>
    <w:p w14:paraId="7BAFCF79" w14:textId="77777777" w:rsidR="00BC56D0" w:rsidRPr="00504939" w:rsidRDefault="00000000" w:rsidP="00AD2E6A">
      <w:pPr>
        <w:pStyle w:val="ListParagraph"/>
        <w:numPr>
          <w:ilvl w:val="0"/>
          <w:numId w:val="29"/>
        </w:numPr>
        <w:ind w:left="426" w:hanging="426"/>
        <w:rPr>
          <w:sz w:val="20"/>
          <w:szCs w:val="20"/>
        </w:rPr>
      </w:pPr>
      <w:r w:rsidRPr="00504939">
        <w:rPr>
          <w:rFonts w:ascii="Calibri" w:hAnsi="Calibri"/>
          <w:sz w:val="20"/>
          <w:szCs w:val="20"/>
        </w:rPr>
        <w:t xml:space="preserve">What specific habits or distractions have caused our family </w:t>
      </w:r>
      <w:proofErr w:type="gramStart"/>
      <w:r w:rsidRPr="00504939">
        <w:rPr>
          <w:rFonts w:ascii="Calibri" w:hAnsi="Calibri"/>
          <w:sz w:val="20"/>
          <w:szCs w:val="20"/>
        </w:rPr>
        <w:t>altar—morning and evening worship—to grow weak or neglected</w:t>
      </w:r>
      <w:proofErr w:type="gramEnd"/>
      <w:r w:rsidRPr="00504939">
        <w:rPr>
          <w:rFonts w:ascii="Calibri" w:hAnsi="Calibri"/>
          <w:sz w:val="20"/>
          <w:szCs w:val="20"/>
        </w:rPr>
        <w:t>?</w:t>
      </w:r>
    </w:p>
    <w:p w14:paraId="22B759E2" w14:textId="77777777" w:rsidR="00BC56D0" w:rsidRPr="00504939" w:rsidRDefault="00000000" w:rsidP="00AD2E6A">
      <w:pPr>
        <w:pStyle w:val="ListParagraph"/>
        <w:numPr>
          <w:ilvl w:val="0"/>
          <w:numId w:val="29"/>
        </w:numPr>
        <w:ind w:left="426" w:hanging="426"/>
        <w:rPr>
          <w:sz w:val="20"/>
          <w:szCs w:val="20"/>
        </w:rPr>
      </w:pPr>
      <w:r w:rsidRPr="00504939">
        <w:rPr>
          <w:rFonts w:ascii="Calibri" w:hAnsi="Calibri"/>
          <w:sz w:val="20"/>
          <w:szCs w:val="20"/>
        </w:rPr>
        <w:t>How can we more intentionally teach our children that the Bible is God’s voice speaking personally to them?</w:t>
      </w:r>
    </w:p>
    <w:p w14:paraId="6EFFEF91" w14:textId="77777777" w:rsidR="00BC56D0" w:rsidRPr="00504939" w:rsidRDefault="00000000" w:rsidP="00AD2E6A">
      <w:pPr>
        <w:pStyle w:val="ListParagraph"/>
        <w:numPr>
          <w:ilvl w:val="0"/>
          <w:numId w:val="29"/>
        </w:numPr>
        <w:ind w:left="426" w:hanging="426"/>
        <w:rPr>
          <w:sz w:val="20"/>
          <w:szCs w:val="20"/>
        </w:rPr>
      </w:pPr>
      <w:r w:rsidRPr="00504939">
        <w:rPr>
          <w:rFonts w:ascii="Calibri" w:hAnsi="Calibri"/>
          <w:sz w:val="20"/>
          <w:szCs w:val="20"/>
        </w:rPr>
        <w:t>What acts of kindness, courtesy, or love can we practice this week to let a “holy light” shine from our home?</w:t>
      </w:r>
    </w:p>
    <w:p w14:paraId="6B967DEB" w14:textId="0958A8B0" w:rsidR="00BC56D0" w:rsidRPr="00504939" w:rsidRDefault="00AD2E6A" w:rsidP="00AD2E6A">
      <w:pPr>
        <w:pStyle w:val="Heading4"/>
        <w:rPr>
          <w:color w:val="0070C0"/>
          <w:sz w:val="20"/>
          <w:szCs w:val="20"/>
        </w:rPr>
      </w:pPr>
      <w:r w:rsidRPr="00504939">
        <w:rPr>
          <w:color w:val="0070C0"/>
          <w:sz w:val="20"/>
          <w:szCs w:val="20"/>
        </w:rPr>
        <w:t>FAMILY ACTIVITY: “BUILD THE FAMILY ALTAR”</w:t>
      </w:r>
    </w:p>
    <w:p w14:paraId="654C1FA1" w14:textId="34665528" w:rsidR="00AD2E6A" w:rsidRPr="00504939" w:rsidRDefault="00000000" w:rsidP="005952B1">
      <w:pPr>
        <w:rPr>
          <w:rFonts w:ascii="Calibri" w:hAnsi="Calibri"/>
          <w:sz w:val="20"/>
          <w:szCs w:val="20"/>
        </w:rPr>
      </w:pPr>
      <w:r w:rsidRPr="00504939">
        <w:rPr>
          <w:rFonts w:ascii="Calibri" w:hAnsi="Calibri"/>
          <w:b/>
          <w:bCs/>
          <w:sz w:val="20"/>
          <w:szCs w:val="20"/>
        </w:rPr>
        <w:t>Materials:</w:t>
      </w:r>
      <w:r w:rsidRPr="00504939">
        <w:rPr>
          <w:rFonts w:ascii="Calibri" w:hAnsi="Calibri"/>
          <w:sz w:val="20"/>
          <w:szCs w:val="20"/>
        </w:rPr>
        <w:t xml:space="preserve"> </w:t>
      </w:r>
    </w:p>
    <w:p w14:paraId="07697E1C" w14:textId="294C0AEE" w:rsidR="00BC56D0" w:rsidRPr="00504939" w:rsidRDefault="00000000" w:rsidP="005952B1">
      <w:pPr>
        <w:rPr>
          <w:sz w:val="20"/>
          <w:szCs w:val="20"/>
        </w:rPr>
      </w:pPr>
      <w:r w:rsidRPr="00504939">
        <w:rPr>
          <w:rFonts w:ascii="Calibri" w:hAnsi="Calibri"/>
          <w:sz w:val="20"/>
          <w:szCs w:val="20"/>
        </w:rPr>
        <w:t>A Bible, a candle or lamp (optional), small slips of paper.</w:t>
      </w:r>
    </w:p>
    <w:p w14:paraId="7517B4A3" w14:textId="77777777" w:rsidR="00BC56D0" w:rsidRPr="00504939" w:rsidRDefault="00000000" w:rsidP="005952B1">
      <w:pPr>
        <w:rPr>
          <w:b/>
          <w:bCs/>
          <w:sz w:val="20"/>
          <w:szCs w:val="20"/>
        </w:rPr>
      </w:pPr>
      <w:r w:rsidRPr="00504939">
        <w:rPr>
          <w:rFonts w:ascii="Calibri" w:hAnsi="Calibri"/>
          <w:b/>
          <w:bCs/>
          <w:sz w:val="20"/>
          <w:szCs w:val="20"/>
        </w:rPr>
        <w:t>Steps:</w:t>
      </w:r>
    </w:p>
    <w:p w14:paraId="2979C176" w14:textId="77777777" w:rsidR="00BC56D0" w:rsidRPr="00504939" w:rsidRDefault="00000000" w:rsidP="00AD2E6A">
      <w:pPr>
        <w:pStyle w:val="ListParagraph"/>
        <w:numPr>
          <w:ilvl w:val="0"/>
          <w:numId w:val="30"/>
        </w:numPr>
        <w:rPr>
          <w:sz w:val="20"/>
          <w:szCs w:val="20"/>
        </w:rPr>
      </w:pPr>
      <w:proofErr w:type="gramStart"/>
      <w:r w:rsidRPr="00504939">
        <w:rPr>
          <w:rFonts w:ascii="Calibri" w:hAnsi="Calibri"/>
          <w:sz w:val="20"/>
          <w:szCs w:val="20"/>
        </w:rPr>
        <w:t>Gather together</w:t>
      </w:r>
      <w:proofErr w:type="gramEnd"/>
      <w:r w:rsidRPr="00504939">
        <w:rPr>
          <w:rFonts w:ascii="Calibri" w:hAnsi="Calibri"/>
          <w:sz w:val="20"/>
          <w:szCs w:val="20"/>
        </w:rPr>
        <w:t xml:space="preserve"> and open the Bible to a favorite promise.</w:t>
      </w:r>
    </w:p>
    <w:p w14:paraId="3EFF833D" w14:textId="77777777" w:rsidR="00BC56D0" w:rsidRPr="00504939" w:rsidRDefault="00000000" w:rsidP="00AD2E6A">
      <w:pPr>
        <w:pStyle w:val="ListParagraph"/>
        <w:numPr>
          <w:ilvl w:val="0"/>
          <w:numId w:val="30"/>
        </w:numPr>
        <w:rPr>
          <w:sz w:val="20"/>
          <w:szCs w:val="20"/>
        </w:rPr>
      </w:pPr>
      <w:r w:rsidRPr="00504939">
        <w:rPr>
          <w:rFonts w:ascii="Calibri" w:hAnsi="Calibri"/>
          <w:sz w:val="20"/>
          <w:szCs w:val="20"/>
        </w:rPr>
        <w:t>Each family member writes down one thing they want to bring to the family altar this week—gratitude, obedience, prayer, kindness, patience, etc.</w:t>
      </w:r>
    </w:p>
    <w:p w14:paraId="6B5A9DEA" w14:textId="77777777" w:rsidR="00BC56D0" w:rsidRPr="00504939" w:rsidRDefault="00000000" w:rsidP="00AD2E6A">
      <w:pPr>
        <w:pStyle w:val="ListParagraph"/>
        <w:numPr>
          <w:ilvl w:val="0"/>
          <w:numId w:val="30"/>
        </w:numPr>
        <w:rPr>
          <w:sz w:val="20"/>
          <w:szCs w:val="20"/>
        </w:rPr>
      </w:pPr>
      <w:r w:rsidRPr="00504939">
        <w:rPr>
          <w:rFonts w:ascii="Calibri" w:hAnsi="Calibri"/>
          <w:sz w:val="20"/>
          <w:szCs w:val="20"/>
        </w:rPr>
        <w:t>Place all the papers in a bowl.</w:t>
      </w:r>
    </w:p>
    <w:p w14:paraId="0E690349" w14:textId="77777777" w:rsidR="00BC56D0" w:rsidRPr="00504939" w:rsidRDefault="00000000" w:rsidP="00AD2E6A">
      <w:pPr>
        <w:pStyle w:val="ListParagraph"/>
        <w:numPr>
          <w:ilvl w:val="0"/>
          <w:numId w:val="30"/>
        </w:numPr>
        <w:rPr>
          <w:sz w:val="20"/>
          <w:szCs w:val="20"/>
        </w:rPr>
      </w:pPr>
      <w:r w:rsidRPr="00504939">
        <w:rPr>
          <w:rFonts w:ascii="Calibri" w:hAnsi="Calibri"/>
          <w:sz w:val="20"/>
          <w:szCs w:val="20"/>
        </w:rPr>
        <w:t>Choose one slip each day during family worship and pray specifically for that quality.</w:t>
      </w:r>
    </w:p>
    <w:p w14:paraId="6DAFC2EF" w14:textId="77777777" w:rsidR="00BC56D0" w:rsidRPr="00504939" w:rsidRDefault="00000000" w:rsidP="00AD2E6A">
      <w:pPr>
        <w:pStyle w:val="ListParagraph"/>
        <w:numPr>
          <w:ilvl w:val="0"/>
          <w:numId w:val="30"/>
        </w:numPr>
        <w:rPr>
          <w:sz w:val="20"/>
          <w:szCs w:val="20"/>
        </w:rPr>
      </w:pPr>
      <w:r w:rsidRPr="00504939">
        <w:rPr>
          <w:rFonts w:ascii="Calibri" w:hAnsi="Calibri"/>
          <w:sz w:val="20"/>
          <w:szCs w:val="20"/>
        </w:rPr>
        <w:t>End with each family member speaking one sentence of gratitude to God.</w:t>
      </w:r>
    </w:p>
    <w:p w14:paraId="7E728EE6" w14:textId="0E734A62" w:rsidR="00AD2E6A" w:rsidRPr="00504939" w:rsidRDefault="00000000" w:rsidP="005952B1">
      <w:pPr>
        <w:rPr>
          <w:rFonts w:ascii="Calibri" w:hAnsi="Calibri"/>
          <w:sz w:val="20"/>
          <w:szCs w:val="20"/>
        </w:rPr>
      </w:pPr>
      <w:r w:rsidRPr="00504939">
        <w:rPr>
          <w:rFonts w:ascii="Calibri" w:hAnsi="Calibri"/>
          <w:b/>
          <w:bCs/>
          <w:sz w:val="20"/>
          <w:szCs w:val="20"/>
        </w:rPr>
        <w:t>Purpose:</w:t>
      </w:r>
      <w:r w:rsidR="00D10687" w:rsidRPr="00504939">
        <w:rPr>
          <w:rFonts w:ascii="Calibri" w:hAnsi="Calibri"/>
          <w:b/>
          <w:bCs/>
          <w:sz w:val="20"/>
          <w:szCs w:val="20"/>
        </w:rPr>
        <w:t xml:space="preserve">   </w:t>
      </w:r>
    </w:p>
    <w:p w14:paraId="0AD64C9B" w14:textId="0BE10478" w:rsidR="00BC56D0" w:rsidRPr="00504939" w:rsidRDefault="00000000" w:rsidP="005952B1">
      <w:pPr>
        <w:rPr>
          <w:sz w:val="20"/>
          <w:szCs w:val="20"/>
        </w:rPr>
      </w:pPr>
      <w:r w:rsidRPr="00504939">
        <w:rPr>
          <w:rFonts w:ascii="Calibri" w:hAnsi="Calibri"/>
          <w:sz w:val="20"/>
          <w:szCs w:val="20"/>
        </w:rPr>
        <w:t>To help the family rebuild or strengthen daily worship, letting everyone participate in shaping a Christ-filled home.</w:t>
      </w:r>
    </w:p>
    <w:p w14:paraId="5A457A7F" w14:textId="17815D6E" w:rsidR="00BC56D0" w:rsidRPr="00504939" w:rsidRDefault="00AD2E6A" w:rsidP="00AD2E6A">
      <w:pPr>
        <w:pStyle w:val="Heading4"/>
        <w:rPr>
          <w:color w:val="0070C0"/>
          <w:sz w:val="20"/>
          <w:szCs w:val="20"/>
        </w:rPr>
      </w:pPr>
      <w:r w:rsidRPr="00504939">
        <w:rPr>
          <w:color w:val="0070C0"/>
          <w:sz w:val="20"/>
          <w:szCs w:val="20"/>
        </w:rPr>
        <w:t>TRANSITION TO THE SERMON: BURIED AND FORGOTTEN BY GOD</w:t>
      </w:r>
    </w:p>
    <w:p w14:paraId="36795013" w14:textId="77777777" w:rsidR="00BC56D0" w:rsidRPr="00504939" w:rsidRDefault="00000000" w:rsidP="005952B1">
      <w:pPr>
        <w:rPr>
          <w:sz w:val="20"/>
          <w:szCs w:val="20"/>
        </w:rPr>
      </w:pPr>
      <w:r w:rsidRPr="00504939">
        <w:rPr>
          <w:rFonts w:ascii="Calibri" w:hAnsi="Calibri"/>
          <w:sz w:val="20"/>
          <w:szCs w:val="20"/>
        </w:rPr>
        <w:t>Just as the home must be anchored in God’s Word, our hope for salvation must also rest on God’s promises. Tonight’s message, “Buried and Forgotten by God,” explores how God deals with sin—how He forgives, cleanses, and buries it completely.</w:t>
      </w:r>
    </w:p>
    <w:p w14:paraId="6701BEFE" w14:textId="77777777" w:rsidR="00BC56D0" w:rsidRPr="00504939" w:rsidRDefault="00000000" w:rsidP="005952B1">
      <w:pPr>
        <w:rPr>
          <w:sz w:val="20"/>
          <w:szCs w:val="20"/>
        </w:rPr>
      </w:pPr>
      <w:r w:rsidRPr="00504939">
        <w:rPr>
          <w:rFonts w:ascii="Calibri" w:hAnsi="Calibri"/>
          <w:sz w:val="20"/>
          <w:szCs w:val="20"/>
        </w:rPr>
        <w:t>A home rooted in Scripture prepares hearts to understand this truth:</w:t>
      </w:r>
      <w:r w:rsidRPr="00504939">
        <w:rPr>
          <w:rFonts w:ascii="Calibri" w:hAnsi="Calibri"/>
          <w:sz w:val="20"/>
          <w:szCs w:val="20"/>
        </w:rPr>
        <w:br/>
        <w:t>The same God who calls families to prayer is the God who remembers our sins no more.</w:t>
      </w:r>
      <w:r w:rsidRPr="00504939">
        <w:rPr>
          <w:rFonts w:ascii="Calibri" w:hAnsi="Calibri"/>
          <w:sz w:val="20"/>
          <w:szCs w:val="20"/>
        </w:rPr>
        <w:br/>
        <w:t>As we move into the sermon, may our hearts be open to the beauty of God’s mercy and the power of His grace.</w:t>
      </w:r>
    </w:p>
    <w:p w14:paraId="49090B29" w14:textId="6FC2ED22" w:rsidR="00BC56D0" w:rsidRPr="00504939" w:rsidRDefault="00AD2E6A" w:rsidP="00AD2E6A">
      <w:pPr>
        <w:pStyle w:val="Heading4"/>
        <w:rPr>
          <w:color w:val="0070C0"/>
          <w:sz w:val="20"/>
          <w:szCs w:val="20"/>
        </w:rPr>
      </w:pPr>
      <w:r w:rsidRPr="00504939">
        <w:rPr>
          <w:color w:val="0070C0"/>
          <w:sz w:val="20"/>
          <w:szCs w:val="20"/>
        </w:rPr>
        <w:t>PRAYER</w:t>
      </w:r>
    </w:p>
    <w:p w14:paraId="7AFE0B84" w14:textId="77777777" w:rsidR="00BC56D0" w:rsidRPr="00504939" w:rsidRDefault="00000000" w:rsidP="005952B1">
      <w:pPr>
        <w:rPr>
          <w:sz w:val="20"/>
          <w:szCs w:val="20"/>
        </w:rPr>
      </w:pPr>
      <w:r w:rsidRPr="00504939">
        <w:rPr>
          <w:rFonts w:ascii="Calibri" w:hAnsi="Calibri"/>
          <w:sz w:val="20"/>
          <w:szCs w:val="20"/>
        </w:rPr>
        <w:t>Heavenly Father,</w:t>
      </w:r>
      <w:r w:rsidRPr="00504939">
        <w:rPr>
          <w:rFonts w:ascii="Calibri" w:hAnsi="Calibri"/>
          <w:sz w:val="20"/>
          <w:szCs w:val="20"/>
        </w:rPr>
        <w:br/>
        <w:t>Thank You for giving us the Bible as Your voice to our family. Teach us to love Your Word, to listen to it, and to obey it. Help us rebuild the family altar where prayer and praise rise to You each morning and evening. May our home be filled with kindness, gentleness, and the beauty of Christ’s character.</w:t>
      </w:r>
      <w:r w:rsidRPr="00504939">
        <w:rPr>
          <w:rFonts w:ascii="Calibri" w:hAnsi="Calibri"/>
          <w:sz w:val="20"/>
          <w:szCs w:val="20"/>
        </w:rPr>
        <w:br/>
        <w:t>As we prepare to hear the message “Buried and Forgotten by God,” open our hearts to understand the depth of Your forgiveness and the greatness of Your love.</w:t>
      </w:r>
      <w:r w:rsidRPr="00504939">
        <w:rPr>
          <w:rFonts w:ascii="Calibri" w:hAnsi="Calibri"/>
          <w:sz w:val="20"/>
          <w:szCs w:val="20"/>
        </w:rPr>
        <w:br/>
        <w:t>In Jesus’ name, Amen.</w:t>
      </w:r>
    </w:p>
    <w:p w14:paraId="2974AD84" w14:textId="501BD42D" w:rsidR="00BC56D0" w:rsidRPr="00504939" w:rsidRDefault="00E303B9" w:rsidP="00206835">
      <w:pPr>
        <w:pStyle w:val="Heading1"/>
        <w:shd w:val="clear" w:color="auto" w:fill="DAEEF3" w:themeFill="accent5" w:themeFillTint="33"/>
        <w:spacing w:before="0" w:line="240" w:lineRule="auto"/>
        <w:rPr>
          <w:sz w:val="20"/>
          <w:szCs w:val="20"/>
        </w:rPr>
      </w:pPr>
      <w:bookmarkStart w:id="47" w:name="_Toc226793134"/>
      <w:r w:rsidRPr="00504939">
        <w:rPr>
          <w:sz w:val="20"/>
          <w:szCs w:val="20"/>
        </w:rPr>
        <w:lastRenderedPageBreak/>
        <w:t>SERMON TOPIC #</w:t>
      </w:r>
      <w:proofErr w:type="gramStart"/>
      <w:r w:rsidRPr="00504939">
        <w:rPr>
          <w:sz w:val="20"/>
          <w:szCs w:val="20"/>
        </w:rPr>
        <w:t>13  IN</w:t>
      </w:r>
      <w:proofErr w:type="gramEnd"/>
      <w:r w:rsidRPr="00504939">
        <w:rPr>
          <w:sz w:val="20"/>
          <w:szCs w:val="20"/>
        </w:rPr>
        <w:t xml:space="preserve"> SEARCH OF THE CHURCH (IDENTIFYING THE TRUE CHURCH)</w:t>
      </w:r>
      <w:bookmarkEnd w:id="47"/>
      <w:r w:rsidRPr="00504939">
        <w:rPr>
          <w:sz w:val="20"/>
          <w:szCs w:val="20"/>
        </w:rPr>
        <w:t xml:space="preserve"> </w:t>
      </w:r>
    </w:p>
    <w:p w14:paraId="6A770D49" w14:textId="77777777" w:rsidR="00206835" w:rsidRDefault="00206835" w:rsidP="00206835">
      <w:pPr>
        <w:pStyle w:val="Heading1"/>
        <w:spacing w:before="0" w:line="240" w:lineRule="auto"/>
        <w:rPr>
          <w:sz w:val="20"/>
          <w:szCs w:val="20"/>
        </w:rPr>
      </w:pPr>
      <w:bookmarkStart w:id="48" w:name="_Toc226793135"/>
    </w:p>
    <w:p w14:paraId="7C317565" w14:textId="0304CE9D" w:rsidR="00BC56D0" w:rsidRPr="00504939" w:rsidRDefault="00000000" w:rsidP="00206835">
      <w:pPr>
        <w:pStyle w:val="Heading1"/>
        <w:spacing w:before="0" w:line="240" w:lineRule="auto"/>
        <w:rPr>
          <w:sz w:val="20"/>
          <w:szCs w:val="20"/>
        </w:rPr>
      </w:pPr>
      <w:r w:rsidRPr="00504939">
        <w:rPr>
          <w:sz w:val="20"/>
          <w:szCs w:val="20"/>
        </w:rPr>
        <w:t xml:space="preserve">FAMILY </w:t>
      </w:r>
      <w:r w:rsidR="00D10687" w:rsidRPr="00504939">
        <w:rPr>
          <w:sz w:val="20"/>
          <w:szCs w:val="20"/>
        </w:rPr>
        <w:t>FOCUS</w:t>
      </w:r>
      <w:r w:rsidRPr="00504939">
        <w:rPr>
          <w:sz w:val="20"/>
          <w:szCs w:val="20"/>
        </w:rPr>
        <w:t>: THE CHURCH IN THE HOME</w:t>
      </w:r>
      <w:bookmarkEnd w:id="48"/>
      <w:r w:rsidRPr="00504939">
        <w:rPr>
          <w:sz w:val="20"/>
          <w:szCs w:val="20"/>
        </w:rPr>
        <w:t xml:space="preserve"> </w:t>
      </w:r>
    </w:p>
    <w:p w14:paraId="107198BC" w14:textId="77777777" w:rsidR="00BC56D0" w:rsidRPr="00504939" w:rsidRDefault="00000000" w:rsidP="00206835">
      <w:pPr>
        <w:spacing w:line="240" w:lineRule="auto"/>
        <w:rPr>
          <w:b/>
          <w:bCs/>
          <w:sz w:val="20"/>
          <w:szCs w:val="20"/>
        </w:rPr>
      </w:pPr>
      <w:r w:rsidRPr="00504939">
        <w:rPr>
          <w:rFonts w:ascii="Calibri" w:hAnsi="Calibri"/>
          <w:b/>
          <w:bCs/>
          <w:sz w:val="20"/>
          <w:szCs w:val="20"/>
        </w:rPr>
        <w:t xml:space="preserve">“Greet also the church that meets at their house” (Rom. 16:5). </w:t>
      </w:r>
    </w:p>
    <w:p w14:paraId="70FD0D48" w14:textId="77777777" w:rsidR="00BC56D0" w:rsidRPr="00504939" w:rsidRDefault="00000000" w:rsidP="005952B1">
      <w:pPr>
        <w:rPr>
          <w:sz w:val="20"/>
          <w:szCs w:val="20"/>
        </w:rPr>
      </w:pPr>
      <w:r w:rsidRPr="00504939">
        <w:rPr>
          <w:rFonts w:ascii="Calibri" w:hAnsi="Calibri"/>
          <w:sz w:val="20"/>
          <w:szCs w:val="20"/>
        </w:rPr>
        <w:t xml:space="preserve">The Apostles’ words, “the church that meets at their house”, have a new and dynamic meaning when we remember that every household should be a church. </w:t>
      </w:r>
    </w:p>
    <w:p w14:paraId="36F36AB5" w14:textId="77777777" w:rsidR="00BC56D0" w:rsidRPr="00504939" w:rsidRDefault="00000000" w:rsidP="00AD2E6A">
      <w:pPr>
        <w:jc w:val="both"/>
        <w:rPr>
          <w:sz w:val="20"/>
          <w:szCs w:val="20"/>
        </w:rPr>
      </w:pPr>
      <w:r w:rsidRPr="00504939">
        <w:rPr>
          <w:rFonts w:ascii="Calibri" w:hAnsi="Calibri"/>
          <w:sz w:val="20"/>
          <w:szCs w:val="20"/>
        </w:rPr>
        <w:t xml:space="preserve">In an oriental country, a young Japanese woman was invited to spend the holidays in a Christian lady’s home. At the end of the vacation the lady asked her guest if she had enjoyed the way people live in the western world. “O, I loved it! Your house is very beautiful! </w:t>
      </w:r>
      <w:proofErr w:type="gramStart"/>
      <w:r w:rsidRPr="00504939">
        <w:rPr>
          <w:rFonts w:ascii="Calibri" w:hAnsi="Calibri"/>
          <w:sz w:val="20"/>
          <w:szCs w:val="20"/>
        </w:rPr>
        <w:t>But,</w:t>
      </w:r>
      <w:proofErr w:type="gramEnd"/>
      <w:r w:rsidRPr="00504939">
        <w:rPr>
          <w:rFonts w:ascii="Calibri" w:hAnsi="Calibri"/>
          <w:sz w:val="20"/>
          <w:szCs w:val="20"/>
        </w:rPr>
        <w:t xml:space="preserve">” she said with a faraway look in her eyes, “there is something I missed that made your home seem strange. I attended your church and watched you worship your God there; </w:t>
      </w:r>
      <w:proofErr w:type="gramStart"/>
      <w:r w:rsidRPr="00504939">
        <w:rPr>
          <w:rFonts w:ascii="Calibri" w:hAnsi="Calibri"/>
          <w:sz w:val="20"/>
          <w:szCs w:val="20"/>
        </w:rPr>
        <w:t>but,</w:t>
      </w:r>
      <w:proofErr w:type="gramEnd"/>
      <w:r w:rsidRPr="00504939">
        <w:rPr>
          <w:rFonts w:ascii="Calibri" w:hAnsi="Calibri"/>
          <w:sz w:val="20"/>
          <w:szCs w:val="20"/>
        </w:rPr>
        <w:t xml:space="preserve"> I missed seeing your God at your house. In my country we have a place for our gods in every house. Our gods are always with us. Do you worship your God in your home?” </w:t>
      </w:r>
    </w:p>
    <w:p w14:paraId="33517CCB" w14:textId="77777777" w:rsidR="00BC56D0" w:rsidRPr="00504939" w:rsidRDefault="00000000" w:rsidP="00AD2E6A">
      <w:pPr>
        <w:jc w:val="both"/>
        <w:rPr>
          <w:sz w:val="20"/>
          <w:szCs w:val="20"/>
        </w:rPr>
      </w:pPr>
      <w:r w:rsidRPr="00504939">
        <w:rPr>
          <w:rFonts w:ascii="Calibri" w:hAnsi="Calibri"/>
          <w:sz w:val="20"/>
          <w:szCs w:val="20"/>
        </w:rPr>
        <w:t xml:space="preserve">Today many Christian homes are more secular and without God. People are caught up in trying to survive. Stress works in many homes to keep people from their devotional habits. Television programs and soap operas are watched with excitement. Entertainment competes with spending time with God. The household is no longer a church for the family. “I missed God at your house.” The words of the Japanese woman showed that she did not feel God’s presence in that Christian home. </w:t>
      </w:r>
    </w:p>
    <w:p w14:paraId="582D45D2" w14:textId="77777777" w:rsidR="00BC56D0" w:rsidRDefault="00000000" w:rsidP="00AD2E6A">
      <w:pPr>
        <w:jc w:val="both"/>
        <w:rPr>
          <w:rFonts w:ascii="Calibri" w:hAnsi="Calibri"/>
          <w:sz w:val="20"/>
          <w:szCs w:val="20"/>
        </w:rPr>
      </w:pPr>
      <w:r w:rsidRPr="00504939">
        <w:rPr>
          <w:rFonts w:ascii="Calibri" w:hAnsi="Calibri"/>
          <w:sz w:val="20"/>
          <w:szCs w:val="20"/>
        </w:rPr>
        <w:t>As parents, it is our duty and privilege is to teach our children the way of life in Jesus. “They are to be carefully, wisely, tenderly guided into paths of Christlike ministry. We are under sacred covenant with God to rear our children for His service. To surround them with such influences as shall lead them to choose a life of service, and to give them the training needed, is our first duty” (The Adventist Home, p. 484). Paul found one of his best co-workers in Timothy, who was from a home where God was honored. And he wrote: “I am reminded of your sincere faith, which first lived in your grandmother Lois and in your mother Eunice and, I am persuaded, now lives in you also” (2 Tim. 1:5).</w:t>
      </w:r>
    </w:p>
    <w:p w14:paraId="64B3DAAD" w14:textId="77777777" w:rsidR="00677D02" w:rsidRDefault="00677D02" w:rsidP="00AD2E6A">
      <w:pPr>
        <w:pStyle w:val="Heading4"/>
        <w:rPr>
          <w:color w:val="0070C0"/>
          <w:sz w:val="20"/>
          <w:szCs w:val="20"/>
        </w:rPr>
      </w:pPr>
    </w:p>
    <w:p w14:paraId="37A1D3B2" w14:textId="28FBF35C" w:rsidR="00BC56D0" w:rsidRPr="00504939" w:rsidRDefault="00AD2E6A" w:rsidP="00AD2E6A">
      <w:pPr>
        <w:pStyle w:val="Heading4"/>
        <w:rPr>
          <w:color w:val="0070C0"/>
          <w:sz w:val="20"/>
          <w:szCs w:val="20"/>
        </w:rPr>
      </w:pPr>
      <w:r w:rsidRPr="00504939">
        <w:rPr>
          <w:color w:val="0070C0"/>
          <w:sz w:val="20"/>
          <w:szCs w:val="20"/>
        </w:rPr>
        <w:t>FAMILY DEVOTION: THE CHURCH IN THE HOME</w:t>
      </w:r>
    </w:p>
    <w:p w14:paraId="56432F3A" w14:textId="77777777" w:rsidR="00BC56D0" w:rsidRPr="00504939" w:rsidRDefault="00000000" w:rsidP="005952B1">
      <w:pPr>
        <w:rPr>
          <w:b/>
          <w:bCs/>
          <w:sz w:val="20"/>
          <w:szCs w:val="20"/>
        </w:rPr>
      </w:pPr>
      <w:r w:rsidRPr="00504939">
        <w:rPr>
          <w:rFonts w:ascii="Calibri" w:hAnsi="Calibri"/>
          <w:b/>
          <w:bCs/>
          <w:sz w:val="20"/>
          <w:szCs w:val="20"/>
        </w:rPr>
        <w:t>Key Text: “Greet also the church that meets at their house.” — Romans 16:5</w:t>
      </w:r>
    </w:p>
    <w:p w14:paraId="6A779C8F" w14:textId="77777777" w:rsidR="00BC56D0" w:rsidRPr="00504939" w:rsidRDefault="00000000" w:rsidP="00AD2E6A">
      <w:pPr>
        <w:jc w:val="both"/>
        <w:rPr>
          <w:sz w:val="20"/>
          <w:szCs w:val="20"/>
        </w:rPr>
      </w:pPr>
      <w:r w:rsidRPr="00504939">
        <w:rPr>
          <w:rFonts w:ascii="Calibri" w:hAnsi="Calibri"/>
          <w:sz w:val="20"/>
          <w:szCs w:val="20"/>
        </w:rPr>
        <w:t xml:space="preserve">The apostle Paul’s words remind us that the early believers understood something we often forget today: every Christian home is meant to be a church. Worship was not confined to a </w:t>
      </w:r>
      <w:proofErr w:type="gramStart"/>
      <w:r w:rsidRPr="00504939">
        <w:rPr>
          <w:rFonts w:ascii="Calibri" w:hAnsi="Calibri"/>
          <w:sz w:val="20"/>
          <w:szCs w:val="20"/>
        </w:rPr>
        <w:t>building—</w:t>
      </w:r>
      <w:proofErr w:type="gramEnd"/>
      <w:r w:rsidRPr="00504939">
        <w:rPr>
          <w:rFonts w:ascii="Calibri" w:hAnsi="Calibri"/>
          <w:sz w:val="20"/>
          <w:szCs w:val="20"/>
        </w:rPr>
        <w:t>it was woven into family life, hospitality, and daily living. The reading reinforces this, saying that the expression “the church that meets at their house” gains a new and dynamic meaning when we remember that every household should be a church.</w:t>
      </w:r>
    </w:p>
    <w:p w14:paraId="09BE07A6" w14:textId="77777777" w:rsidR="00BC56D0" w:rsidRPr="00504939" w:rsidRDefault="00000000" w:rsidP="00AD2E6A">
      <w:pPr>
        <w:jc w:val="both"/>
        <w:rPr>
          <w:sz w:val="20"/>
          <w:szCs w:val="20"/>
        </w:rPr>
      </w:pPr>
      <w:r w:rsidRPr="00504939">
        <w:rPr>
          <w:rFonts w:ascii="Calibri" w:hAnsi="Calibri"/>
          <w:sz w:val="20"/>
          <w:szCs w:val="20"/>
        </w:rPr>
        <w:t>One story in the reading highlights this truth vividly. A young Japanese woman visited a Christian home for the holidays. She admired the beauty of the house, enjoyed the Western lifestyle, and attended church with the family. Yet she confessed something was missing. She said, “I attended your church and watched you worship your God there; but… I missed seeing your God at your house.” In her culture, homes always included a place for gods—symbols of devotion woven into daily life. Her observation revealed that although she saw worship in the church building, she did not see God honored or acknowledged in the home. The home felt spiritually empty.</w:t>
      </w:r>
    </w:p>
    <w:p w14:paraId="5A381BC8" w14:textId="77777777" w:rsidR="00BC56D0" w:rsidRPr="00504939" w:rsidRDefault="00000000" w:rsidP="00AD2E6A">
      <w:pPr>
        <w:jc w:val="both"/>
        <w:rPr>
          <w:sz w:val="20"/>
          <w:szCs w:val="20"/>
        </w:rPr>
      </w:pPr>
      <w:r w:rsidRPr="00504939">
        <w:rPr>
          <w:rFonts w:ascii="Calibri" w:hAnsi="Calibri"/>
          <w:sz w:val="20"/>
          <w:szCs w:val="20"/>
        </w:rPr>
        <w:t>The reading continues by warning that many Christian homes today are more secular and without God. Stress, busyness, entertainment, and distraction crowd out family worship, devotion, and spiritual habits. Television and entertainment often receive the time that should belong to God. As a result, the household ceases to be a church for the family. The Japanese woman’s words echo the condition of many modern Christian homes: “I missed God at your house.”</w:t>
      </w:r>
    </w:p>
    <w:p w14:paraId="358EB581" w14:textId="77777777" w:rsidR="00BC56D0" w:rsidRPr="00504939" w:rsidRDefault="00000000" w:rsidP="00AD2E6A">
      <w:pPr>
        <w:jc w:val="both"/>
        <w:rPr>
          <w:sz w:val="20"/>
          <w:szCs w:val="20"/>
        </w:rPr>
      </w:pPr>
      <w:r w:rsidRPr="00504939">
        <w:rPr>
          <w:rFonts w:ascii="Calibri" w:hAnsi="Calibri"/>
          <w:sz w:val="20"/>
          <w:szCs w:val="20"/>
        </w:rPr>
        <w:t xml:space="preserve">But the passage also points toward hope and responsibility. Parents are called to teach children the way of life in Jesus, gently guiding them in paths of Christlike ministry. Ellen White writes that parents are under a sacred covenant to surround their </w:t>
      </w:r>
      <w:r w:rsidRPr="00504939">
        <w:rPr>
          <w:rFonts w:ascii="Calibri" w:hAnsi="Calibri"/>
          <w:sz w:val="20"/>
          <w:szCs w:val="20"/>
        </w:rPr>
        <w:lastRenderedPageBreak/>
        <w:t>children with influences that lead them to choose a life of service and to give them the training needed for God’s kingdom (The Adventist Home, p. 484). This is the heart of making the home a church—intentional discipleship, spiritual atmosphere, and visible worship within daily living.</w:t>
      </w:r>
    </w:p>
    <w:p w14:paraId="3ED5D447" w14:textId="77777777" w:rsidR="00BC56D0" w:rsidRPr="00504939" w:rsidRDefault="00000000" w:rsidP="00AD2E6A">
      <w:pPr>
        <w:jc w:val="both"/>
        <w:rPr>
          <w:rFonts w:ascii="Calibri" w:hAnsi="Calibri"/>
          <w:sz w:val="20"/>
          <w:szCs w:val="20"/>
        </w:rPr>
      </w:pPr>
      <w:r w:rsidRPr="00504939">
        <w:rPr>
          <w:rFonts w:ascii="Calibri" w:hAnsi="Calibri"/>
          <w:sz w:val="20"/>
          <w:szCs w:val="20"/>
        </w:rPr>
        <w:t>When God is welcomed into the home—through prayer, devotion, fellowship, kindness, and spiritual teaching—the home shines as a living church. And such a home not only blesses its members but becomes a witness to all who enter.</w:t>
      </w:r>
    </w:p>
    <w:p w14:paraId="494C622B" w14:textId="428480CD" w:rsidR="00D10687" w:rsidRPr="00504939" w:rsidRDefault="00D10687" w:rsidP="00D444E3">
      <w:pPr>
        <w:spacing w:after="0" w:line="240" w:lineRule="auto"/>
        <w:jc w:val="both"/>
        <w:rPr>
          <w:rFonts w:ascii="Calibri" w:hAnsi="Calibri"/>
          <w:b/>
          <w:bCs/>
          <w:i/>
          <w:iCs/>
          <w:color w:val="0070C0"/>
          <w:sz w:val="20"/>
          <w:szCs w:val="20"/>
        </w:rPr>
      </w:pPr>
      <w:r w:rsidRPr="00504939">
        <w:rPr>
          <w:rFonts w:ascii="Calibri" w:hAnsi="Calibri"/>
          <w:b/>
          <w:bCs/>
          <w:i/>
          <w:iCs/>
          <w:color w:val="0070C0"/>
          <w:sz w:val="20"/>
          <w:szCs w:val="20"/>
        </w:rPr>
        <w:t xml:space="preserve">FAMILY STORY </w:t>
      </w:r>
    </w:p>
    <w:p w14:paraId="5D9EE476" w14:textId="77777777" w:rsidR="00D10687" w:rsidRPr="00504939" w:rsidRDefault="00D10687" w:rsidP="00D444E3">
      <w:pPr>
        <w:spacing w:after="0" w:line="240" w:lineRule="auto"/>
        <w:jc w:val="both"/>
        <w:rPr>
          <w:rFonts w:asciiTheme="majorHAnsi" w:hAnsiTheme="majorHAnsi" w:cstheme="majorHAnsi"/>
          <w:sz w:val="20"/>
          <w:szCs w:val="20"/>
          <w:lang w:val="en-FJ"/>
        </w:rPr>
      </w:pPr>
      <w:r w:rsidRPr="00504939">
        <w:rPr>
          <w:rFonts w:asciiTheme="majorHAnsi" w:hAnsiTheme="majorHAnsi" w:cstheme="majorHAnsi"/>
          <w:sz w:val="20"/>
          <w:szCs w:val="20"/>
          <w:lang w:val="en-FJ"/>
        </w:rPr>
        <w:t>The Johnson family loved their church.</w:t>
      </w:r>
    </w:p>
    <w:p w14:paraId="33AF7489" w14:textId="77777777" w:rsidR="00D10687" w:rsidRPr="00504939" w:rsidRDefault="00D10687" w:rsidP="00D10687">
      <w:pPr>
        <w:jc w:val="both"/>
        <w:rPr>
          <w:rFonts w:asciiTheme="majorHAnsi" w:hAnsiTheme="majorHAnsi" w:cstheme="majorHAnsi"/>
          <w:sz w:val="20"/>
          <w:szCs w:val="20"/>
          <w:lang w:val="en-FJ"/>
        </w:rPr>
      </w:pPr>
      <w:r w:rsidRPr="00504939">
        <w:rPr>
          <w:rFonts w:asciiTheme="majorHAnsi" w:hAnsiTheme="majorHAnsi" w:cstheme="majorHAnsi"/>
          <w:sz w:val="20"/>
          <w:szCs w:val="20"/>
          <w:lang w:val="en-FJ"/>
        </w:rPr>
        <w:t>They attended every Sabbath. They sang from the hymnbook. They listened attentively to sermons. They volunteered when called upon. Their faith was genuine—and visible at church.</w:t>
      </w:r>
    </w:p>
    <w:p w14:paraId="6D16744C" w14:textId="77777777" w:rsidR="00D10687" w:rsidRPr="00504939" w:rsidRDefault="00D10687" w:rsidP="00D10687">
      <w:pPr>
        <w:jc w:val="both"/>
        <w:rPr>
          <w:rFonts w:asciiTheme="majorHAnsi" w:hAnsiTheme="majorHAnsi" w:cstheme="majorHAnsi"/>
          <w:sz w:val="20"/>
          <w:szCs w:val="20"/>
          <w:lang w:val="en-FJ"/>
        </w:rPr>
      </w:pPr>
      <w:r w:rsidRPr="00504939">
        <w:rPr>
          <w:rFonts w:asciiTheme="majorHAnsi" w:hAnsiTheme="majorHAnsi" w:cstheme="majorHAnsi"/>
          <w:sz w:val="20"/>
          <w:szCs w:val="20"/>
          <w:lang w:val="en-FJ"/>
        </w:rPr>
        <w:t>But at home, life moved quickly.</w:t>
      </w:r>
    </w:p>
    <w:p w14:paraId="11788139" w14:textId="77777777" w:rsidR="00D10687" w:rsidRPr="00504939" w:rsidRDefault="00D10687" w:rsidP="00D10687">
      <w:pPr>
        <w:jc w:val="both"/>
        <w:rPr>
          <w:rFonts w:asciiTheme="majorHAnsi" w:hAnsiTheme="majorHAnsi" w:cstheme="majorHAnsi"/>
          <w:sz w:val="20"/>
          <w:szCs w:val="20"/>
          <w:lang w:val="en-FJ"/>
        </w:rPr>
      </w:pPr>
      <w:r w:rsidRPr="00504939">
        <w:rPr>
          <w:rFonts w:asciiTheme="majorHAnsi" w:hAnsiTheme="majorHAnsi" w:cstheme="majorHAnsi"/>
          <w:sz w:val="20"/>
          <w:szCs w:val="20"/>
          <w:lang w:val="en-FJ"/>
        </w:rPr>
        <w:t xml:space="preserve">Mornings were rushed. Evenings were filled with homework, television, and tired conversations. Meals were </w:t>
      </w:r>
      <w:proofErr w:type="gramStart"/>
      <w:r w:rsidRPr="00504939">
        <w:rPr>
          <w:rFonts w:asciiTheme="majorHAnsi" w:hAnsiTheme="majorHAnsi" w:cstheme="majorHAnsi"/>
          <w:sz w:val="20"/>
          <w:szCs w:val="20"/>
          <w:lang w:val="en-FJ"/>
        </w:rPr>
        <w:t>shared, but</w:t>
      </w:r>
      <w:proofErr w:type="gramEnd"/>
      <w:r w:rsidRPr="00504939">
        <w:rPr>
          <w:rFonts w:asciiTheme="majorHAnsi" w:hAnsiTheme="majorHAnsi" w:cstheme="majorHAnsi"/>
          <w:sz w:val="20"/>
          <w:szCs w:val="20"/>
          <w:lang w:val="en-FJ"/>
        </w:rPr>
        <w:t xml:space="preserve"> rarely prayed over. Worship was assumed rather than practiced. The house was comfortable—but spiritually quiet.</w:t>
      </w:r>
    </w:p>
    <w:p w14:paraId="570213B0" w14:textId="77777777" w:rsidR="00D10687" w:rsidRPr="00504939" w:rsidRDefault="00D10687" w:rsidP="00D10687">
      <w:pPr>
        <w:rPr>
          <w:rFonts w:asciiTheme="majorHAnsi" w:hAnsiTheme="majorHAnsi" w:cstheme="majorHAnsi"/>
          <w:sz w:val="20"/>
          <w:szCs w:val="20"/>
          <w:lang w:val="en-FJ"/>
        </w:rPr>
      </w:pPr>
      <w:r w:rsidRPr="00504939">
        <w:rPr>
          <w:rFonts w:asciiTheme="majorHAnsi" w:hAnsiTheme="majorHAnsi" w:cstheme="majorHAnsi"/>
          <w:sz w:val="20"/>
          <w:szCs w:val="20"/>
          <w:lang w:val="en-FJ"/>
        </w:rPr>
        <w:t>One holiday season, they welcomed a guest from overseas—a young woman visiting from Japan. She was polite, observant, and deeply thoughtful. She admired the cleanliness of the home, the kindness of the family, and their commitment to church.</w:t>
      </w:r>
    </w:p>
    <w:p w14:paraId="05BA38AF" w14:textId="77777777" w:rsidR="00D10687" w:rsidRPr="00504939" w:rsidRDefault="00D10687" w:rsidP="00D10687">
      <w:pPr>
        <w:rPr>
          <w:rFonts w:asciiTheme="majorHAnsi" w:hAnsiTheme="majorHAnsi" w:cstheme="majorHAnsi"/>
          <w:sz w:val="20"/>
          <w:szCs w:val="20"/>
          <w:lang w:val="en-FJ"/>
        </w:rPr>
      </w:pPr>
      <w:r w:rsidRPr="00504939">
        <w:rPr>
          <w:rFonts w:asciiTheme="majorHAnsi" w:hAnsiTheme="majorHAnsi" w:cstheme="majorHAnsi"/>
          <w:sz w:val="20"/>
          <w:szCs w:val="20"/>
          <w:lang w:val="en-FJ"/>
        </w:rPr>
        <w:t>She joined them for Sabbath services and watched with respect as they worshiped God together.</w:t>
      </w:r>
    </w:p>
    <w:p w14:paraId="541D3AB5" w14:textId="77777777" w:rsidR="00D10687" w:rsidRPr="00504939" w:rsidRDefault="00D10687" w:rsidP="00D10687">
      <w:pPr>
        <w:rPr>
          <w:rFonts w:asciiTheme="majorHAnsi" w:hAnsiTheme="majorHAnsi" w:cstheme="majorHAnsi"/>
          <w:sz w:val="20"/>
          <w:szCs w:val="20"/>
          <w:lang w:val="en-FJ"/>
        </w:rPr>
      </w:pPr>
      <w:r w:rsidRPr="00504939">
        <w:rPr>
          <w:rFonts w:asciiTheme="majorHAnsi" w:hAnsiTheme="majorHAnsi" w:cstheme="majorHAnsi"/>
          <w:sz w:val="20"/>
          <w:szCs w:val="20"/>
          <w:lang w:val="en-FJ"/>
        </w:rPr>
        <w:t>But one evening, as they sat talking after dinner, she said something gently—but honestly:</w:t>
      </w:r>
    </w:p>
    <w:p w14:paraId="0062273F" w14:textId="77777777" w:rsidR="00D10687" w:rsidRPr="00504939" w:rsidRDefault="00D10687" w:rsidP="00D10687">
      <w:pPr>
        <w:rPr>
          <w:rFonts w:asciiTheme="majorHAnsi" w:hAnsiTheme="majorHAnsi" w:cstheme="majorHAnsi"/>
          <w:sz w:val="20"/>
          <w:szCs w:val="20"/>
          <w:lang w:val="en-FJ"/>
        </w:rPr>
      </w:pPr>
      <w:r w:rsidRPr="00504939">
        <w:rPr>
          <w:rFonts w:asciiTheme="majorHAnsi" w:hAnsiTheme="majorHAnsi" w:cstheme="majorHAnsi"/>
          <w:i/>
          <w:iCs/>
          <w:sz w:val="20"/>
          <w:szCs w:val="20"/>
          <w:lang w:val="en-FJ"/>
        </w:rPr>
        <w:t>“I saw your God at church. But I did not see Him in your home.”</w:t>
      </w:r>
    </w:p>
    <w:p w14:paraId="5088482B" w14:textId="77777777" w:rsidR="00D10687" w:rsidRPr="00504939" w:rsidRDefault="00D10687" w:rsidP="00D10687">
      <w:pPr>
        <w:rPr>
          <w:rFonts w:asciiTheme="majorHAnsi" w:hAnsiTheme="majorHAnsi" w:cstheme="majorHAnsi"/>
          <w:sz w:val="20"/>
          <w:szCs w:val="20"/>
          <w:lang w:val="en-FJ"/>
        </w:rPr>
      </w:pPr>
      <w:r w:rsidRPr="00504939">
        <w:rPr>
          <w:rFonts w:asciiTheme="majorHAnsi" w:hAnsiTheme="majorHAnsi" w:cstheme="majorHAnsi"/>
          <w:sz w:val="20"/>
          <w:szCs w:val="20"/>
          <w:lang w:val="en-FJ"/>
        </w:rPr>
        <w:t>The words lingered in the air.</w:t>
      </w:r>
    </w:p>
    <w:p w14:paraId="174580E0" w14:textId="77777777" w:rsidR="00D10687" w:rsidRPr="00504939" w:rsidRDefault="00D10687" w:rsidP="00D10687">
      <w:pPr>
        <w:rPr>
          <w:rFonts w:asciiTheme="majorHAnsi" w:hAnsiTheme="majorHAnsi" w:cstheme="majorHAnsi"/>
          <w:sz w:val="20"/>
          <w:szCs w:val="20"/>
          <w:lang w:val="en-FJ"/>
        </w:rPr>
      </w:pPr>
      <w:r w:rsidRPr="00504939">
        <w:rPr>
          <w:rFonts w:asciiTheme="majorHAnsi" w:hAnsiTheme="majorHAnsi" w:cstheme="majorHAnsi"/>
          <w:sz w:val="20"/>
          <w:szCs w:val="20"/>
          <w:lang w:val="en-FJ"/>
        </w:rPr>
        <w:t>She explained that in her culture, every home had a visible place for devotion. Gods were acknowledged daily. Worship was woven into ordinary life. And though she respected Christianity, she felt something was missing where she stayed.</w:t>
      </w:r>
    </w:p>
    <w:p w14:paraId="7208441E" w14:textId="037A9C84" w:rsidR="00D10687" w:rsidRPr="00504939" w:rsidRDefault="00D10687" w:rsidP="00D10687">
      <w:pPr>
        <w:rPr>
          <w:rFonts w:asciiTheme="majorHAnsi" w:hAnsiTheme="majorHAnsi" w:cstheme="majorHAnsi"/>
          <w:sz w:val="20"/>
          <w:szCs w:val="20"/>
          <w:lang w:val="en-FJ"/>
        </w:rPr>
      </w:pPr>
      <w:r w:rsidRPr="00504939">
        <w:rPr>
          <w:rFonts w:asciiTheme="majorHAnsi" w:hAnsiTheme="majorHAnsi" w:cstheme="majorHAnsi"/>
          <w:sz w:val="20"/>
          <w:szCs w:val="20"/>
          <w:lang w:val="en-FJ"/>
        </w:rPr>
        <w:t>That night, the family could not sleep easily.</w:t>
      </w:r>
      <w:r w:rsidR="00677D02">
        <w:rPr>
          <w:rFonts w:asciiTheme="majorHAnsi" w:hAnsiTheme="majorHAnsi" w:cstheme="majorHAnsi"/>
          <w:sz w:val="20"/>
          <w:szCs w:val="20"/>
          <w:lang w:val="en-FJ"/>
        </w:rPr>
        <w:t xml:space="preserve">  </w:t>
      </w:r>
      <w:r w:rsidRPr="00504939">
        <w:rPr>
          <w:rFonts w:asciiTheme="majorHAnsi" w:hAnsiTheme="majorHAnsi" w:cstheme="majorHAnsi"/>
          <w:sz w:val="20"/>
          <w:szCs w:val="20"/>
          <w:lang w:val="en-FJ"/>
        </w:rPr>
        <w:t>The father reflected aloud,</w:t>
      </w:r>
      <w:r w:rsidR="00461825">
        <w:rPr>
          <w:rFonts w:asciiTheme="majorHAnsi" w:hAnsiTheme="majorHAnsi" w:cstheme="majorHAnsi"/>
          <w:sz w:val="20"/>
          <w:szCs w:val="20"/>
          <w:lang w:val="en-FJ"/>
        </w:rPr>
        <w:t xml:space="preserve"> </w:t>
      </w:r>
      <w:r w:rsidRPr="00504939">
        <w:rPr>
          <w:rFonts w:asciiTheme="majorHAnsi" w:hAnsiTheme="majorHAnsi" w:cstheme="majorHAnsi"/>
          <w:i/>
          <w:iCs/>
          <w:sz w:val="20"/>
          <w:szCs w:val="20"/>
          <w:lang w:val="en-FJ"/>
        </w:rPr>
        <w:t>“We have a church building… but have we made our home a church?”</w:t>
      </w:r>
    </w:p>
    <w:p w14:paraId="2E342258" w14:textId="71B8963F" w:rsidR="00D10687" w:rsidRPr="00504939" w:rsidRDefault="00D10687" w:rsidP="00D10687">
      <w:pPr>
        <w:rPr>
          <w:rFonts w:asciiTheme="majorHAnsi" w:hAnsiTheme="majorHAnsi" w:cstheme="majorHAnsi"/>
          <w:sz w:val="20"/>
          <w:szCs w:val="20"/>
          <w:lang w:val="en-FJ"/>
        </w:rPr>
      </w:pPr>
      <w:r w:rsidRPr="00504939">
        <w:rPr>
          <w:rFonts w:asciiTheme="majorHAnsi" w:hAnsiTheme="majorHAnsi" w:cstheme="majorHAnsi"/>
          <w:sz w:val="20"/>
          <w:szCs w:val="20"/>
          <w:lang w:val="en-FJ"/>
        </w:rPr>
        <w:t>The next evening, something changed</w:t>
      </w:r>
      <w:r w:rsidR="00D04F7B">
        <w:rPr>
          <w:rFonts w:asciiTheme="majorHAnsi" w:hAnsiTheme="majorHAnsi" w:cstheme="majorHAnsi"/>
          <w:sz w:val="20"/>
          <w:szCs w:val="20"/>
          <w:lang w:val="en-FJ"/>
        </w:rPr>
        <w:t>, t</w:t>
      </w:r>
      <w:r w:rsidRPr="00504939">
        <w:rPr>
          <w:rFonts w:asciiTheme="majorHAnsi" w:hAnsiTheme="majorHAnsi" w:cstheme="majorHAnsi"/>
          <w:sz w:val="20"/>
          <w:szCs w:val="20"/>
          <w:lang w:val="en-FJ"/>
        </w:rPr>
        <w:t>hey turned off the television. They opened the Bible</w:t>
      </w:r>
      <w:r w:rsidR="00D04F7B">
        <w:rPr>
          <w:rFonts w:asciiTheme="majorHAnsi" w:hAnsiTheme="majorHAnsi" w:cstheme="majorHAnsi"/>
          <w:sz w:val="20"/>
          <w:szCs w:val="20"/>
          <w:lang w:val="en-FJ"/>
        </w:rPr>
        <w:t>, t</w:t>
      </w:r>
      <w:r w:rsidRPr="00504939">
        <w:rPr>
          <w:rFonts w:asciiTheme="majorHAnsi" w:hAnsiTheme="majorHAnsi" w:cstheme="majorHAnsi"/>
          <w:sz w:val="20"/>
          <w:szCs w:val="20"/>
          <w:lang w:val="en-FJ"/>
        </w:rPr>
        <w:t>hey prayed—awkwardly at first, but sincerely.</w:t>
      </w:r>
      <w:r w:rsidR="00D04F7B">
        <w:rPr>
          <w:rFonts w:asciiTheme="majorHAnsi" w:hAnsiTheme="majorHAnsi" w:cstheme="majorHAnsi"/>
          <w:sz w:val="20"/>
          <w:szCs w:val="20"/>
          <w:lang w:val="en-FJ"/>
        </w:rPr>
        <w:t xml:space="preserve"> </w:t>
      </w:r>
      <w:r w:rsidRPr="00504939">
        <w:rPr>
          <w:rFonts w:asciiTheme="majorHAnsi" w:hAnsiTheme="majorHAnsi" w:cstheme="majorHAnsi"/>
          <w:sz w:val="20"/>
          <w:szCs w:val="20"/>
          <w:lang w:val="en-FJ"/>
        </w:rPr>
        <w:t xml:space="preserve">No walls </w:t>
      </w:r>
      <w:proofErr w:type="gramStart"/>
      <w:r w:rsidRPr="00504939">
        <w:rPr>
          <w:rFonts w:asciiTheme="majorHAnsi" w:hAnsiTheme="majorHAnsi" w:cstheme="majorHAnsi"/>
          <w:sz w:val="20"/>
          <w:szCs w:val="20"/>
          <w:lang w:val="en-FJ"/>
        </w:rPr>
        <w:t>shook</w:t>
      </w:r>
      <w:r w:rsidR="00D04F7B">
        <w:rPr>
          <w:rFonts w:asciiTheme="majorHAnsi" w:hAnsiTheme="majorHAnsi" w:cstheme="majorHAnsi"/>
          <w:sz w:val="20"/>
          <w:szCs w:val="20"/>
          <w:lang w:val="en-FJ"/>
        </w:rPr>
        <w:t xml:space="preserve">, </w:t>
      </w:r>
      <w:r w:rsidRPr="00504939">
        <w:rPr>
          <w:rFonts w:asciiTheme="majorHAnsi" w:hAnsiTheme="majorHAnsi" w:cstheme="majorHAnsi"/>
          <w:sz w:val="20"/>
          <w:szCs w:val="20"/>
          <w:lang w:val="en-FJ"/>
        </w:rPr>
        <w:t xml:space="preserve"> </w:t>
      </w:r>
      <w:r w:rsidR="00D04F7B">
        <w:rPr>
          <w:rFonts w:asciiTheme="majorHAnsi" w:hAnsiTheme="majorHAnsi" w:cstheme="majorHAnsi"/>
          <w:sz w:val="20"/>
          <w:szCs w:val="20"/>
          <w:lang w:val="en-FJ"/>
        </w:rPr>
        <w:t>n</w:t>
      </w:r>
      <w:r w:rsidRPr="00504939">
        <w:rPr>
          <w:rFonts w:asciiTheme="majorHAnsi" w:hAnsiTheme="majorHAnsi" w:cstheme="majorHAnsi"/>
          <w:sz w:val="20"/>
          <w:szCs w:val="20"/>
          <w:lang w:val="en-FJ"/>
        </w:rPr>
        <w:t>o</w:t>
      </w:r>
      <w:proofErr w:type="gramEnd"/>
      <w:r w:rsidRPr="00504939">
        <w:rPr>
          <w:rFonts w:asciiTheme="majorHAnsi" w:hAnsiTheme="majorHAnsi" w:cstheme="majorHAnsi"/>
          <w:sz w:val="20"/>
          <w:szCs w:val="20"/>
          <w:lang w:val="en-FJ"/>
        </w:rPr>
        <w:t xml:space="preserve"> angels appeared</w:t>
      </w:r>
      <w:r w:rsidR="00D04F7B">
        <w:rPr>
          <w:rFonts w:asciiTheme="majorHAnsi" w:hAnsiTheme="majorHAnsi" w:cstheme="majorHAnsi"/>
          <w:sz w:val="20"/>
          <w:szCs w:val="20"/>
          <w:lang w:val="en-FJ"/>
        </w:rPr>
        <w:t xml:space="preserve"> b</w:t>
      </w:r>
      <w:r w:rsidRPr="00504939">
        <w:rPr>
          <w:rFonts w:asciiTheme="majorHAnsi" w:hAnsiTheme="majorHAnsi" w:cstheme="majorHAnsi"/>
          <w:sz w:val="20"/>
          <w:szCs w:val="20"/>
          <w:lang w:val="en-FJ"/>
        </w:rPr>
        <w:t>ut peace settled quietly.</w:t>
      </w:r>
      <w:r w:rsidR="00461825">
        <w:rPr>
          <w:rFonts w:asciiTheme="majorHAnsi" w:hAnsiTheme="majorHAnsi" w:cstheme="majorHAnsi"/>
          <w:sz w:val="20"/>
          <w:szCs w:val="20"/>
          <w:lang w:val="en-FJ"/>
        </w:rPr>
        <w:t xml:space="preserve">  </w:t>
      </w:r>
      <w:r w:rsidRPr="00504939">
        <w:rPr>
          <w:rFonts w:asciiTheme="majorHAnsi" w:hAnsiTheme="majorHAnsi" w:cstheme="majorHAnsi"/>
          <w:sz w:val="20"/>
          <w:szCs w:val="20"/>
          <w:lang w:val="en-FJ"/>
        </w:rPr>
        <w:t>From that day, worship found a place at home.</w:t>
      </w:r>
    </w:p>
    <w:p w14:paraId="21166742" w14:textId="77777777" w:rsidR="00D10687" w:rsidRPr="00504939" w:rsidRDefault="00D10687" w:rsidP="00D10687">
      <w:pPr>
        <w:rPr>
          <w:rFonts w:asciiTheme="majorHAnsi" w:hAnsiTheme="majorHAnsi" w:cstheme="majorHAnsi"/>
          <w:sz w:val="20"/>
          <w:szCs w:val="20"/>
          <w:lang w:val="en-FJ"/>
        </w:rPr>
      </w:pPr>
      <w:r w:rsidRPr="00504939">
        <w:rPr>
          <w:rFonts w:asciiTheme="majorHAnsi" w:hAnsiTheme="majorHAnsi" w:cstheme="majorHAnsi"/>
          <w:sz w:val="20"/>
          <w:szCs w:val="20"/>
          <w:lang w:val="en-FJ"/>
        </w:rPr>
        <w:t>Morning prayers framed the day. Evening devotion calmed the night. Children learned Scripture not only by instruction, but by atmosphere. Kindness grew. Conversations softened. Visitors began to feel something different.</w:t>
      </w:r>
    </w:p>
    <w:p w14:paraId="738407EB" w14:textId="77777777" w:rsidR="00D10687" w:rsidRPr="00504939" w:rsidRDefault="00D10687" w:rsidP="00D10687">
      <w:pPr>
        <w:rPr>
          <w:rFonts w:asciiTheme="majorHAnsi" w:hAnsiTheme="majorHAnsi" w:cstheme="majorHAnsi"/>
          <w:sz w:val="20"/>
          <w:szCs w:val="20"/>
          <w:lang w:val="en-FJ"/>
        </w:rPr>
      </w:pPr>
      <w:r w:rsidRPr="00504939">
        <w:rPr>
          <w:rFonts w:asciiTheme="majorHAnsi" w:hAnsiTheme="majorHAnsi" w:cstheme="majorHAnsi"/>
          <w:sz w:val="20"/>
          <w:szCs w:val="20"/>
          <w:lang w:val="en-FJ"/>
        </w:rPr>
        <w:t>The home was still ordinary—but God was visible there.</w:t>
      </w:r>
    </w:p>
    <w:p w14:paraId="2B30C460" w14:textId="77777777" w:rsidR="00D10687" w:rsidRPr="00504939" w:rsidRDefault="00D10687" w:rsidP="00D10687">
      <w:pPr>
        <w:rPr>
          <w:rFonts w:asciiTheme="majorHAnsi" w:hAnsiTheme="majorHAnsi" w:cstheme="majorHAnsi"/>
          <w:sz w:val="20"/>
          <w:szCs w:val="20"/>
          <w:lang w:val="en-FJ"/>
        </w:rPr>
      </w:pPr>
      <w:r w:rsidRPr="00504939">
        <w:rPr>
          <w:rFonts w:asciiTheme="majorHAnsi" w:hAnsiTheme="majorHAnsi" w:cstheme="majorHAnsi"/>
          <w:sz w:val="20"/>
          <w:szCs w:val="20"/>
          <w:lang w:val="en-FJ"/>
        </w:rPr>
        <w:t>When their guest later returned home, she said with a smile:</w:t>
      </w:r>
      <w:r w:rsidRPr="00504939">
        <w:rPr>
          <w:rFonts w:asciiTheme="majorHAnsi" w:hAnsiTheme="majorHAnsi" w:cstheme="majorHAnsi"/>
          <w:sz w:val="20"/>
          <w:szCs w:val="20"/>
          <w:lang w:val="en-FJ"/>
        </w:rPr>
        <w:br/>
      </w:r>
      <w:r w:rsidRPr="00504939">
        <w:rPr>
          <w:rFonts w:asciiTheme="majorHAnsi" w:hAnsiTheme="majorHAnsi" w:cstheme="majorHAnsi"/>
          <w:i/>
          <w:iCs/>
          <w:sz w:val="20"/>
          <w:szCs w:val="20"/>
          <w:lang w:val="en-FJ"/>
        </w:rPr>
        <w:t>“Now I see your God—not only at church, but in your house.”</w:t>
      </w:r>
    </w:p>
    <w:p w14:paraId="08EA500D" w14:textId="77777777" w:rsidR="00D10687" w:rsidRPr="00504939" w:rsidRDefault="00D10687" w:rsidP="00D10687">
      <w:pPr>
        <w:rPr>
          <w:rFonts w:asciiTheme="majorHAnsi" w:hAnsiTheme="majorHAnsi" w:cstheme="majorHAnsi"/>
          <w:sz w:val="20"/>
          <w:szCs w:val="20"/>
          <w:lang w:val="en-FJ"/>
        </w:rPr>
      </w:pPr>
      <w:r w:rsidRPr="00504939">
        <w:rPr>
          <w:rFonts w:asciiTheme="majorHAnsi" w:hAnsiTheme="majorHAnsi" w:cstheme="majorHAnsi"/>
          <w:sz w:val="20"/>
          <w:szCs w:val="20"/>
          <w:lang w:val="en-FJ"/>
        </w:rPr>
        <w:t>And the family understood at last:</w:t>
      </w:r>
    </w:p>
    <w:p w14:paraId="200DA68A" w14:textId="77777777" w:rsidR="00D10687" w:rsidRPr="00504939" w:rsidRDefault="00D10687" w:rsidP="00D10687">
      <w:pPr>
        <w:rPr>
          <w:rFonts w:asciiTheme="majorHAnsi" w:hAnsiTheme="majorHAnsi" w:cstheme="majorHAnsi"/>
          <w:sz w:val="20"/>
          <w:szCs w:val="20"/>
          <w:lang w:val="en-FJ"/>
        </w:rPr>
      </w:pPr>
      <w:r w:rsidRPr="00504939">
        <w:rPr>
          <w:rFonts w:asciiTheme="majorHAnsi" w:hAnsiTheme="majorHAnsi" w:cstheme="majorHAnsi"/>
          <w:sz w:val="20"/>
          <w:szCs w:val="20"/>
          <w:lang w:val="en-FJ"/>
        </w:rPr>
        <w:t>A Christian home is meant to be more than a resting place.</w:t>
      </w:r>
      <w:r w:rsidRPr="00504939">
        <w:rPr>
          <w:rFonts w:asciiTheme="majorHAnsi" w:hAnsiTheme="majorHAnsi" w:cstheme="majorHAnsi"/>
          <w:sz w:val="20"/>
          <w:szCs w:val="20"/>
          <w:lang w:val="en-FJ"/>
        </w:rPr>
        <w:br/>
        <w:t xml:space="preserve">It is meant to be </w:t>
      </w:r>
      <w:r w:rsidRPr="00504939">
        <w:rPr>
          <w:rFonts w:asciiTheme="majorHAnsi" w:hAnsiTheme="majorHAnsi" w:cstheme="majorHAnsi"/>
          <w:b/>
          <w:bCs/>
          <w:sz w:val="20"/>
          <w:szCs w:val="20"/>
          <w:lang w:val="en-FJ"/>
        </w:rPr>
        <w:t>a living church</w:t>
      </w:r>
      <w:r w:rsidRPr="00504939">
        <w:rPr>
          <w:rFonts w:asciiTheme="majorHAnsi" w:hAnsiTheme="majorHAnsi" w:cstheme="majorHAnsi"/>
          <w:sz w:val="20"/>
          <w:szCs w:val="20"/>
          <w:lang w:val="en-FJ"/>
        </w:rPr>
        <w:t>.</w:t>
      </w:r>
    </w:p>
    <w:p w14:paraId="2C3D8D66" w14:textId="27776335" w:rsidR="00BC56D0" w:rsidRPr="00504939" w:rsidRDefault="00AD2E6A" w:rsidP="00AD2E6A">
      <w:pPr>
        <w:pStyle w:val="Heading4"/>
        <w:rPr>
          <w:color w:val="0070C0"/>
          <w:sz w:val="20"/>
          <w:szCs w:val="20"/>
        </w:rPr>
      </w:pPr>
      <w:r w:rsidRPr="00504939">
        <w:rPr>
          <w:color w:val="0070C0"/>
          <w:sz w:val="20"/>
          <w:szCs w:val="20"/>
        </w:rPr>
        <w:lastRenderedPageBreak/>
        <w:t>REFLECTION QUESTIONS</w:t>
      </w:r>
    </w:p>
    <w:p w14:paraId="50664138" w14:textId="77777777" w:rsidR="00BC56D0" w:rsidRPr="00504939" w:rsidRDefault="00000000" w:rsidP="00D10687">
      <w:pPr>
        <w:pStyle w:val="ListParagraph"/>
        <w:numPr>
          <w:ilvl w:val="0"/>
          <w:numId w:val="41"/>
        </w:numPr>
        <w:rPr>
          <w:sz w:val="20"/>
          <w:szCs w:val="20"/>
        </w:rPr>
      </w:pPr>
      <w:r w:rsidRPr="00504939">
        <w:rPr>
          <w:rFonts w:ascii="Calibri" w:hAnsi="Calibri"/>
          <w:sz w:val="20"/>
          <w:szCs w:val="20"/>
        </w:rPr>
        <w:t>If someone stayed in our home for a week, like the Japanese guest, would they “see God” in the way we live, speak, and worship?</w:t>
      </w:r>
    </w:p>
    <w:p w14:paraId="7DE0DFE6" w14:textId="77777777" w:rsidR="00BC56D0" w:rsidRPr="00504939" w:rsidRDefault="00000000" w:rsidP="00D10687">
      <w:pPr>
        <w:pStyle w:val="ListParagraph"/>
        <w:numPr>
          <w:ilvl w:val="0"/>
          <w:numId w:val="41"/>
        </w:numPr>
        <w:rPr>
          <w:sz w:val="20"/>
          <w:szCs w:val="20"/>
        </w:rPr>
      </w:pPr>
      <w:r w:rsidRPr="00504939">
        <w:rPr>
          <w:rFonts w:ascii="Calibri" w:hAnsi="Calibri"/>
          <w:sz w:val="20"/>
          <w:szCs w:val="20"/>
        </w:rPr>
        <w:t>What habits or distractions have made our home feel more secular than spiritual—and what can we remove or rearrange to make space for God?</w:t>
      </w:r>
    </w:p>
    <w:p w14:paraId="36FA8399" w14:textId="77777777" w:rsidR="00BC56D0" w:rsidRPr="00504939" w:rsidRDefault="00000000" w:rsidP="00D10687">
      <w:pPr>
        <w:pStyle w:val="ListParagraph"/>
        <w:numPr>
          <w:ilvl w:val="0"/>
          <w:numId w:val="41"/>
        </w:numPr>
        <w:rPr>
          <w:rFonts w:ascii="Calibri" w:hAnsi="Calibri"/>
          <w:sz w:val="20"/>
          <w:szCs w:val="20"/>
        </w:rPr>
      </w:pPr>
      <w:r w:rsidRPr="00504939">
        <w:rPr>
          <w:rFonts w:ascii="Calibri" w:hAnsi="Calibri"/>
          <w:sz w:val="20"/>
          <w:szCs w:val="20"/>
        </w:rPr>
        <w:t>How can we be more intentional in teaching our children to love, serve, and worship Jesus at home?</w:t>
      </w:r>
    </w:p>
    <w:p w14:paraId="096054D2" w14:textId="77777777" w:rsidR="00D444E3" w:rsidRPr="00504939" w:rsidRDefault="00D444E3" w:rsidP="00D444E3">
      <w:pPr>
        <w:pStyle w:val="ListParagraph"/>
        <w:rPr>
          <w:rFonts w:ascii="Calibri" w:hAnsi="Calibri"/>
          <w:sz w:val="20"/>
          <w:szCs w:val="20"/>
        </w:rPr>
      </w:pPr>
    </w:p>
    <w:p w14:paraId="439766F7" w14:textId="0DD3AFCE" w:rsidR="00BC56D0" w:rsidRPr="00504939" w:rsidRDefault="00AD2E6A" w:rsidP="00995A8F">
      <w:pPr>
        <w:pStyle w:val="Heading4"/>
        <w:spacing w:before="0"/>
        <w:rPr>
          <w:color w:val="0070C0"/>
          <w:sz w:val="20"/>
          <w:szCs w:val="20"/>
        </w:rPr>
      </w:pPr>
      <w:r w:rsidRPr="00504939">
        <w:rPr>
          <w:color w:val="0070C0"/>
          <w:sz w:val="20"/>
          <w:szCs w:val="20"/>
        </w:rPr>
        <w:t>FAMILY ACTIVITY: “PREPARE A PLACE FOR GOD”</w:t>
      </w:r>
    </w:p>
    <w:p w14:paraId="2255D82A" w14:textId="73299212" w:rsidR="00BC56D0" w:rsidRPr="00504939" w:rsidRDefault="00000000" w:rsidP="00995A8F">
      <w:pPr>
        <w:rPr>
          <w:sz w:val="20"/>
          <w:szCs w:val="20"/>
        </w:rPr>
      </w:pPr>
      <w:r w:rsidRPr="00504939">
        <w:rPr>
          <w:rFonts w:ascii="Calibri" w:hAnsi="Calibri"/>
          <w:b/>
          <w:bCs/>
          <w:sz w:val="20"/>
          <w:szCs w:val="20"/>
        </w:rPr>
        <w:t>Materials</w:t>
      </w:r>
      <w:r w:rsidRPr="00504939">
        <w:rPr>
          <w:rFonts w:ascii="Calibri" w:hAnsi="Calibri"/>
          <w:sz w:val="20"/>
          <w:szCs w:val="20"/>
        </w:rPr>
        <w:t>: A small table, a Bible, a candle or lamp, optional decorations.</w:t>
      </w:r>
    </w:p>
    <w:p w14:paraId="52529335" w14:textId="77777777" w:rsidR="00BC56D0" w:rsidRPr="00504939" w:rsidRDefault="00000000" w:rsidP="005952B1">
      <w:pPr>
        <w:rPr>
          <w:b/>
          <w:bCs/>
          <w:sz w:val="20"/>
          <w:szCs w:val="20"/>
        </w:rPr>
      </w:pPr>
      <w:r w:rsidRPr="00504939">
        <w:rPr>
          <w:rFonts w:ascii="Calibri" w:hAnsi="Calibri"/>
          <w:b/>
          <w:bCs/>
          <w:sz w:val="20"/>
          <w:szCs w:val="20"/>
        </w:rPr>
        <w:t>Steps:</w:t>
      </w:r>
    </w:p>
    <w:p w14:paraId="44E62AD3" w14:textId="77777777" w:rsidR="00BC56D0" w:rsidRPr="00504939" w:rsidRDefault="00000000" w:rsidP="0047697A">
      <w:pPr>
        <w:pStyle w:val="ListParagraph"/>
        <w:numPr>
          <w:ilvl w:val="0"/>
          <w:numId w:val="49"/>
        </w:numPr>
        <w:rPr>
          <w:sz w:val="20"/>
          <w:szCs w:val="20"/>
        </w:rPr>
      </w:pPr>
      <w:r w:rsidRPr="00504939">
        <w:rPr>
          <w:rFonts w:ascii="Calibri" w:hAnsi="Calibri"/>
          <w:sz w:val="20"/>
          <w:szCs w:val="20"/>
        </w:rPr>
        <w:t>As a family, choose a corner or small area in your home to dedicate as your family worship space—your “church in the home.”</w:t>
      </w:r>
    </w:p>
    <w:p w14:paraId="4D05C0EF" w14:textId="77777777" w:rsidR="00BC56D0" w:rsidRPr="00504939" w:rsidRDefault="00000000" w:rsidP="0047697A">
      <w:pPr>
        <w:pStyle w:val="ListParagraph"/>
        <w:numPr>
          <w:ilvl w:val="0"/>
          <w:numId w:val="49"/>
        </w:numPr>
        <w:rPr>
          <w:sz w:val="20"/>
          <w:szCs w:val="20"/>
        </w:rPr>
      </w:pPr>
      <w:r w:rsidRPr="00504939">
        <w:rPr>
          <w:rFonts w:ascii="Calibri" w:hAnsi="Calibri"/>
          <w:sz w:val="20"/>
          <w:szCs w:val="20"/>
        </w:rPr>
        <w:t>Place a Bible there and any meaningful items such as a favorite verse, a candle, a flower, or a simple cloth.</w:t>
      </w:r>
    </w:p>
    <w:p w14:paraId="70C77A52" w14:textId="77777777" w:rsidR="00BC56D0" w:rsidRPr="00504939" w:rsidRDefault="00000000" w:rsidP="0047697A">
      <w:pPr>
        <w:pStyle w:val="ListParagraph"/>
        <w:numPr>
          <w:ilvl w:val="0"/>
          <w:numId w:val="49"/>
        </w:numPr>
        <w:rPr>
          <w:sz w:val="20"/>
          <w:szCs w:val="20"/>
        </w:rPr>
      </w:pPr>
      <w:r w:rsidRPr="00504939">
        <w:rPr>
          <w:rFonts w:ascii="Calibri" w:hAnsi="Calibri"/>
          <w:sz w:val="20"/>
          <w:szCs w:val="20"/>
        </w:rPr>
        <w:t>Gather around it and read Romans 16:5 together.</w:t>
      </w:r>
    </w:p>
    <w:p w14:paraId="2FAC9267" w14:textId="77777777" w:rsidR="00BC56D0" w:rsidRPr="00504939" w:rsidRDefault="00000000" w:rsidP="0047697A">
      <w:pPr>
        <w:pStyle w:val="ListParagraph"/>
        <w:numPr>
          <w:ilvl w:val="0"/>
          <w:numId w:val="49"/>
        </w:numPr>
        <w:rPr>
          <w:sz w:val="20"/>
          <w:szCs w:val="20"/>
        </w:rPr>
      </w:pPr>
      <w:r w:rsidRPr="00504939">
        <w:rPr>
          <w:rFonts w:ascii="Calibri" w:hAnsi="Calibri"/>
          <w:sz w:val="20"/>
          <w:szCs w:val="20"/>
        </w:rPr>
        <w:t>Each family member shares one way they want to invite God more fully into the home this week.</w:t>
      </w:r>
    </w:p>
    <w:p w14:paraId="0A794194" w14:textId="77777777" w:rsidR="00BC56D0" w:rsidRPr="00504939" w:rsidRDefault="00000000" w:rsidP="0047697A">
      <w:pPr>
        <w:pStyle w:val="ListParagraph"/>
        <w:numPr>
          <w:ilvl w:val="0"/>
          <w:numId w:val="49"/>
        </w:numPr>
        <w:rPr>
          <w:sz w:val="20"/>
          <w:szCs w:val="20"/>
        </w:rPr>
      </w:pPr>
      <w:r w:rsidRPr="00504939">
        <w:rPr>
          <w:rFonts w:ascii="Calibri" w:hAnsi="Calibri"/>
          <w:sz w:val="20"/>
          <w:szCs w:val="20"/>
        </w:rPr>
        <w:t>Close with prayer.</w:t>
      </w:r>
    </w:p>
    <w:p w14:paraId="68D57B2B" w14:textId="77777777" w:rsidR="00BC56D0" w:rsidRPr="00504939" w:rsidRDefault="00000000" w:rsidP="005952B1">
      <w:pPr>
        <w:rPr>
          <w:rFonts w:ascii="Calibri" w:hAnsi="Calibri"/>
          <w:sz w:val="20"/>
          <w:szCs w:val="20"/>
        </w:rPr>
      </w:pPr>
      <w:r w:rsidRPr="00504939">
        <w:rPr>
          <w:rFonts w:ascii="Calibri" w:hAnsi="Calibri"/>
          <w:b/>
          <w:bCs/>
          <w:sz w:val="20"/>
          <w:szCs w:val="20"/>
        </w:rPr>
        <w:t>Purpose:</w:t>
      </w:r>
      <w:r w:rsidRPr="00504939">
        <w:rPr>
          <w:rFonts w:ascii="Calibri" w:hAnsi="Calibri"/>
          <w:sz w:val="20"/>
          <w:szCs w:val="20"/>
        </w:rPr>
        <w:br/>
        <w:t>To create a visible, simple reminder that God belongs not only in the church building—but in the center of the home.</w:t>
      </w:r>
    </w:p>
    <w:p w14:paraId="60E3077F" w14:textId="1283B5C7" w:rsidR="00BC56D0" w:rsidRPr="00504939" w:rsidRDefault="00AD2E6A" w:rsidP="00AD2E6A">
      <w:pPr>
        <w:pStyle w:val="Heading4"/>
        <w:rPr>
          <w:color w:val="0070C0"/>
          <w:sz w:val="20"/>
          <w:szCs w:val="20"/>
        </w:rPr>
      </w:pPr>
      <w:r w:rsidRPr="00504939">
        <w:rPr>
          <w:color w:val="0070C0"/>
          <w:sz w:val="20"/>
          <w:szCs w:val="20"/>
        </w:rPr>
        <w:t>TRANSITION TO THE SERMON: IN SEARCH OF THE CHURCH</w:t>
      </w:r>
    </w:p>
    <w:p w14:paraId="00A37C0A" w14:textId="77777777" w:rsidR="00BC56D0" w:rsidRPr="00504939" w:rsidRDefault="00000000" w:rsidP="005952B1">
      <w:pPr>
        <w:rPr>
          <w:sz w:val="20"/>
          <w:szCs w:val="20"/>
        </w:rPr>
      </w:pPr>
      <w:r w:rsidRPr="00504939">
        <w:rPr>
          <w:rFonts w:ascii="Calibri" w:hAnsi="Calibri"/>
          <w:sz w:val="20"/>
          <w:szCs w:val="20"/>
        </w:rPr>
        <w:t>Tonight’s message explores how God identifies His true church in the last days. But before we search for the true church globally, Scripture invites us to establish the true church personally—in our homes. A family that worships together, prays together, and serves together becomes a powerful living testimony of God’s presence.</w:t>
      </w:r>
    </w:p>
    <w:p w14:paraId="1ADA4A80" w14:textId="77777777" w:rsidR="00BC56D0" w:rsidRPr="00504939" w:rsidRDefault="00000000" w:rsidP="005952B1">
      <w:pPr>
        <w:rPr>
          <w:sz w:val="20"/>
          <w:szCs w:val="20"/>
        </w:rPr>
      </w:pPr>
      <w:r w:rsidRPr="00504939">
        <w:rPr>
          <w:rFonts w:ascii="Calibri" w:hAnsi="Calibri"/>
          <w:sz w:val="20"/>
          <w:szCs w:val="20"/>
        </w:rPr>
        <w:t>As we move into the sermon, let us open our hearts to understand not only where God’s true church is found, but how we can make our homes part of that faithful, end-time people.</w:t>
      </w:r>
    </w:p>
    <w:p w14:paraId="4368D330" w14:textId="4D34B770" w:rsidR="00BC56D0" w:rsidRPr="00504939" w:rsidRDefault="00AD2E6A" w:rsidP="00AD2E6A">
      <w:pPr>
        <w:pStyle w:val="Heading4"/>
        <w:rPr>
          <w:color w:val="0070C0"/>
          <w:sz w:val="20"/>
          <w:szCs w:val="20"/>
        </w:rPr>
      </w:pPr>
      <w:r w:rsidRPr="00504939">
        <w:rPr>
          <w:color w:val="0070C0"/>
          <w:sz w:val="20"/>
          <w:szCs w:val="20"/>
        </w:rPr>
        <w:t>PRAYER</w:t>
      </w:r>
    </w:p>
    <w:p w14:paraId="149EB9C4" w14:textId="77777777" w:rsidR="00995A8F" w:rsidRPr="00504939" w:rsidRDefault="00000000" w:rsidP="005952B1">
      <w:pPr>
        <w:rPr>
          <w:rFonts w:ascii="Calibri" w:hAnsi="Calibri"/>
          <w:sz w:val="20"/>
          <w:szCs w:val="20"/>
        </w:rPr>
      </w:pPr>
      <w:r w:rsidRPr="00504939">
        <w:rPr>
          <w:rFonts w:ascii="Calibri" w:hAnsi="Calibri"/>
          <w:sz w:val="20"/>
          <w:szCs w:val="20"/>
        </w:rPr>
        <w:t>Heavenly Father,</w:t>
      </w:r>
      <w:r w:rsidRPr="00504939">
        <w:rPr>
          <w:rFonts w:ascii="Calibri" w:hAnsi="Calibri"/>
          <w:sz w:val="20"/>
          <w:szCs w:val="20"/>
        </w:rPr>
        <w:br/>
        <w:t>Thank You for calling our homes to be small churches where Your presence dwells. Forgive us for the times we have allowed busyness, distraction, or entertainment to crowd out worship. Teach us to make space for You in our daily routines, our conversations, and our habits. Help us guide our children tenderly and faithfully into a life of service for You.</w:t>
      </w:r>
    </w:p>
    <w:p w14:paraId="277AB0BE" w14:textId="5D08D718" w:rsidR="00BC56D0" w:rsidRDefault="00000000" w:rsidP="005952B1">
      <w:pPr>
        <w:rPr>
          <w:rFonts w:ascii="Calibri" w:hAnsi="Calibri"/>
          <w:sz w:val="20"/>
          <w:szCs w:val="20"/>
        </w:rPr>
      </w:pPr>
      <w:r w:rsidRPr="00504939">
        <w:rPr>
          <w:rFonts w:ascii="Calibri" w:hAnsi="Calibri"/>
          <w:sz w:val="20"/>
          <w:szCs w:val="20"/>
        </w:rPr>
        <w:t>May our home be a place where visitors can see Your love, sense Your peace, and know that You are honored here. As we prepare to hear the message on identifying Your true church, open our eyes and hearts to Your truth.</w:t>
      </w:r>
      <w:r w:rsidR="00995A8F" w:rsidRPr="00504939">
        <w:rPr>
          <w:rFonts w:ascii="Calibri" w:hAnsi="Calibri"/>
          <w:sz w:val="20"/>
          <w:szCs w:val="20"/>
        </w:rPr>
        <w:t xml:space="preserve">  </w:t>
      </w:r>
      <w:r w:rsidRPr="00504939">
        <w:rPr>
          <w:rFonts w:ascii="Calibri" w:hAnsi="Calibri"/>
          <w:sz w:val="20"/>
          <w:szCs w:val="20"/>
        </w:rPr>
        <w:t>In Jesus’ name, Amen.</w:t>
      </w:r>
    </w:p>
    <w:p w14:paraId="5E22C49D" w14:textId="77777777" w:rsidR="0047697A" w:rsidRDefault="0047697A" w:rsidP="005952B1">
      <w:pPr>
        <w:rPr>
          <w:rFonts w:ascii="Calibri" w:hAnsi="Calibri"/>
          <w:sz w:val="20"/>
          <w:szCs w:val="20"/>
        </w:rPr>
      </w:pPr>
    </w:p>
    <w:p w14:paraId="057BA590" w14:textId="77777777" w:rsidR="006B7EB5" w:rsidRDefault="006B7EB5" w:rsidP="005952B1">
      <w:pPr>
        <w:rPr>
          <w:rFonts w:ascii="Calibri" w:hAnsi="Calibri"/>
          <w:sz w:val="20"/>
          <w:szCs w:val="20"/>
        </w:rPr>
      </w:pPr>
    </w:p>
    <w:p w14:paraId="3D53C2F9" w14:textId="77777777" w:rsidR="006B7EB5" w:rsidRDefault="006B7EB5" w:rsidP="005952B1">
      <w:pPr>
        <w:rPr>
          <w:rFonts w:ascii="Calibri" w:hAnsi="Calibri"/>
          <w:sz w:val="20"/>
          <w:szCs w:val="20"/>
        </w:rPr>
      </w:pPr>
    </w:p>
    <w:p w14:paraId="31203EF5" w14:textId="77777777" w:rsidR="0047697A" w:rsidRPr="00504939" w:rsidRDefault="0047697A" w:rsidP="005952B1">
      <w:pPr>
        <w:rPr>
          <w:sz w:val="20"/>
          <w:szCs w:val="20"/>
        </w:rPr>
      </w:pPr>
    </w:p>
    <w:p w14:paraId="075F54DA" w14:textId="4E70790B" w:rsidR="00BC56D0" w:rsidRPr="00504939" w:rsidRDefault="00E303B9" w:rsidP="006B7EB5">
      <w:pPr>
        <w:pStyle w:val="Heading1"/>
        <w:shd w:val="clear" w:color="auto" w:fill="B6DDE8" w:themeFill="accent5" w:themeFillTint="66"/>
        <w:spacing w:before="0" w:line="240" w:lineRule="auto"/>
        <w:rPr>
          <w:sz w:val="20"/>
          <w:szCs w:val="20"/>
        </w:rPr>
      </w:pPr>
      <w:bookmarkStart w:id="49" w:name="_Toc226793136"/>
      <w:r w:rsidRPr="00504939">
        <w:rPr>
          <w:sz w:val="20"/>
          <w:szCs w:val="20"/>
        </w:rPr>
        <w:lastRenderedPageBreak/>
        <w:t>SERMON TOPIC #14   THE GIFT OF THE SPIRIT</w:t>
      </w:r>
      <w:bookmarkEnd w:id="49"/>
      <w:r w:rsidRPr="00504939">
        <w:rPr>
          <w:sz w:val="20"/>
          <w:szCs w:val="20"/>
        </w:rPr>
        <w:t xml:space="preserve"> </w:t>
      </w:r>
    </w:p>
    <w:p w14:paraId="26D8E852" w14:textId="77777777" w:rsidR="006B7EB5" w:rsidRDefault="006B7EB5" w:rsidP="006B7EB5">
      <w:pPr>
        <w:pStyle w:val="Heading1"/>
        <w:spacing w:before="0" w:line="240" w:lineRule="auto"/>
        <w:rPr>
          <w:sz w:val="20"/>
          <w:szCs w:val="20"/>
        </w:rPr>
      </w:pPr>
      <w:bookmarkStart w:id="50" w:name="_Toc226793137"/>
    </w:p>
    <w:p w14:paraId="1024931F" w14:textId="516B9250" w:rsidR="00BC56D0" w:rsidRPr="00504939" w:rsidRDefault="00000000" w:rsidP="006B7EB5">
      <w:pPr>
        <w:pStyle w:val="Heading1"/>
        <w:spacing w:before="0" w:line="240" w:lineRule="auto"/>
        <w:rPr>
          <w:sz w:val="20"/>
          <w:szCs w:val="20"/>
        </w:rPr>
      </w:pPr>
      <w:r w:rsidRPr="00504939">
        <w:rPr>
          <w:sz w:val="20"/>
          <w:szCs w:val="20"/>
        </w:rPr>
        <w:t xml:space="preserve">FAMILY </w:t>
      </w:r>
      <w:r w:rsidR="00D10687" w:rsidRPr="00504939">
        <w:rPr>
          <w:sz w:val="20"/>
          <w:szCs w:val="20"/>
        </w:rPr>
        <w:t>FOCUS</w:t>
      </w:r>
      <w:r w:rsidRPr="00504939">
        <w:rPr>
          <w:sz w:val="20"/>
          <w:szCs w:val="20"/>
        </w:rPr>
        <w:t>: HOUSEHOLD HARMONY</w:t>
      </w:r>
      <w:bookmarkEnd w:id="50"/>
    </w:p>
    <w:p w14:paraId="662CC7D4" w14:textId="77777777" w:rsidR="00BC56D0" w:rsidRPr="00504939" w:rsidRDefault="00000000" w:rsidP="006B7EB5">
      <w:pPr>
        <w:spacing w:line="240" w:lineRule="auto"/>
        <w:rPr>
          <w:b/>
          <w:bCs/>
          <w:sz w:val="20"/>
          <w:szCs w:val="20"/>
        </w:rPr>
      </w:pPr>
      <w:r w:rsidRPr="00504939">
        <w:rPr>
          <w:rFonts w:ascii="Calibri" w:hAnsi="Calibri"/>
          <w:b/>
          <w:bCs/>
          <w:sz w:val="20"/>
          <w:szCs w:val="20"/>
        </w:rPr>
        <w:t xml:space="preserve"> “Now Israel loved Joseph more than all his children, because he was the son of his old age. </w:t>
      </w:r>
      <w:proofErr w:type="gramStart"/>
      <w:r w:rsidRPr="00504939">
        <w:rPr>
          <w:rFonts w:ascii="Calibri" w:hAnsi="Calibri"/>
          <w:b/>
          <w:bCs/>
          <w:sz w:val="20"/>
          <w:szCs w:val="20"/>
        </w:rPr>
        <w:t>Also</w:t>
      </w:r>
      <w:proofErr w:type="gramEnd"/>
      <w:r w:rsidRPr="00504939">
        <w:rPr>
          <w:rFonts w:ascii="Calibri" w:hAnsi="Calibri"/>
          <w:b/>
          <w:bCs/>
          <w:sz w:val="20"/>
          <w:szCs w:val="20"/>
        </w:rPr>
        <w:t xml:space="preserve"> he made him a tunic of many colors” (Gen. 37:3, NKJV). </w:t>
      </w:r>
    </w:p>
    <w:p w14:paraId="5EFAF95D" w14:textId="77777777" w:rsidR="00BC56D0" w:rsidRPr="00504939" w:rsidRDefault="00000000" w:rsidP="00995A8F">
      <w:pPr>
        <w:jc w:val="both"/>
        <w:rPr>
          <w:sz w:val="20"/>
          <w:szCs w:val="20"/>
        </w:rPr>
      </w:pPr>
      <w:proofErr w:type="gramStart"/>
      <w:r w:rsidRPr="00504939">
        <w:rPr>
          <w:rFonts w:ascii="Calibri" w:hAnsi="Calibri"/>
          <w:sz w:val="20"/>
          <w:szCs w:val="20"/>
        </w:rPr>
        <w:t>As it</w:t>
      </w:r>
      <w:proofErr w:type="gramEnd"/>
      <w:r w:rsidRPr="00504939">
        <w:rPr>
          <w:rFonts w:ascii="Calibri" w:hAnsi="Calibri"/>
          <w:sz w:val="20"/>
          <w:szCs w:val="20"/>
        </w:rPr>
        <w:t xml:space="preserve"> happens in many families, Jacob’s family had problems. Joseph was a cherished son. One day, his father gave him a multi-colored tunic as gift. His brothers’ jealousy had been growing for some </w:t>
      </w:r>
      <w:proofErr w:type="gramStart"/>
      <w:r w:rsidRPr="00504939">
        <w:rPr>
          <w:rFonts w:ascii="Calibri" w:hAnsi="Calibri"/>
          <w:sz w:val="20"/>
          <w:szCs w:val="20"/>
        </w:rPr>
        <w:t>time</w:t>
      </w:r>
      <w:proofErr w:type="gramEnd"/>
      <w:r w:rsidRPr="00504939">
        <w:rPr>
          <w:rFonts w:ascii="Calibri" w:hAnsi="Calibri"/>
          <w:sz w:val="20"/>
          <w:szCs w:val="20"/>
        </w:rPr>
        <w:t xml:space="preserve"> and this was the last straw. </w:t>
      </w:r>
    </w:p>
    <w:p w14:paraId="5D3D4D75" w14:textId="77777777" w:rsidR="00BC56D0" w:rsidRPr="00504939" w:rsidRDefault="00000000" w:rsidP="00995A8F">
      <w:pPr>
        <w:jc w:val="both"/>
        <w:rPr>
          <w:sz w:val="20"/>
          <w:szCs w:val="20"/>
        </w:rPr>
      </w:pPr>
      <w:r w:rsidRPr="00504939">
        <w:rPr>
          <w:rFonts w:ascii="Calibri" w:hAnsi="Calibri"/>
          <w:sz w:val="20"/>
          <w:szCs w:val="20"/>
        </w:rPr>
        <w:t xml:space="preserve">When they were pasturing their father’s flock in a field, they plotted what they could do to end their father’s preference for Joseph. When Joseph came to check on his brothers, bringing food his father sent, they put their plan into practice. Even though all the brothers were not in agreement, Joseph was still sold as a slave and went to Egypt when only 17-years-old. </w:t>
      </w:r>
    </w:p>
    <w:p w14:paraId="13D17831" w14:textId="77777777" w:rsidR="00BC56D0" w:rsidRPr="00504939" w:rsidRDefault="00000000" w:rsidP="00995A8F">
      <w:pPr>
        <w:jc w:val="both"/>
        <w:rPr>
          <w:sz w:val="20"/>
          <w:szCs w:val="20"/>
        </w:rPr>
      </w:pPr>
      <w:r w:rsidRPr="00504939">
        <w:rPr>
          <w:rFonts w:ascii="Calibri" w:hAnsi="Calibri"/>
          <w:sz w:val="20"/>
          <w:szCs w:val="20"/>
        </w:rPr>
        <w:t xml:space="preserve">It is not easy for parents to treat their children equally. Every son or daughter has his or her own individual characteristics. They are different in age, likes, health and behavior. And this can lead parents to make different choices for each of their children. How we approach one child may not work as well for another child. </w:t>
      </w:r>
    </w:p>
    <w:p w14:paraId="65FCBED9" w14:textId="77777777" w:rsidR="00BC56D0" w:rsidRPr="00504939" w:rsidRDefault="00000000" w:rsidP="00995A8F">
      <w:pPr>
        <w:jc w:val="both"/>
        <w:rPr>
          <w:sz w:val="20"/>
          <w:szCs w:val="20"/>
        </w:rPr>
      </w:pPr>
      <w:r w:rsidRPr="00504939">
        <w:rPr>
          <w:rFonts w:ascii="Calibri" w:hAnsi="Calibri"/>
          <w:sz w:val="20"/>
          <w:szCs w:val="20"/>
        </w:rPr>
        <w:t xml:space="preserve">It is at this point that parents should use good sense. There is nothing better than divine guidance and open discussion to promote comprehension between children and parents. Careful talking can help a child understand that a younger sibling who is sick may need more gentleness, affection and care. Even so, parents should avoid showing special preferences for one child. This can cause serious injuries to the children’s character formation, for when they face life’s problems, a child can continue to be needy and dependent. Their jealous siblings will tend to grow up constantly rebelling against everything and everybody. </w:t>
      </w:r>
    </w:p>
    <w:p w14:paraId="1EBBBFDB" w14:textId="77777777" w:rsidR="00CF207C" w:rsidRPr="00504939" w:rsidRDefault="00000000" w:rsidP="00995A8F">
      <w:pPr>
        <w:jc w:val="both"/>
        <w:rPr>
          <w:rFonts w:ascii="Calibri" w:hAnsi="Calibri"/>
          <w:sz w:val="20"/>
          <w:szCs w:val="20"/>
        </w:rPr>
      </w:pPr>
      <w:r w:rsidRPr="00504939">
        <w:rPr>
          <w:rFonts w:ascii="Calibri" w:hAnsi="Calibri"/>
          <w:sz w:val="20"/>
          <w:szCs w:val="20"/>
        </w:rPr>
        <w:t xml:space="preserve">When parents show balanced and reasonable love to their children, they promote a pleasant environment of peace and harmony. Then the home becomes a place where the God’s angels are happy to be present. </w:t>
      </w:r>
    </w:p>
    <w:p w14:paraId="2C327CE0" w14:textId="79D2956F" w:rsidR="00BC56D0" w:rsidRDefault="00000000" w:rsidP="00995A8F">
      <w:pPr>
        <w:jc w:val="both"/>
        <w:rPr>
          <w:rFonts w:ascii="Calibri" w:hAnsi="Calibri"/>
          <w:sz w:val="20"/>
          <w:szCs w:val="20"/>
        </w:rPr>
      </w:pPr>
      <w:r w:rsidRPr="00504939">
        <w:rPr>
          <w:rFonts w:ascii="Calibri" w:hAnsi="Calibri"/>
          <w:sz w:val="20"/>
          <w:szCs w:val="20"/>
        </w:rPr>
        <w:t>—Daily Meditations, p. 126</w:t>
      </w:r>
    </w:p>
    <w:p w14:paraId="27ED6263" w14:textId="54D47C79" w:rsidR="00BC56D0" w:rsidRPr="00504939" w:rsidRDefault="00995A8F" w:rsidP="00995A8F">
      <w:pPr>
        <w:pStyle w:val="Heading4"/>
        <w:rPr>
          <w:color w:val="0070C0"/>
          <w:sz w:val="20"/>
          <w:szCs w:val="20"/>
        </w:rPr>
      </w:pPr>
      <w:r w:rsidRPr="00504939">
        <w:rPr>
          <w:color w:val="0070C0"/>
          <w:sz w:val="20"/>
          <w:szCs w:val="20"/>
        </w:rPr>
        <w:t>FAMILY DEVOTION: HOUSEHOLD HARMONY</w:t>
      </w:r>
    </w:p>
    <w:p w14:paraId="58E42E9B" w14:textId="623586B6" w:rsidR="00BC56D0" w:rsidRPr="00504939" w:rsidRDefault="00000000" w:rsidP="005952B1">
      <w:pPr>
        <w:rPr>
          <w:b/>
          <w:bCs/>
          <w:sz w:val="20"/>
          <w:szCs w:val="20"/>
        </w:rPr>
      </w:pPr>
      <w:r w:rsidRPr="00504939">
        <w:rPr>
          <w:rFonts w:ascii="Calibri" w:hAnsi="Calibri"/>
          <w:b/>
          <w:bCs/>
          <w:sz w:val="20"/>
          <w:szCs w:val="20"/>
        </w:rPr>
        <w:t>Key Text</w:t>
      </w:r>
      <w:proofErr w:type="gramStart"/>
      <w:r w:rsidRPr="00504939">
        <w:rPr>
          <w:rFonts w:ascii="Calibri" w:hAnsi="Calibri"/>
          <w:b/>
          <w:bCs/>
          <w:sz w:val="20"/>
          <w:szCs w:val="20"/>
        </w:rPr>
        <w:t>:</w:t>
      </w:r>
      <w:r w:rsidR="00995A8F" w:rsidRPr="00504939">
        <w:rPr>
          <w:rFonts w:ascii="Calibri" w:hAnsi="Calibri"/>
          <w:b/>
          <w:bCs/>
          <w:sz w:val="20"/>
          <w:szCs w:val="20"/>
        </w:rPr>
        <w:t xml:space="preserve">  </w:t>
      </w:r>
      <w:r w:rsidRPr="00504939">
        <w:rPr>
          <w:rFonts w:ascii="Calibri" w:hAnsi="Calibri"/>
          <w:b/>
          <w:bCs/>
          <w:sz w:val="20"/>
          <w:szCs w:val="20"/>
        </w:rPr>
        <w:t>“</w:t>
      </w:r>
      <w:proofErr w:type="gramEnd"/>
      <w:r w:rsidRPr="00504939">
        <w:rPr>
          <w:rFonts w:ascii="Calibri" w:hAnsi="Calibri"/>
          <w:b/>
          <w:bCs/>
          <w:sz w:val="20"/>
          <w:szCs w:val="20"/>
        </w:rPr>
        <w:t xml:space="preserve">Now Israel loved Joseph more than all his children, because he was the son of his old age. </w:t>
      </w:r>
      <w:proofErr w:type="gramStart"/>
      <w:r w:rsidRPr="00504939">
        <w:rPr>
          <w:rFonts w:ascii="Calibri" w:hAnsi="Calibri"/>
          <w:b/>
          <w:bCs/>
          <w:sz w:val="20"/>
          <w:szCs w:val="20"/>
        </w:rPr>
        <w:t>Also</w:t>
      </w:r>
      <w:proofErr w:type="gramEnd"/>
      <w:r w:rsidRPr="00504939">
        <w:rPr>
          <w:rFonts w:ascii="Calibri" w:hAnsi="Calibri"/>
          <w:b/>
          <w:bCs/>
          <w:sz w:val="20"/>
          <w:szCs w:val="20"/>
        </w:rPr>
        <w:t xml:space="preserve"> he made him a tunic of many colors” (Genesis 37:3, NKJV).</w:t>
      </w:r>
    </w:p>
    <w:p w14:paraId="44DCC474" w14:textId="77777777" w:rsidR="00BC56D0" w:rsidRPr="00504939" w:rsidRDefault="00000000" w:rsidP="00995A8F">
      <w:pPr>
        <w:jc w:val="both"/>
        <w:rPr>
          <w:sz w:val="20"/>
          <w:szCs w:val="20"/>
        </w:rPr>
      </w:pPr>
      <w:r w:rsidRPr="00504939">
        <w:rPr>
          <w:rFonts w:ascii="Calibri" w:hAnsi="Calibri"/>
          <w:sz w:val="20"/>
          <w:szCs w:val="20"/>
        </w:rPr>
        <w:t xml:space="preserve">Jacob’s family was marked by tension, misunderstanding, and harmful favoritism. Joseph was cherished and gifted a special tunic—a symbol of his father’s preference. But what felt like love </w:t>
      </w:r>
      <w:proofErr w:type="gramStart"/>
      <w:r w:rsidRPr="00504939">
        <w:rPr>
          <w:rFonts w:ascii="Calibri" w:hAnsi="Calibri"/>
          <w:sz w:val="20"/>
          <w:szCs w:val="20"/>
        </w:rPr>
        <w:t>to</w:t>
      </w:r>
      <w:proofErr w:type="gramEnd"/>
      <w:r w:rsidRPr="00504939">
        <w:rPr>
          <w:rFonts w:ascii="Calibri" w:hAnsi="Calibri"/>
          <w:sz w:val="20"/>
          <w:szCs w:val="20"/>
        </w:rPr>
        <w:t xml:space="preserve"> Joseph felt like rejection </w:t>
      </w:r>
      <w:proofErr w:type="gramStart"/>
      <w:r w:rsidRPr="00504939">
        <w:rPr>
          <w:rFonts w:ascii="Calibri" w:hAnsi="Calibri"/>
          <w:sz w:val="20"/>
          <w:szCs w:val="20"/>
        </w:rPr>
        <w:t>to</w:t>
      </w:r>
      <w:proofErr w:type="gramEnd"/>
      <w:r w:rsidRPr="00504939">
        <w:rPr>
          <w:rFonts w:ascii="Calibri" w:hAnsi="Calibri"/>
          <w:sz w:val="20"/>
          <w:szCs w:val="20"/>
        </w:rPr>
        <w:t xml:space="preserve"> his brothers. Their jealousy simmered for years until it finally erupted into betrayal, sending Joseph into slavery at just seventeen years old. The reading points out that family disharmony often begins quietly, </w:t>
      </w:r>
      <w:proofErr w:type="gramStart"/>
      <w:r w:rsidRPr="00504939">
        <w:rPr>
          <w:rFonts w:ascii="Calibri" w:hAnsi="Calibri"/>
          <w:sz w:val="20"/>
          <w:szCs w:val="20"/>
        </w:rPr>
        <w:t>in</w:t>
      </w:r>
      <w:proofErr w:type="gramEnd"/>
      <w:r w:rsidRPr="00504939">
        <w:rPr>
          <w:rFonts w:ascii="Calibri" w:hAnsi="Calibri"/>
          <w:sz w:val="20"/>
          <w:szCs w:val="20"/>
        </w:rPr>
        <w:t xml:space="preserve"> subtle differences in how children are treated, spoken to, or cared for.</w:t>
      </w:r>
    </w:p>
    <w:p w14:paraId="64696F4E" w14:textId="77777777" w:rsidR="00BC56D0" w:rsidRPr="00504939" w:rsidRDefault="00000000" w:rsidP="00995A8F">
      <w:pPr>
        <w:jc w:val="both"/>
        <w:rPr>
          <w:sz w:val="20"/>
          <w:szCs w:val="20"/>
        </w:rPr>
      </w:pPr>
      <w:r w:rsidRPr="00504939">
        <w:rPr>
          <w:rFonts w:ascii="Calibri" w:hAnsi="Calibri"/>
          <w:sz w:val="20"/>
          <w:szCs w:val="20"/>
        </w:rPr>
        <w:t xml:space="preserve">Every child is </w:t>
      </w:r>
      <w:proofErr w:type="gramStart"/>
      <w:r w:rsidRPr="00504939">
        <w:rPr>
          <w:rFonts w:ascii="Calibri" w:hAnsi="Calibri"/>
          <w:sz w:val="20"/>
          <w:szCs w:val="20"/>
        </w:rPr>
        <w:t>unique—</w:t>
      </w:r>
      <w:proofErr w:type="gramEnd"/>
      <w:r w:rsidRPr="00504939">
        <w:rPr>
          <w:rFonts w:ascii="Calibri" w:hAnsi="Calibri"/>
          <w:sz w:val="20"/>
          <w:szCs w:val="20"/>
        </w:rPr>
        <w:t>different in age, temperament, personality, health, and needs. But these differences demand wisdom, discernment, and divine guidance instead of favoritism. Parents are called to avoid partiality and instead practice balanced and reasonable love that nurtures each child without creating jealousy or insecurity.</w:t>
      </w:r>
    </w:p>
    <w:p w14:paraId="3BDFE305" w14:textId="77777777" w:rsidR="00BC56D0" w:rsidRPr="00504939" w:rsidRDefault="00000000" w:rsidP="00995A8F">
      <w:pPr>
        <w:jc w:val="both"/>
        <w:rPr>
          <w:sz w:val="20"/>
          <w:szCs w:val="20"/>
        </w:rPr>
      </w:pPr>
      <w:r w:rsidRPr="00504939">
        <w:rPr>
          <w:rFonts w:ascii="Calibri" w:hAnsi="Calibri"/>
          <w:sz w:val="20"/>
          <w:szCs w:val="20"/>
        </w:rPr>
        <w:t>The reading reminds us that open communication helps children understand why certain needs differ. A younger or sick sibling may require more care; an older child may bear more responsibility. Such understanding fosters compassion rather than competition.</w:t>
      </w:r>
    </w:p>
    <w:p w14:paraId="17150EEF" w14:textId="77777777" w:rsidR="00BC56D0" w:rsidRPr="00504939" w:rsidRDefault="00000000" w:rsidP="00995A8F">
      <w:pPr>
        <w:jc w:val="both"/>
        <w:rPr>
          <w:rFonts w:ascii="Calibri" w:hAnsi="Calibri"/>
          <w:sz w:val="20"/>
          <w:szCs w:val="20"/>
        </w:rPr>
      </w:pPr>
      <w:r w:rsidRPr="00504939">
        <w:rPr>
          <w:rFonts w:ascii="Calibri" w:hAnsi="Calibri"/>
          <w:sz w:val="20"/>
          <w:szCs w:val="20"/>
        </w:rPr>
        <w:t>When family members feel valued and treated with fairness, the home becomes a place of peace and harmony—a place where “God’s angels are happy to be present” (Daily Meditations, p. 126). Harmony in the home is not accidental; it is built one conversation, one act of kindness, and one prayer at a time. This harmony invites the Holy Spirit, who alone can produce unity, gentleness, and love within the family.</w:t>
      </w:r>
    </w:p>
    <w:p w14:paraId="6F4F4C5B" w14:textId="6A922DDA" w:rsidR="005001EA" w:rsidRPr="00504939" w:rsidRDefault="005001EA" w:rsidP="00D444E3">
      <w:pPr>
        <w:spacing w:after="0" w:line="240" w:lineRule="auto"/>
        <w:jc w:val="both"/>
        <w:rPr>
          <w:rFonts w:ascii="Calibri" w:hAnsi="Calibri"/>
          <w:b/>
          <w:bCs/>
          <w:i/>
          <w:iCs/>
          <w:color w:val="0070C0"/>
          <w:sz w:val="20"/>
          <w:szCs w:val="20"/>
        </w:rPr>
      </w:pPr>
      <w:r w:rsidRPr="00504939">
        <w:rPr>
          <w:rFonts w:ascii="Calibri" w:hAnsi="Calibri"/>
          <w:b/>
          <w:bCs/>
          <w:i/>
          <w:iCs/>
          <w:color w:val="0070C0"/>
          <w:sz w:val="20"/>
          <w:szCs w:val="20"/>
        </w:rPr>
        <w:lastRenderedPageBreak/>
        <w:t xml:space="preserve">FAMILY STORY </w:t>
      </w:r>
    </w:p>
    <w:p w14:paraId="59F9938F" w14:textId="3F52FD0D" w:rsidR="005001EA" w:rsidRDefault="005001EA" w:rsidP="0043567F">
      <w:pPr>
        <w:spacing w:after="0" w:line="240" w:lineRule="auto"/>
        <w:rPr>
          <w:rFonts w:asciiTheme="majorHAnsi" w:hAnsiTheme="majorHAnsi" w:cstheme="majorHAnsi"/>
          <w:color w:val="000000" w:themeColor="text1"/>
          <w:sz w:val="20"/>
          <w:szCs w:val="20"/>
          <w:lang w:val="en-FJ"/>
        </w:rPr>
      </w:pPr>
      <w:r w:rsidRPr="00504939">
        <w:rPr>
          <w:rFonts w:asciiTheme="majorHAnsi" w:hAnsiTheme="majorHAnsi" w:cstheme="majorHAnsi"/>
          <w:color w:val="000000" w:themeColor="text1"/>
          <w:sz w:val="20"/>
          <w:szCs w:val="20"/>
          <w:lang w:val="en-FJ"/>
        </w:rPr>
        <w:t xml:space="preserve">In the </w:t>
      </w:r>
      <w:proofErr w:type="spellStart"/>
      <w:r w:rsidRPr="00504939">
        <w:rPr>
          <w:rFonts w:asciiTheme="majorHAnsi" w:hAnsiTheme="majorHAnsi" w:cstheme="majorHAnsi"/>
          <w:color w:val="000000" w:themeColor="text1"/>
          <w:sz w:val="20"/>
          <w:szCs w:val="20"/>
          <w:lang w:val="en-FJ"/>
        </w:rPr>
        <w:t>Temeti’a</w:t>
      </w:r>
      <w:proofErr w:type="spellEnd"/>
      <w:r w:rsidRPr="00504939">
        <w:rPr>
          <w:rFonts w:asciiTheme="majorHAnsi" w:hAnsiTheme="majorHAnsi" w:cstheme="majorHAnsi"/>
          <w:color w:val="000000" w:themeColor="text1"/>
          <w:sz w:val="20"/>
          <w:szCs w:val="20"/>
          <w:lang w:val="en-FJ"/>
        </w:rPr>
        <w:t xml:space="preserve"> family with several children, love was never lacking—but wisdom sometimes was.</w:t>
      </w:r>
      <w:r w:rsidR="0043567F">
        <w:rPr>
          <w:rFonts w:asciiTheme="majorHAnsi" w:hAnsiTheme="majorHAnsi" w:cstheme="majorHAnsi"/>
          <w:color w:val="000000" w:themeColor="text1"/>
          <w:sz w:val="20"/>
          <w:szCs w:val="20"/>
          <w:lang w:val="en-FJ"/>
        </w:rPr>
        <w:t xml:space="preserve">  </w:t>
      </w:r>
      <w:r w:rsidRPr="00504939">
        <w:rPr>
          <w:rFonts w:asciiTheme="majorHAnsi" w:hAnsiTheme="majorHAnsi" w:cstheme="majorHAnsi"/>
          <w:color w:val="000000" w:themeColor="text1"/>
          <w:sz w:val="20"/>
          <w:szCs w:val="20"/>
          <w:lang w:val="en-FJ"/>
        </w:rPr>
        <w:t>The parents worked hard and cared deeply for every child. Yet without intending to, they treated one child differently. She was younger, quieter, and often praised for her abilities. Special privileges were given. Extra attention was shown. And one day, she received a brightly coloured shawl—something no other child had been given.</w:t>
      </w:r>
    </w:p>
    <w:p w14:paraId="62CD3AB2" w14:textId="77777777" w:rsidR="0043567F" w:rsidRPr="00504939" w:rsidRDefault="0043567F" w:rsidP="0043567F">
      <w:pPr>
        <w:spacing w:after="0" w:line="240" w:lineRule="auto"/>
        <w:rPr>
          <w:rFonts w:asciiTheme="majorHAnsi" w:hAnsiTheme="majorHAnsi" w:cstheme="majorHAnsi"/>
          <w:color w:val="000000" w:themeColor="text1"/>
          <w:sz w:val="20"/>
          <w:szCs w:val="20"/>
          <w:lang w:val="en-FJ"/>
        </w:rPr>
      </w:pPr>
    </w:p>
    <w:p w14:paraId="569EAC8A" w14:textId="6E6FC3C0" w:rsidR="005001EA" w:rsidRPr="00504939" w:rsidRDefault="005001EA" w:rsidP="005001EA">
      <w:pPr>
        <w:rPr>
          <w:rFonts w:asciiTheme="majorHAnsi" w:hAnsiTheme="majorHAnsi" w:cstheme="majorHAnsi"/>
          <w:color w:val="000000" w:themeColor="text1"/>
          <w:sz w:val="20"/>
          <w:szCs w:val="20"/>
          <w:lang w:val="en-FJ"/>
        </w:rPr>
      </w:pPr>
      <w:r w:rsidRPr="00504939">
        <w:rPr>
          <w:rFonts w:asciiTheme="majorHAnsi" w:hAnsiTheme="majorHAnsi" w:cstheme="majorHAnsi"/>
          <w:color w:val="000000" w:themeColor="text1"/>
          <w:sz w:val="20"/>
          <w:szCs w:val="20"/>
          <w:lang w:val="en-FJ"/>
        </w:rPr>
        <w:t>To the parents, it was affection</w:t>
      </w:r>
      <w:r w:rsidR="0043567F">
        <w:rPr>
          <w:rFonts w:asciiTheme="majorHAnsi" w:hAnsiTheme="majorHAnsi" w:cstheme="majorHAnsi"/>
          <w:color w:val="000000" w:themeColor="text1"/>
          <w:sz w:val="20"/>
          <w:szCs w:val="20"/>
          <w:lang w:val="en-FJ"/>
        </w:rPr>
        <w:t>, t</w:t>
      </w:r>
      <w:r w:rsidRPr="00504939">
        <w:rPr>
          <w:rFonts w:asciiTheme="majorHAnsi" w:hAnsiTheme="majorHAnsi" w:cstheme="majorHAnsi"/>
          <w:color w:val="000000" w:themeColor="text1"/>
          <w:sz w:val="20"/>
          <w:szCs w:val="20"/>
          <w:lang w:val="en-FJ"/>
        </w:rPr>
        <w:t>o the child, it felt like love</w:t>
      </w:r>
      <w:r w:rsidR="0043567F">
        <w:rPr>
          <w:rFonts w:asciiTheme="majorHAnsi" w:hAnsiTheme="majorHAnsi" w:cstheme="majorHAnsi"/>
          <w:color w:val="000000" w:themeColor="text1"/>
          <w:sz w:val="20"/>
          <w:szCs w:val="20"/>
          <w:lang w:val="en-FJ"/>
        </w:rPr>
        <w:t>, b</w:t>
      </w:r>
      <w:r w:rsidRPr="00504939">
        <w:rPr>
          <w:rFonts w:asciiTheme="majorHAnsi" w:hAnsiTheme="majorHAnsi" w:cstheme="majorHAnsi"/>
          <w:color w:val="000000" w:themeColor="text1"/>
          <w:sz w:val="20"/>
          <w:szCs w:val="20"/>
          <w:lang w:val="en-FJ"/>
        </w:rPr>
        <w:t>ut to the siblings, it felt like rejection.</w:t>
      </w:r>
    </w:p>
    <w:p w14:paraId="204E10F0" w14:textId="77777777" w:rsidR="005001EA" w:rsidRPr="00504939" w:rsidRDefault="005001EA" w:rsidP="005001EA">
      <w:pPr>
        <w:rPr>
          <w:rFonts w:asciiTheme="majorHAnsi" w:hAnsiTheme="majorHAnsi" w:cstheme="majorHAnsi"/>
          <w:color w:val="000000" w:themeColor="text1"/>
          <w:sz w:val="20"/>
          <w:szCs w:val="20"/>
          <w:lang w:val="en-FJ"/>
        </w:rPr>
      </w:pPr>
      <w:r w:rsidRPr="00504939">
        <w:rPr>
          <w:rFonts w:asciiTheme="majorHAnsi" w:hAnsiTheme="majorHAnsi" w:cstheme="majorHAnsi"/>
          <w:color w:val="000000" w:themeColor="text1"/>
          <w:sz w:val="20"/>
          <w:szCs w:val="20"/>
          <w:lang w:val="en-FJ"/>
        </w:rPr>
        <w:t>No one said anything out loud.</w:t>
      </w:r>
    </w:p>
    <w:p w14:paraId="6DEC82C1" w14:textId="1A8F49F6" w:rsidR="005001EA" w:rsidRPr="00504939" w:rsidRDefault="005001EA" w:rsidP="005001EA">
      <w:pPr>
        <w:rPr>
          <w:rFonts w:asciiTheme="majorHAnsi" w:hAnsiTheme="majorHAnsi" w:cstheme="majorHAnsi"/>
          <w:color w:val="000000" w:themeColor="text1"/>
          <w:sz w:val="20"/>
          <w:szCs w:val="20"/>
          <w:lang w:val="en-FJ"/>
        </w:rPr>
      </w:pPr>
      <w:r w:rsidRPr="00504939">
        <w:rPr>
          <w:rFonts w:asciiTheme="majorHAnsi" w:hAnsiTheme="majorHAnsi" w:cstheme="majorHAnsi"/>
          <w:color w:val="000000" w:themeColor="text1"/>
          <w:sz w:val="20"/>
          <w:szCs w:val="20"/>
          <w:lang w:val="en-FJ"/>
        </w:rPr>
        <w:t xml:space="preserve">Instead, silence settled </w:t>
      </w:r>
      <w:proofErr w:type="gramStart"/>
      <w:r w:rsidRPr="00504939">
        <w:rPr>
          <w:rFonts w:asciiTheme="majorHAnsi" w:hAnsiTheme="majorHAnsi" w:cstheme="majorHAnsi"/>
          <w:color w:val="000000" w:themeColor="text1"/>
          <w:sz w:val="20"/>
          <w:szCs w:val="20"/>
          <w:lang w:val="en-FJ"/>
        </w:rPr>
        <w:t>in,  teasing</w:t>
      </w:r>
      <w:proofErr w:type="gramEnd"/>
      <w:r w:rsidRPr="00504939">
        <w:rPr>
          <w:rFonts w:asciiTheme="majorHAnsi" w:hAnsiTheme="majorHAnsi" w:cstheme="majorHAnsi"/>
          <w:color w:val="000000" w:themeColor="text1"/>
          <w:sz w:val="20"/>
          <w:szCs w:val="20"/>
          <w:lang w:val="en-FJ"/>
        </w:rPr>
        <w:t xml:space="preserve"> became sharp and small disagreements grew bitter.</w:t>
      </w:r>
    </w:p>
    <w:p w14:paraId="25610F77" w14:textId="77777777" w:rsidR="005001EA" w:rsidRPr="00504939" w:rsidRDefault="005001EA" w:rsidP="005001EA">
      <w:pPr>
        <w:rPr>
          <w:rFonts w:asciiTheme="majorHAnsi" w:hAnsiTheme="majorHAnsi" w:cstheme="majorHAnsi"/>
          <w:color w:val="000000" w:themeColor="text1"/>
          <w:sz w:val="20"/>
          <w:szCs w:val="20"/>
          <w:lang w:val="en-FJ"/>
        </w:rPr>
      </w:pPr>
      <w:r w:rsidRPr="00504939">
        <w:rPr>
          <w:rFonts w:asciiTheme="majorHAnsi" w:hAnsiTheme="majorHAnsi" w:cstheme="majorHAnsi"/>
          <w:color w:val="000000" w:themeColor="text1"/>
          <w:sz w:val="20"/>
          <w:szCs w:val="20"/>
          <w:lang w:val="en-FJ"/>
        </w:rPr>
        <w:t xml:space="preserve">At family meals, smiles were forced. In private, resentment grew. Each child wondered, </w:t>
      </w:r>
      <w:r w:rsidRPr="00504939">
        <w:rPr>
          <w:rFonts w:asciiTheme="majorHAnsi" w:hAnsiTheme="majorHAnsi" w:cstheme="majorHAnsi"/>
          <w:i/>
          <w:iCs/>
          <w:color w:val="000000" w:themeColor="text1"/>
          <w:sz w:val="20"/>
          <w:szCs w:val="20"/>
          <w:lang w:val="en-FJ"/>
        </w:rPr>
        <w:t>“Why her, and not me?”</w:t>
      </w:r>
    </w:p>
    <w:p w14:paraId="179B0AB2" w14:textId="77777777" w:rsidR="005001EA" w:rsidRPr="00504939" w:rsidRDefault="005001EA" w:rsidP="005001EA">
      <w:pPr>
        <w:rPr>
          <w:rFonts w:asciiTheme="majorHAnsi" w:hAnsiTheme="majorHAnsi" w:cstheme="majorHAnsi"/>
          <w:color w:val="000000" w:themeColor="text1"/>
          <w:sz w:val="20"/>
          <w:szCs w:val="20"/>
          <w:lang w:val="en-FJ"/>
        </w:rPr>
      </w:pPr>
      <w:r w:rsidRPr="00504939">
        <w:rPr>
          <w:rFonts w:asciiTheme="majorHAnsi" w:hAnsiTheme="majorHAnsi" w:cstheme="majorHAnsi"/>
          <w:color w:val="000000" w:themeColor="text1"/>
          <w:sz w:val="20"/>
          <w:szCs w:val="20"/>
          <w:lang w:val="en-FJ"/>
        </w:rPr>
        <w:t>The parents noticed the tension—but misunderstood its roots.</w:t>
      </w:r>
    </w:p>
    <w:p w14:paraId="31F60690" w14:textId="77777777" w:rsidR="005001EA" w:rsidRPr="00504939" w:rsidRDefault="005001EA" w:rsidP="005001EA">
      <w:pPr>
        <w:rPr>
          <w:rFonts w:asciiTheme="majorHAnsi" w:hAnsiTheme="majorHAnsi" w:cstheme="majorHAnsi"/>
          <w:color w:val="000000" w:themeColor="text1"/>
          <w:sz w:val="20"/>
          <w:szCs w:val="20"/>
          <w:lang w:val="en-FJ"/>
        </w:rPr>
      </w:pPr>
      <w:r w:rsidRPr="00504939">
        <w:rPr>
          <w:rFonts w:asciiTheme="majorHAnsi" w:hAnsiTheme="majorHAnsi" w:cstheme="majorHAnsi"/>
          <w:color w:val="000000" w:themeColor="text1"/>
          <w:sz w:val="20"/>
          <w:szCs w:val="20"/>
          <w:lang w:val="en-FJ"/>
        </w:rPr>
        <w:t>One evening, during family worship, the Scripture reading was from Genesis—the story of Joseph and his brothers. As the story unfolded, the room grew very still.</w:t>
      </w:r>
    </w:p>
    <w:p w14:paraId="4666891F" w14:textId="77777777" w:rsidR="005001EA" w:rsidRPr="00504939" w:rsidRDefault="005001EA" w:rsidP="005001EA">
      <w:pPr>
        <w:rPr>
          <w:rFonts w:asciiTheme="majorHAnsi" w:hAnsiTheme="majorHAnsi" w:cstheme="majorHAnsi"/>
          <w:color w:val="000000" w:themeColor="text1"/>
          <w:sz w:val="20"/>
          <w:szCs w:val="20"/>
          <w:lang w:val="en-FJ"/>
        </w:rPr>
      </w:pPr>
      <w:r w:rsidRPr="00504939">
        <w:rPr>
          <w:rFonts w:asciiTheme="majorHAnsi" w:hAnsiTheme="majorHAnsi" w:cstheme="majorHAnsi"/>
          <w:color w:val="000000" w:themeColor="text1"/>
          <w:sz w:val="20"/>
          <w:szCs w:val="20"/>
          <w:lang w:val="en-FJ"/>
        </w:rPr>
        <w:t>When the reading ended, the eldest child finally spoke—softly, but honestly:</w:t>
      </w:r>
      <w:r w:rsidRPr="00504939">
        <w:rPr>
          <w:rFonts w:asciiTheme="majorHAnsi" w:hAnsiTheme="majorHAnsi" w:cstheme="majorHAnsi"/>
          <w:color w:val="000000" w:themeColor="text1"/>
          <w:sz w:val="20"/>
          <w:szCs w:val="20"/>
          <w:lang w:val="en-FJ"/>
        </w:rPr>
        <w:br/>
      </w:r>
      <w:r w:rsidRPr="00504939">
        <w:rPr>
          <w:rFonts w:asciiTheme="majorHAnsi" w:hAnsiTheme="majorHAnsi" w:cstheme="majorHAnsi"/>
          <w:i/>
          <w:iCs/>
          <w:color w:val="000000" w:themeColor="text1"/>
          <w:sz w:val="20"/>
          <w:szCs w:val="20"/>
          <w:lang w:val="en-FJ"/>
        </w:rPr>
        <w:t>“Sometimes when one of us is treated differently, it hurts.”</w:t>
      </w:r>
    </w:p>
    <w:p w14:paraId="66A736B0" w14:textId="77777777" w:rsidR="005001EA" w:rsidRPr="00504939" w:rsidRDefault="005001EA" w:rsidP="005001EA">
      <w:pPr>
        <w:rPr>
          <w:rFonts w:asciiTheme="majorHAnsi" w:hAnsiTheme="majorHAnsi" w:cstheme="majorHAnsi"/>
          <w:color w:val="000000" w:themeColor="text1"/>
          <w:sz w:val="20"/>
          <w:szCs w:val="20"/>
          <w:lang w:val="en-FJ"/>
        </w:rPr>
      </w:pPr>
      <w:r w:rsidRPr="00504939">
        <w:rPr>
          <w:rFonts w:asciiTheme="majorHAnsi" w:hAnsiTheme="majorHAnsi" w:cstheme="majorHAnsi"/>
          <w:color w:val="000000" w:themeColor="text1"/>
          <w:sz w:val="20"/>
          <w:szCs w:val="20"/>
          <w:lang w:val="en-FJ"/>
        </w:rPr>
        <w:t>There were no accusations. Just truth.</w:t>
      </w:r>
    </w:p>
    <w:p w14:paraId="37E9E244" w14:textId="77777777" w:rsidR="005001EA" w:rsidRPr="00504939" w:rsidRDefault="005001EA" w:rsidP="005001EA">
      <w:pPr>
        <w:rPr>
          <w:rFonts w:asciiTheme="majorHAnsi" w:hAnsiTheme="majorHAnsi" w:cstheme="majorHAnsi"/>
          <w:color w:val="000000" w:themeColor="text1"/>
          <w:sz w:val="20"/>
          <w:szCs w:val="20"/>
          <w:lang w:val="en-FJ"/>
        </w:rPr>
      </w:pPr>
      <w:r w:rsidRPr="00504939">
        <w:rPr>
          <w:rFonts w:asciiTheme="majorHAnsi" w:hAnsiTheme="majorHAnsi" w:cstheme="majorHAnsi"/>
          <w:color w:val="000000" w:themeColor="text1"/>
          <w:sz w:val="20"/>
          <w:szCs w:val="20"/>
          <w:lang w:val="en-FJ"/>
        </w:rPr>
        <w:t>The parents were stunned. They had meant to show care, not create pain. With humility, they listened.</w:t>
      </w:r>
    </w:p>
    <w:p w14:paraId="229A2CDC" w14:textId="77777777" w:rsidR="005001EA" w:rsidRPr="00504939" w:rsidRDefault="005001EA" w:rsidP="005001EA">
      <w:pPr>
        <w:rPr>
          <w:rFonts w:asciiTheme="majorHAnsi" w:hAnsiTheme="majorHAnsi" w:cstheme="majorHAnsi"/>
          <w:color w:val="000000" w:themeColor="text1"/>
          <w:sz w:val="20"/>
          <w:szCs w:val="20"/>
          <w:lang w:val="en-FJ"/>
        </w:rPr>
      </w:pPr>
      <w:r w:rsidRPr="00504939">
        <w:rPr>
          <w:rFonts w:asciiTheme="majorHAnsi" w:hAnsiTheme="majorHAnsi" w:cstheme="majorHAnsi"/>
          <w:color w:val="000000" w:themeColor="text1"/>
          <w:sz w:val="20"/>
          <w:szCs w:val="20"/>
          <w:lang w:val="en-FJ"/>
        </w:rPr>
        <w:t>That evening became a turning point.</w:t>
      </w:r>
    </w:p>
    <w:p w14:paraId="0FB7CBD1" w14:textId="3EB3B562" w:rsidR="005001EA" w:rsidRPr="00504939" w:rsidRDefault="005001EA" w:rsidP="005001EA">
      <w:pPr>
        <w:rPr>
          <w:rFonts w:asciiTheme="majorHAnsi" w:hAnsiTheme="majorHAnsi" w:cstheme="majorHAnsi"/>
          <w:color w:val="000000" w:themeColor="text1"/>
          <w:sz w:val="20"/>
          <w:szCs w:val="20"/>
          <w:lang w:val="en-FJ"/>
        </w:rPr>
      </w:pPr>
      <w:r w:rsidRPr="00504939">
        <w:rPr>
          <w:rFonts w:asciiTheme="majorHAnsi" w:hAnsiTheme="majorHAnsi" w:cstheme="majorHAnsi"/>
          <w:color w:val="000000" w:themeColor="text1"/>
          <w:sz w:val="20"/>
          <w:szCs w:val="20"/>
          <w:lang w:val="en-FJ"/>
        </w:rPr>
        <w:t>They explained their intentions</w:t>
      </w:r>
      <w:r w:rsidR="00DE0676">
        <w:rPr>
          <w:rFonts w:asciiTheme="majorHAnsi" w:hAnsiTheme="majorHAnsi" w:cstheme="majorHAnsi"/>
          <w:color w:val="000000" w:themeColor="text1"/>
          <w:sz w:val="20"/>
          <w:szCs w:val="20"/>
          <w:lang w:val="en-FJ"/>
        </w:rPr>
        <w:t>, l</w:t>
      </w:r>
      <w:r w:rsidRPr="00504939">
        <w:rPr>
          <w:rFonts w:asciiTheme="majorHAnsi" w:hAnsiTheme="majorHAnsi" w:cstheme="majorHAnsi"/>
          <w:color w:val="000000" w:themeColor="text1"/>
          <w:sz w:val="20"/>
          <w:szCs w:val="20"/>
          <w:lang w:val="en-FJ"/>
        </w:rPr>
        <w:t xml:space="preserve">istened to every child’s </w:t>
      </w:r>
      <w:proofErr w:type="gramStart"/>
      <w:r w:rsidRPr="00504939">
        <w:rPr>
          <w:rFonts w:asciiTheme="majorHAnsi" w:hAnsiTheme="majorHAnsi" w:cstheme="majorHAnsi"/>
          <w:color w:val="000000" w:themeColor="text1"/>
          <w:sz w:val="20"/>
          <w:szCs w:val="20"/>
          <w:lang w:val="en-FJ"/>
        </w:rPr>
        <w:t>feeling</w:t>
      </w:r>
      <w:r w:rsidR="00DE0676">
        <w:rPr>
          <w:rFonts w:asciiTheme="majorHAnsi" w:hAnsiTheme="majorHAnsi" w:cstheme="majorHAnsi"/>
          <w:color w:val="000000" w:themeColor="text1"/>
          <w:sz w:val="20"/>
          <w:szCs w:val="20"/>
          <w:lang w:val="en-FJ"/>
        </w:rPr>
        <w:t>s</w:t>
      </w:r>
      <w:proofErr w:type="gramEnd"/>
      <w:r w:rsidR="00DE0676">
        <w:rPr>
          <w:rFonts w:asciiTheme="majorHAnsi" w:hAnsiTheme="majorHAnsi" w:cstheme="majorHAnsi"/>
          <w:color w:val="000000" w:themeColor="text1"/>
          <w:sz w:val="20"/>
          <w:szCs w:val="20"/>
          <w:lang w:val="en-FJ"/>
        </w:rPr>
        <w:t xml:space="preserve"> and </w:t>
      </w:r>
      <w:r w:rsidRPr="00504939">
        <w:rPr>
          <w:rFonts w:asciiTheme="majorHAnsi" w:hAnsiTheme="majorHAnsi" w:cstheme="majorHAnsi"/>
          <w:color w:val="000000" w:themeColor="text1"/>
          <w:sz w:val="20"/>
          <w:szCs w:val="20"/>
          <w:lang w:val="en-FJ"/>
        </w:rPr>
        <w:t>apologized.</w:t>
      </w:r>
    </w:p>
    <w:p w14:paraId="1912C6E0" w14:textId="77777777" w:rsidR="005001EA" w:rsidRPr="00504939" w:rsidRDefault="005001EA" w:rsidP="005001EA">
      <w:pPr>
        <w:rPr>
          <w:rFonts w:asciiTheme="majorHAnsi" w:hAnsiTheme="majorHAnsi" w:cstheme="majorHAnsi"/>
          <w:color w:val="000000" w:themeColor="text1"/>
          <w:sz w:val="20"/>
          <w:szCs w:val="20"/>
          <w:lang w:val="en-FJ"/>
        </w:rPr>
      </w:pPr>
      <w:r w:rsidRPr="00504939">
        <w:rPr>
          <w:rFonts w:asciiTheme="majorHAnsi" w:hAnsiTheme="majorHAnsi" w:cstheme="majorHAnsi"/>
          <w:color w:val="000000" w:themeColor="text1"/>
          <w:sz w:val="20"/>
          <w:szCs w:val="20"/>
          <w:lang w:val="en-FJ"/>
        </w:rPr>
        <w:t>From then on, they chose balance over preference. When one child needed extra care, it was explained openly. When responsibilities differed, the reasons were shared kindly. Love was expressed clearly and fairly.</w:t>
      </w:r>
    </w:p>
    <w:p w14:paraId="006450D4" w14:textId="77777777" w:rsidR="005001EA" w:rsidRPr="00504939" w:rsidRDefault="005001EA" w:rsidP="005001EA">
      <w:pPr>
        <w:rPr>
          <w:rFonts w:asciiTheme="majorHAnsi" w:hAnsiTheme="majorHAnsi" w:cstheme="majorHAnsi"/>
          <w:color w:val="000000" w:themeColor="text1"/>
          <w:sz w:val="20"/>
          <w:szCs w:val="20"/>
          <w:lang w:val="en-FJ"/>
        </w:rPr>
      </w:pPr>
      <w:r w:rsidRPr="00504939">
        <w:rPr>
          <w:rFonts w:asciiTheme="majorHAnsi" w:hAnsiTheme="majorHAnsi" w:cstheme="majorHAnsi"/>
          <w:color w:val="000000" w:themeColor="text1"/>
          <w:sz w:val="20"/>
          <w:szCs w:val="20"/>
          <w:lang w:val="en-FJ"/>
        </w:rPr>
        <w:t>Over time, something changed.</w:t>
      </w:r>
    </w:p>
    <w:p w14:paraId="237D7324" w14:textId="77777777" w:rsidR="005001EA" w:rsidRPr="00504939" w:rsidRDefault="005001EA" w:rsidP="005001EA">
      <w:pPr>
        <w:rPr>
          <w:rFonts w:asciiTheme="majorHAnsi" w:hAnsiTheme="majorHAnsi" w:cstheme="majorHAnsi"/>
          <w:color w:val="000000" w:themeColor="text1"/>
          <w:sz w:val="20"/>
          <w:szCs w:val="20"/>
          <w:lang w:val="en-FJ"/>
        </w:rPr>
      </w:pPr>
      <w:r w:rsidRPr="00504939">
        <w:rPr>
          <w:rFonts w:asciiTheme="majorHAnsi" w:hAnsiTheme="majorHAnsi" w:cstheme="majorHAnsi"/>
          <w:color w:val="000000" w:themeColor="text1"/>
          <w:sz w:val="20"/>
          <w:szCs w:val="20"/>
          <w:lang w:val="en-FJ"/>
        </w:rPr>
        <w:t>Laughter returned.</w:t>
      </w:r>
      <w:r w:rsidRPr="00504939">
        <w:rPr>
          <w:rFonts w:asciiTheme="majorHAnsi" w:hAnsiTheme="majorHAnsi" w:cstheme="majorHAnsi"/>
          <w:color w:val="000000" w:themeColor="text1"/>
          <w:sz w:val="20"/>
          <w:szCs w:val="20"/>
          <w:lang w:val="en-FJ"/>
        </w:rPr>
        <w:br/>
        <w:t>Competition softened into compassion.</w:t>
      </w:r>
      <w:r w:rsidRPr="00504939">
        <w:rPr>
          <w:rFonts w:asciiTheme="majorHAnsi" w:hAnsiTheme="majorHAnsi" w:cstheme="majorHAnsi"/>
          <w:color w:val="000000" w:themeColor="text1"/>
          <w:sz w:val="20"/>
          <w:szCs w:val="20"/>
          <w:lang w:val="en-FJ"/>
        </w:rPr>
        <w:br/>
        <w:t>The children learned to celebrate one another’s differences instead of resenting them.</w:t>
      </w:r>
    </w:p>
    <w:p w14:paraId="1EB6E04F" w14:textId="77777777" w:rsidR="005001EA" w:rsidRDefault="005001EA" w:rsidP="005001EA">
      <w:pPr>
        <w:rPr>
          <w:rFonts w:asciiTheme="majorHAnsi" w:hAnsiTheme="majorHAnsi" w:cstheme="majorHAnsi"/>
          <w:color w:val="000000" w:themeColor="text1"/>
          <w:sz w:val="20"/>
          <w:szCs w:val="20"/>
          <w:lang w:val="en-FJ"/>
        </w:rPr>
      </w:pPr>
      <w:r w:rsidRPr="00504939">
        <w:rPr>
          <w:rFonts w:asciiTheme="majorHAnsi" w:hAnsiTheme="majorHAnsi" w:cstheme="majorHAnsi"/>
          <w:color w:val="000000" w:themeColor="text1"/>
          <w:sz w:val="20"/>
          <w:szCs w:val="20"/>
          <w:lang w:val="en-FJ"/>
        </w:rPr>
        <w:t>And peace—with heaven’s quiet blessing—settled over the home.</w:t>
      </w:r>
    </w:p>
    <w:p w14:paraId="348261C9" w14:textId="77777777" w:rsidR="0047697A" w:rsidRDefault="0047697A" w:rsidP="005001EA">
      <w:pPr>
        <w:rPr>
          <w:rFonts w:asciiTheme="majorHAnsi" w:hAnsiTheme="majorHAnsi" w:cstheme="majorHAnsi"/>
          <w:color w:val="000000" w:themeColor="text1"/>
          <w:sz w:val="20"/>
          <w:szCs w:val="20"/>
          <w:lang w:val="en-FJ"/>
        </w:rPr>
      </w:pPr>
    </w:p>
    <w:p w14:paraId="578444F5" w14:textId="77777777" w:rsidR="006B7EB5" w:rsidRDefault="006B7EB5" w:rsidP="005001EA">
      <w:pPr>
        <w:rPr>
          <w:rFonts w:asciiTheme="majorHAnsi" w:hAnsiTheme="majorHAnsi" w:cstheme="majorHAnsi"/>
          <w:color w:val="000000" w:themeColor="text1"/>
          <w:sz w:val="20"/>
          <w:szCs w:val="20"/>
          <w:lang w:val="en-FJ"/>
        </w:rPr>
      </w:pPr>
    </w:p>
    <w:p w14:paraId="7239D184" w14:textId="77777777" w:rsidR="006B7EB5" w:rsidRDefault="006B7EB5" w:rsidP="005001EA">
      <w:pPr>
        <w:rPr>
          <w:rFonts w:asciiTheme="majorHAnsi" w:hAnsiTheme="majorHAnsi" w:cstheme="majorHAnsi"/>
          <w:color w:val="000000" w:themeColor="text1"/>
          <w:sz w:val="20"/>
          <w:szCs w:val="20"/>
          <w:lang w:val="en-FJ"/>
        </w:rPr>
      </w:pPr>
    </w:p>
    <w:p w14:paraId="573A4C8B" w14:textId="77777777" w:rsidR="008633C1" w:rsidRDefault="008633C1" w:rsidP="005001EA">
      <w:pPr>
        <w:rPr>
          <w:rFonts w:asciiTheme="majorHAnsi" w:hAnsiTheme="majorHAnsi" w:cstheme="majorHAnsi"/>
          <w:color w:val="000000" w:themeColor="text1"/>
          <w:sz w:val="20"/>
          <w:szCs w:val="20"/>
          <w:lang w:val="en-FJ"/>
        </w:rPr>
      </w:pPr>
    </w:p>
    <w:p w14:paraId="355B6541" w14:textId="77777777" w:rsidR="008633C1" w:rsidRDefault="008633C1" w:rsidP="005001EA">
      <w:pPr>
        <w:rPr>
          <w:rFonts w:asciiTheme="majorHAnsi" w:hAnsiTheme="majorHAnsi" w:cstheme="majorHAnsi"/>
          <w:color w:val="000000" w:themeColor="text1"/>
          <w:sz w:val="20"/>
          <w:szCs w:val="20"/>
          <w:lang w:val="en-FJ"/>
        </w:rPr>
      </w:pPr>
    </w:p>
    <w:p w14:paraId="7C7C6ABD" w14:textId="77777777" w:rsidR="00607057" w:rsidRPr="00504939" w:rsidRDefault="00607057" w:rsidP="005001EA">
      <w:pPr>
        <w:rPr>
          <w:rFonts w:asciiTheme="majorHAnsi" w:hAnsiTheme="majorHAnsi" w:cstheme="majorHAnsi"/>
          <w:color w:val="000000" w:themeColor="text1"/>
          <w:sz w:val="20"/>
          <w:szCs w:val="20"/>
          <w:lang w:val="en-FJ"/>
        </w:rPr>
      </w:pPr>
    </w:p>
    <w:p w14:paraId="1DEAB1AE" w14:textId="31EBAAEC" w:rsidR="00BC56D0" w:rsidRPr="00504939" w:rsidRDefault="00995A8F" w:rsidP="00995A8F">
      <w:pPr>
        <w:pStyle w:val="Heading4"/>
        <w:rPr>
          <w:color w:val="0070C0"/>
          <w:sz w:val="20"/>
          <w:szCs w:val="20"/>
        </w:rPr>
      </w:pPr>
      <w:r w:rsidRPr="00504939">
        <w:rPr>
          <w:color w:val="0070C0"/>
          <w:sz w:val="20"/>
          <w:szCs w:val="20"/>
        </w:rPr>
        <w:lastRenderedPageBreak/>
        <w:t>REFLECTION QUESTIONS</w:t>
      </w:r>
    </w:p>
    <w:p w14:paraId="4FAF254B" w14:textId="77777777" w:rsidR="00BC56D0" w:rsidRPr="00504939" w:rsidRDefault="00000000" w:rsidP="005001EA">
      <w:pPr>
        <w:pStyle w:val="ListParagraph"/>
        <w:numPr>
          <w:ilvl w:val="0"/>
          <w:numId w:val="42"/>
        </w:numPr>
        <w:rPr>
          <w:sz w:val="20"/>
          <w:szCs w:val="20"/>
        </w:rPr>
      </w:pPr>
      <w:r w:rsidRPr="00504939">
        <w:rPr>
          <w:rFonts w:ascii="Calibri" w:hAnsi="Calibri"/>
          <w:sz w:val="20"/>
          <w:szCs w:val="20"/>
        </w:rPr>
        <w:t>Where might unintentional favoritism or comparison be creating tension in our home?</w:t>
      </w:r>
    </w:p>
    <w:p w14:paraId="0D369A39" w14:textId="77777777" w:rsidR="00BC56D0" w:rsidRPr="00504939" w:rsidRDefault="00000000" w:rsidP="005001EA">
      <w:pPr>
        <w:pStyle w:val="ListParagraph"/>
        <w:numPr>
          <w:ilvl w:val="0"/>
          <w:numId w:val="42"/>
        </w:numPr>
        <w:rPr>
          <w:sz w:val="20"/>
          <w:szCs w:val="20"/>
        </w:rPr>
      </w:pPr>
      <w:r w:rsidRPr="00504939">
        <w:rPr>
          <w:rFonts w:ascii="Calibri" w:hAnsi="Calibri"/>
          <w:sz w:val="20"/>
          <w:szCs w:val="20"/>
        </w:rPr>
        <w:t>How can we better communicate the unique needs and differences of each family member with compassion?</w:t>
      </w:r>
    </w:p>
    <w:p w14:paraId="02C7265F" w14:textId="77777777" w:rsidR="00BC56D0" w:rsidRPr="00504939" w:rsidRDefault="00000000" w:rsidP="005001EA">
      <w:pPr>
        <w:pStyle w:val="ListParagraph"/>
        <w:numPr>
          <w:ilvl w:val="0"/>
          <w:numId w:val="42"/>
        </w:numPr>
        <w:rPr>
          <w:sz w:val="20"/>
          <w:szCs w:val="20"/>
        </w:rPr>
      </w:pPr>
      <w:r w:rsidRPr="00504939">
        <w:rPr>
          <w:rFonts w:ascii="Calibri" w:hAnsi="Calibri"/>
          <w:sz w:val="20"/>
          <w:szCs w:val="20"/>
        </w:rPr>
        <w:t>What practical steps can we take this week to cultivate fairness, empathy, and harmony in how we relate to one another?</w:t>
      </w:r>
    </w:p>
    <w:p w14:paraId="2D17BDB0" w14:textId="0A3B8AFE" w:rsidR="00BC56D0" w:rsidRPr="00504939" w:rsidRDefault="00995A8F" w:rsidP="00995A8F">
      <w:pPr>
        <w:pStyle w:val="Heading4"/>
        <w:rPr>
          <w:color w:val="0070C0"/>
          <w:sz w:val="20"/>
          <w:szCs w:val="20"/>
        </w:rPr>
      </w:pPr>
      <w:r w:rsidRPr="00504939">
        <w:rPr>
          <w:color w:val="0070C0"/>
          <w:sz w:val="20"/>
          <w:szCs w:val="20"/>
        </w:rPr>
        <w:t>FAMILY ACTIVITY: “HARMONY CIRCLE”</w:t>
      </w:r>
    </w:p>
    <w:p w14:paraId="02D4E51B" w14:textId="77777777" w:rsidR="00BC56D0" w:rsidRPr="00504939" w:rsidRDefault="00000000" w:rsidP="005952B1">
      <w:pPr>
        <w:rPr>
          <w:sz w:val="20"/>
          <w:szCs w:val="20"/>
        </w:rPr>
      </w:pPr>
      <w:r w:rsidRPr="00504939">
        <w:rPr>
          <w:rFonts w:ascii="Calibri" w:hAnsi="Calibri"/>
          <w:b/>
          <w:bCs/>
          <w:sz w:val="20"/>
          <w:szCs w:val="20"/>
        </w:rPr>
        <w:t>Materials:</w:t>
      </w:r>
      <w:r w:rsidRPr="00504939">
        <w:rPr>
          <w:rFonts w:ascii="Calibri" w:hAnsi="Calibri"/>
          <w:sz w:val="20"/>
          <w:szCs w:val="20"/>
        </w:rPr>
        <w:t xml:space="preserve"> A soft object (ball, cushion, small pillow).</w:t>
      </w:r>
    </w:p>
    <w:p w14:paraId="3C65F0F6" w14:textId="77777777" w:rsidR="00BC56D0" w:rsidRPr="00504939" w:rsidRDefault="00000000" w:rsidP="005952B1">
      <w:pPr>
        <w:rPr>
          <w:b/>
          <w:bCs/>
          <w:sz w:val="20"/>
          <w:szCs w:val="20"/>
        </w:rPr>
      </w:pPr>
      <w:r w:rsidRPr="00504939">
        <w:rPr>
          <w:rFonts w:ascii="Calibri" w:hAnsi="Calibri"/>
          <w:b/>
          <w:bCs/>
          <w:sz w:val="20"/>
          <w:szCs w:val="20"/>
        </w:rPr>
        <w:t>Steps:</w:t>
      </w:r>
    </w:p>
    <w:p w14:paraId="2DD9D108" w14:textId="77777777" w:rsidR="00BC56D0" w:rsidRPr="00504939" w:rsidRDefault="00000000" w:rsidP="00995A8F">
      <w:pPr>
        <w:pStyle w:val="ListParagraph"/>
        <w:numPr>
          <w:ilvl w:val="0"/>
          <w:numId w:val="32"/>
        </w:numPr>
        <w:rPr>
          <w:sz w:val="20"/>
          <w:szCs w:val="20"/>
        </w:rPr>
      </w:pPr>
      <w:r w:rsidRPr="00504939">
        <w:rPr>
          <w:rFonts w:ascii="Calibri" w:hAnsi="Calibri"/>
          <w:sz w:val="20"/>
          <w:szCs w:val="20"/>
        </w:rPr>
        <w:t>Sit together in a circle and pass the object from person to person.</w:t>
      </w:r>
    </w:p>
    <w:p w14:paraId="1834EB36" w14:textId="77777777" w:rsidR="00BC56D0" w:rsidRPr="00504939" w:rsidRDefault="00000000" w:rsidP="00995A8F">
      <w:pPr>
        <w:pStyle w:val="ListParagraph"/>
        <w:numPr>
          <w:ilvl w:val="0"/>
          <w:numId w:val="32"/>
        </w:numPr>
        <w:rPr>
          <w:sz w:val="20"/>
          <w:szCs w:val="20"/>
        </w:rPr>
      </w:pPr>
      <w:r w:rsidRPr="00504939">
        <w:rPr>
          <w:rFonts w:ascii="Calibri" w:hAnsi="Calibri"/>
          <w:sz w:val="20"/>
          <w:szCs w:val="20"/>
        </w:rPr>
        <w:t>Whoever holds the object shares one thing they appreciate about each family member.</w:t>
      </w:r>
    </w:p>
    <w:p w14:paraId="41303F26" w14:textId="77777777" w:rsidR="00BC56D0" w:rsidRPr="00504939" w:rsidRDefault="00000000" w:rsidP="00995A8F">
      <w:pPr>
        <w:pStyle w:val="ListParagraph"/>
        <w:numPr>
          <w:ilvl w:val="0"/>
          <w:numId w:val="32"/>
        </w:numPr>
        <w:rPr>
          <w:sz w:val="20"/>
          <w:szCs w:val="20"/>
        </w:rPr>
      </w:pPr>
      <w:r w:rsidRPr="00504939">
        <w:rPr>
          <w:rFonts w:ascii="Calibri" w:hAnsi="Calibri"/>
          <w:sz w:val="20"/>
          <w:szCs w:val="20"/>
        </w:rPr>
        <w:t xml:space="preserve">After going around the circle, </w:t>
      </w:r>
      <w:proofErr w:type="gramStart"/>
      <w:r w:rsidRPr="00504939">
        <w:rPr>
          <w:rFonts w:ascii="Calibri" w:hAnsi="Calibri"/>
          <w:sz w:val="20"/>
          <w:szCs w:val="20"/>
        </w:rPr>
        <w:t>repeat—but</w:t>
      </w:r>
      <w:proofErr w:type="gramEnd"/>
      <w:r w:rsidRPr="00504939">
        <w:rPr>
          <w:rFonts w:ascii="Calibri" w:hAnsi="Calibri"/>
          <w:sz w:val="20"/>
          <w:szCs w:val="20"/>
        </w:rPr>
        <w:t xml:space="preserve"> this time, each person shares one way they can contribute to harmony in the home this week.</w:t>
      </w:r>
    </w:p>
    <w:p w14:paraId="72F3680C" w14:textId="77777777" w:rsidR="00BC56D0" w:rsidRPr="00504939" w:rsidRDefault="00000000" w:rsidP="00995A8F">
      <w:pPr>
        <w:pStyle w:val="ListParagraph"/>
        <w:numPr>
          <w:ilvl w:val="0"/>
          <w:numId w:val="32"/>
        </w:numPr>
        <w:rPr>
          <w:sz w:val="20"/>
          <w:szCs w:val="20"/>
        </w:rPr>
      </w:pPr>
      <w:r w:rsidRPr="00504939">
        <w:rPr>
          <w:rFonts w:ascii="Calibri" w:hAnsi="Calibri"/>
          <w:sz w:val="20"/>
          <w:szCs w:val="20"/>
        </w:rPr>
        <w:t>End by praying together for unity, fairness, and the Spirit’s presence in your home.</w:t>
      </w:r>
    </w:p>
    <w:p w14:paraId="7EEB8CFE" w14:textId="77777777" w:rsidR="00BC56D0" w:rsidRDefault="00000000" w:rsidP="005952B1">
      <w:pPr>
        <w:rPr>
          <w:rFonts w:ascii="Calibri" w:hAnsi="Calibri"/>
          <w:sz w:val="20"/>
          <w:szCs w:val="20"/>
        </w:rPr>
      </w:pPr>
      <w:r w:rsidRPr="00504939">
        <w:rPr>
          <w:rFonts w:ascii="Calibri" w:hAnsi="Calibri"/>
          <w:b/>
          <w:bCs/>
          <w:sz w:val="20"/>
          <w:szCs w:val="20"/>
        </w:rPr>
        <w:t>Purpose:</w:t>
      </w:r>
      <w:r w:rsidRPr="00504939">
        <w:rPr>
          <w:rFonts w:ascii="Calibri" w:hAnsi="Calibri"/>
          <w:sz w:val="20"/>
          <w:szCs w:val="20"/>
        </w:rPr>
        <w:br/>
        <w:t>To build appreciation, empathy, and a shared commitment to creating a peaceful, loving family environment.</w:t>
      </w:r>
    </w:p>
    <w:p w14:paraId="2D8CD733" w14:textId="7FEE2EC7" w:rsidR="00BC56D0" w:rsidRPr="00504939" w:rsidRDefault="00995A8F" w:rsidP="00995A8F">
      <w:pPr>
        <w:pStyle w:val="Heading4"/>
        <w:rPr>
          <w:color w:val="0070C0"/>
          <w:sz w:val="20"/>
          <w:szCs w:val="20"/>
        </w:rPr>
      </w:pPr>
      <w:r w:rsidRPr="00504939">
        <w:rPr>
          <w:color w:val="0070C0"/>
          <w:sz w:val="20"/>
          <w:szCs w:val="20"/>
        </w:rPr>
        <w:t>TRANSITION TO THE SERMON: THE GIFT OF THE SPIRIT</w:t>
      </w:r>
    </w:p>
    <w:p w14:paraId="0F287ACD" w14:textId="77777777" w:rsidR="00BC56D0" w:rsidRPr="00504939" w:rsidRDefault="00000000" w:rsidP="005952B1">
      <w:pPr>
        <w:rPr>
          <w:sz w:val="20"/>
          <w:szCs w:val="20"/>
        </w:rPr>
      </w:pPr>
      <w:r w:rsidRPr="00504939">
        <w:rPr>
          <w:rFonts w:ascii="Calibri" w:hAnsi="Calibri"/>
          <w:sz w:val="20"/>
          <w:szCs w:val="20"/>
        </w:rPr>
        <w:t xml:space="preserve">Just as harmony in Jacob’s home </w:t>
      </w:r>
      <w:proofErr w:type="gramStart"/>
      <w:r w:rsidRPr="00504939">
        <w:rPr>
          <w:rFonts w:ascii="Calibri" w:hAnsi="Calibri"/>
          <w:sz w:val="20"/>
          <w:szCs w:val="20"/>
        </w:rPr>
        <w:t>required</w:t>
      </w:r>
      <w:proofErr w:type="gramEnd"/>
      <w:r w:rsidRPr="00504939">
        <w:rPr>
          <w:rFonts w:ascii="Calibri" w:hAnsi="Calibri"/>
          <w:sz w:val="20"/>
          <w:szCs w:val="20"/>
        </w:rPr>
        <w:t xml:space="preserve"> wisdom and godly character, harmony in our hearts and churches requires the work of the Holy Spirit. Tonight’s message, The Gift of the Spirit, explores how God gives His Spirit to empower, transform, and unite His people.</w:t>
      </w:r>
    </w:p>
    <w:p w14:paraId="1EFBB196" w14:textId="77777777" w:rsidR="00BC56D0" w:rsidRDefault="00000000" w:rsidP="005952B1">
      <w:pPr>
        <w:rPr>
          <w:rFonts w:ascii="Calibri" w:hAnsi="Calibri"/>
          <w:sz w:val="20"/>
          <w:szCs w:val="20"/>
        </w:rPr>
      </w:pPr>
      <w:r w:rsidRPr="00504939">
        <w:rPr>
          <w:rFonts w:ascii="Calibri" w:hAnsi="Calibri"/>
          <w:sz w:val="20"/>
          <w:szCs w:val="20"/>
        </w:rPr>
        <w:t>A peaceful, Spirit-filled home becomes a testimony of God’s presence—just as the early church carried the gospel from house to house. As we move into the sermon, let us invite the Holy Spirit to bring unity to our homes and to prepare our hearts to serve God faithfully.</w:t>
      </w:r>
    </w:p>
    <w:p w14:paraId="38D89A4A" w14:textId="71D2164C" w:rsidR="00BC56D0" w:rsidRPr="00504939" w:rsidRDefault="00995A8F" w:rsidP="00995A8F">
      <w:pPr>
        <w:pStyle w:val="Heading4"/>
        <w:rPr>
          <w:color w:val="0070C0"/>
          <w:sz w:val="20"/>
          <w:szCs w:val="20"/>
        </w:rPr>
      </w:pPr>
      <w:r w:rsidRPr="00504939">
        <w:rPr>
          <w:color w:val="0070C0"/>
          <w:sz w:val="20"/>
          <w:szCs w:val="20"/>
        </w:rPr>
        <w:t>PRAYER</w:t>
      </w:r>
    </w:p>
    <w:p w14:paraId="43E1316F" w14:textId="77777777" w:rsidR="00E303B9" w:rsidRPr="00504939" w:rsidRDefault="00000000" w:rsidP="005952B1">
      <w:pPr>
        <w:rPr>
          <w:rFonts w:ascii="Calibri" w:hAnsi="Calibri"/>
          <w:sz w:val="20"/>
          <w:szCs w:val="20"/>
        </w:rPr>
      </w:pPr>
      <w:r w:rsidRPr="00504939">
        <w:rPr>
          <w:rFonts w:ascii="Calibri" w:hAnsi="Calibri"/>
          <w:sz w:val="20"/>
          <w:szCs w:val="20"/>
        </w:rPr>
        <w:t>Heavenly Father,</w:t>
      </w:r>
      <w:r w:rsidRPr="00504939">
        <w:rPr>
          <w:rFonts w:ascii="Calibri" w:hAnsi="Calibri"/>
          <w:sz w:val="20"/>
          <w:szCs w:val="20"/>
        </w:rPr>
        <w:br/>
        <w:t>Thank You for the gift of family and for the lessons we learn from the story of Joseph. Teach us to love without favoritism, to listen with compassion, and to treat each family member with fairness and respect. Fill our home with Your Spirit, so that harmony, peace, and kindness may reign in our hearts.</w:t>
      </w:r>
    </w:p>
    <w:p w14:paraId="68A3D7B5" w14:textId="4C17C760" w:rsidR="00BC56D0" w:rsidRPr="00504939" w:rsidRDefault="00000000" w:rsidP="005952B1">
      <w:pPr>
        <w:rPr>
          <w:sz w:val="20"/>
          <w:szCs w:val="20"/>
        </w:rPr>
      </w:pPr>
      <w:r w:rsidRPr="00504939">
        <w:rPr>
          <w:rFonts w:ascii="Calibri" w:hAnsi="Calibri"/>
          <w:sz w:val="20"/>
          <w:szCs w:val="20"/>
        </w:rPr>
        <w:t>As we prepare to hear the message on The Gift of the Spirit, open our lives to Your transforming power. Unite us, teach us, and make our home a place where Your presence is welcome.</w:t>
      </w:r>
      <w:r w:rsidRPr="00504939">
        <w:rPr>
          <w:rFonts w:ascii="Calibri" w:hAnsi="Calibri"/>
          <w:sz w:val="20"/>
          <w:szCs w:val="20"/>
        </w:rPr>
        <w:br/>
        <w:t>In Jesus’ name, Amen.</w:t>
      </w:r>
    </w:p>
    <w:sectPr w:rsidR="00BC56D0" w:rsidRPr="00504939" w:rsidSect="001C4D16">
      <w:footerReference w:type="default" r:id="rId10"/>
      <w:pgSz w:w="12240" w:h="15840"/>
      <w:pgMar w:top="1440" w:right="758" w:bottom="993" w:left="1276" w:header="720" w:footer="720" w:gutter="0"/>
      <w:pgNumType w:start="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36D330" w14:textId="77777777" w:rsidR="00274F22" w:rsidRDefault="00274F22" w:rsidP="003E1E25">
      <w:pPr>
        <w:spacing w:after="0" w:line="240" w:lineRule="auto"/>
      </w:pPr>
      <w:r>
        <w:separator/>
      </w:r>
    </w:p>
  </w:endnote>
  <w:endnote w:type="continuationSeparator" w:id="0">
    <w:p w14:paraId="637928A9" w14:textId="77777777" w:rsidR="00274F22" w:rsidRDefault="00274F22" w:rsidP="003E1E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31873818"/>
      <w:docPartObj>
        <w:docPartGallery w:val="Page Numbers (Bottom of Page)"/>
        <w:docPartUnique/>
      </w:docPartObj>
    </w:sdtPr>
    <w:sdtEndPr>
      <w:rPr>
        <w:noProof/>
      </w:rPr>
    </w:sdtEndPr>
    <w:sdtContent>
      <w:p w14:paraId="0D7B482B" w14:textId="3236BBFC" w:rsidR="003E1E25" w:rsidRDefault="003E1E2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C51FAE2" w14:textId="77777777" w:rsidR="003E1E25" w:rsidRDefault="003E1E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0E4E77" w14:textId="77777777" w:rsidR="00274F22" w:rsidRDefault="00274F22" w:rsidP="003E1E25">
      <w:pPr>
        <w:spacing w:after="0" w:line="240" w:lineRule="auto"/>
      </w:pPr>
      <w:r>
        <w:separator/>
      </w:r>
    </w:p>
  </w:footnote>
  <w:footnote w:type="continuationSeparator" w:id="0">
    <w:p w14:paraId="6F036097" w14:textId="77777777" w:rsidR="00274F22" w:rsidRDefault="00274F22" w:rsidP="003E1E2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06837EC"/>
    <w:multiLevelType w:val="multilevel"/>
    <w:tmpl w:val="48380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4166888"/>
    <w:multiLevelType w:val="hybridMultilevel"/>
    <w:tmpl w:val="D34C9CF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15:restartNumberingAfterBreak="0">
    <w:nsid w:val="05F1196F"/>
    <w:multiLevelType w:val="hybridMultilevel"/>
    <w:tmpl w:val="D4902122"/>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2" w15:restartNumberingAfterBreak="0">
    <w:nsid w:val="06355417"/>
    <w:multiLevelType w:val="hybridMultilevel"/>
    <w:tmpl w:val="8648144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 w15:restartNumberingAfterBreak="0">
    <w:nsid w:val="11175758"/>
    <w:multiLevelType w:val="multilevel"/>
    <w:tmpl w:val="0D0E3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7932392"/>
    <w:multiLevelType w:val="multilevel"/>
    <w:tmpl w:val="5FE8D6B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BC91519"/>
    <w:multiLevelType w:val="hybridMultilevel"/>
    <w:tmpl w:val="432EA50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 w15:restartNumberingAfterBreak="0">
    <w:nsid w:val="1C227973"/>
    <w:multiLevelType w:val="hybridMultilevel"/>
    <w:tmpl w:val="2CAAEB1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7" w15:restartNumberingAfterBreak="0">
    <w:nsid w:val="1FC469A3"/>
    <w:multiLevelType w:val="hybridMultilevel"/>
    <w:tmpl w:val="CAD8360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8" w15:restartNumberingAfterBreak="0">
    <w:nsid w:val="1FD20279"/>
    <w:multiLevelType w:val="hybridMultilevel"/>
    <w:tmpl w:val="7F6CDF8A"/>
    <w:lvl w:ilvl="0" w:tplc="2000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2002288C"/>
    <w:multiLevelType w:val="hybridMultilevel"/>
    <w:tmpl w:val="84E6CF3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0" w15:restartNumberingAfterBreak="0">
    <w:nsid w:val="22D03EE1"/>
    <w:multiLevelType w:val="hybridMultilevel"/>
    <w:tmpl w:val="21309B6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1" w15:restartNumberingAfterBreak="0">
    <w:nsid w:val="2A13496F"/>
    <w:multiLevelType w:val="hybridMultilevel"/>
    <w:tmpl w:val="E1BA446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2" w15:restartNumberingAfterBreak="0">
    <w:nsid w:val="2D68269A"/>
    <w:multiLevelType w:val="multilevel"/>
    <w:tmpl w:val="1894364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0B83DF2"/>
    <w:multiLevelType w:val="hybridMultilevel"/>
    <w:tmpl w:val="45FEB5B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4" w15:restartNumberingAfterBreak="0">
    <w:nsid w:val="31B76FAF"/>
    <w:multiLevelType w:val="hybridMultilevel"/>
    <w:tmpl w:val="95B4A78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5" w15:restartNumberingAfterBreak="0">
    <w:nsid w:val="334D4AE3"/>
    <w:multiLevelType w:val="hybridMultilevel"/>
    <w:tmpl w:val="4628DD3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6" w15:restartNumberingAfterBreak="0">
    <w:nsid w:val="338249F0"/>
    <w:multiLevelType w:val="hybridMultilevel"/>
    <w:tmpl w:val="86D2C51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7" w15:restartNumberingAfterBreak="0">
    <w:nsid w:val="33B1552C"/>
    <w:multiLevelType w:val="hybridMultilevel"/>
    <w:tmpl w:val="698EE18C"/>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8" w15:restartNumberingAfterBreak="0">
    <w:nsid w:val="341E2C7F"/>
    <w:multiLevelType w:val="hybridMultilevel"/>
    <w:tmpl w:val="72A6AE9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9" w15:restartNumberingAfterBreak="0">
    <w:nsid w:val="34282B48"/>
    <w:multiLevelType w:val="hybridMultilevel"/>
    <w:tmpl w:val="6CBA998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0" w15:restartNumberingAfterBreak="0">
    <w:nsid w:val="4001309B"/>
    <w:multiLevelType w:val="hybridMultilevel"/>
    <w:tmpl w:val="CA8840B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1" w15:restartNumberingAfterBreak="0">
    <w:nsid w:val="4A1C5810"/>
    <w:multiLevelType w:val="hybridMultilevel"/>
    <w:tmpl w:val="5CFA4C4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2" w15:restartNumberingAfterBreak="0">
    <w:nsid w:val="4C0940FA"/>
    <w:multiLevelType w:val="multilevel"/>
    <w:tmpl w:val="0554DA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4D0B630D"/>
    <w:multiLevelType w:val="hybridMultilevel"/>
    <w:tmpl w:val="459603E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4" w15:restartNumberingAfterBreak="0">
    <w:nsid w:val="4DE17948"/>
    <w:multiLevelType w:val="multilevel"/>
    <w:tmpl w:val="3F0AA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F9B38CB"/>
    <w:multiLevelType w:val="hybridMultilevel"/>
    <w:tmpl w:val="090C54DA"/>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36" w15:restartNumberingAfterBreak="0">
    <w:nsid w:val="5733795B"/>
    <w:multiLevelType w:val="hybridMultilevel"/>
    <w:tmpl w:val="C024A5D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7" w15:restartNumberingAfterBreak="0">
    <w:nsid w:val="631D19DF"/>
    <w:multiLevelType w:val="hybridMultilevel"/>
    <w:tmpl w:val="823CB8E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8" w15:restartNumberingAfterBreak="0">
    <w:nsid w:val="6B40527A"/>
    <w:multiLevelType w:val="hybridMultilevel"/>
    <w:tmpl w:val="AFE42AD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9" w15:restartNumberingAfterBreak="0">
    <w:nsid w:val="6BAB56FA"/>
    <w:multiLevelType w:val="hybridMultilevel"/>
    <w:tmpl w:val="D83ABF0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0" w15:restartNumberingAfterBreak="0">
    <w:nsid w:val="748601A1"/>
    <w:multiLevelType w:val="multilevel"/>
    <w:tmpl w:val="7BD2A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6740482"/>
    <w:multiLevelType w:val="hybridMultilevel"/>
    <w:tmpl w:val="38185D6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2" w15:restartNumberingAfterBreak="0">
    <w:nsid w:val="769E546A"/>
    <w:multiLevelType w:val="hybridMultilevel"/>
    <w:tmpl w:val="630641C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3" w15:restartNumberingAfterBreak="0">
    <w:nsid w:val="76D80722"/>
    <w:multiLevelType w:val="multilevel"/>
    <w:tmpl w:val="5FE8D6B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8B515CF"/>
    <w:multiLevelType w:val="hybridMultilevel"/>
    <w:tmpl w:val="AF62BA5A"/>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5" w15:restartNumberingAfterBreak="0">
    <w:nsid w:val="79E80A1D"/>
    <w:multiLevelType w:val="hybridMultilevel"/>
    <w:tmpl w:val="4EF0E766"/>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6" w15:restartNumberingAfterBreak="0">
    <w:nsid w:val="7B4E441F"/>
    <w:multiLevelType w:val="hybridMultilevel"/>
    <w:tmpl w:val="577A64B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7" w15:restartNumberingAfterBreak="0">
    <w:nsid w:val="7E6D5ED7"/>
    <w:multiLevelType w:val="hybridMultilevel"/>
    <w:tmpl w:val="451E24B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8" w15:restartNumberingAfterBreak="0">
    <w:nsid w:val="7F6A6973"/>
    <w:multiLevelType w:val="hybridMultilevel"/>
    <w:tmpl w:val="6FD827C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16cid:durableId="1099134748">
    <w:abstractNumId w:val="8"/>
  </w:num>
  <w:num w:numId="2" w16cid:durableId="194511929">
    <w:abstractNumId w:val="6"/>
  </w:num>
  <w:num w:numId="3" w16cid:durableId="682320895">
    <w:abstractNumId w:val="5"/>
  </w:num>
  <w:num w:numId="4" w16cid:durableId="1842159239">
    <w:abstractNumId w:val="4"/>
  </w:num>
  <w:num w:numId="5" w16cid:durableId="47609949">
    <w:abstractNumId w:val="7"/>
  </w:num>
  <w:num w:numId="6" w16cid:durableId="226234018">
    <w:abstractNumId w:val="3"/>
  </w:num>
  <w:num w:numId="7" w16cid:durableId="735859993">
    <w:abstractNumId w:val="2"/>
  </w:num>
  <w:num w:numId="8" w16cid:durableId="541524153">
    <w:abstractNumId w:val="1"/>
  </w:num>
  <w:num w:numId="9" w16cid:durableId="1099717157">
    <w:abstractNumId w:val="0"/>
  </w:num>
  <w:num w:numId="10" w16cid:durableId="1255166110">
    <w:abstractNumId w:val="32"/>
  </w:num>
  <w:num w:numId="11" w16cid:durableId="1486504619">
    <w:abstractNumId w:val="22"/>
  </w:num>
  <w:num w:numId="12" w16cid:durableId="1033264970">
    <w:abstractNumId w:val="36"/>
  </w:num>
  <w:num w:numId="13" w16cid:durableId="297272969">
    <w:abstractNumId w:val="39"/>
  </w:num>
  <w:num w:numId="14" w16cid:durableId="32853993">
    <w:abstractNumId w:val="37"/>
  </w:num>
  <w:num w:numId="15" w16cid:durableId="1354723372">
    <w:abstractNumId w:val="16"/>
  </w:num>
  <w:num w:numId="16" w16cid:durableId="386342059">
    <w:abstractNumId w:val="47"/>
  </w:num>
  <w:num w:numId="17" w16cid:durableId="321931442">
    <w:abstractNumId w:val="12"/>
  </w:num>
  <w:num w:numId="18" w16cid:durableId="10954046">
    <w:abstractNumId w:val="42"/>
  </w:num>
  <w:num w:numId="19" w16cid:durableId="955209087">
    <w:abstractNumId w:val="17"/>
  </w:num>
  <w:num w:numId="20" w16cid:durableId="135413928">
    <w:abstractNumId w:val="26"/>
  </w:num>
  <w:num w:numId="21" w16cid:durableId="1818108270">
    <w:abstractNumId w:val="20"/>
  </w:num>
  <w:num w:numId="22" w16cid:durableId="1419332263">
    <w:abstractNumId w:val="23"/>
  </w:num>
  <w:num w:numId="23" w16cid:durableId="157311590">
    <w:abstractNumId w:val="28"/>
  </w:num>
  <w:num w:numId="24" w16cid:durableId="42678207">
    <w:abstractNumId w:val="31"/>
  </w:num>
  <w:num w:numId="25" w16cid:durableId="222720997">
    <w:abstractNumId w:val="38"/>
  </w:num>
  <w:num w:numId="26" w16cid:durableId="819998255">
    <w:abstractNumId w:val="48"/>
  </w:num>
  <w:num w:numId="27" w16cid:durableId="1828549703">
    <w:abstractNumId w:val="21"/>
  </w:num>
  <w:num w:numId="28" w16cid:durableId="1488746802">
    <w:abstractNumId w:val="25"/>
  </w:num>
  <w:num w:numId="29" w16cid:durableId="490218051">
    <w:abstractNumId w:val="19"/>
  </w:num>
  <w:num w:numId="30" w16cid:durableId="2898914">
    <w:abstractNumId w:val="10"/>
  </w:num>
  <w:num w:numId="31" w16cid:durableId="1669551510">
    <w:abstractNumId w:val="29"/>
  </w:num>
  <w:num w:numId="32" w16cid:durableId="528228451">
    <w:abstractNumId w:val="15"/>
  </w:num>
  <w:num w:numId="33" w16cid:durableId="1476407887">
    <w:abstractNumId w:val="14"/>
  </w:num>
  <w:num w:numId="34" w16cid:durableId="789205170">
    <w:abstractNumId w:val="43"/>
  </w:num>
  <w:num w:numId="35" w16cid:durableId="635914883">
    <w:abstractNumId w:val="40"/>
  </w:num>
  <w:num w:numId="36" w16cid:durableId="470176694">
    <w:abstractNumId w:val="9"/>
  </w:num>
  <w:num w:numId="37" w16cid:durableId="1523126633">
    <w:abstractNumId w:val="13"/>
  </w:num>
  <w:num w:numId="38" w16cid:durableId="171072226">
    <w:abstractNumId w:val="33"/>
  </w:num>
  <w:num w:numId="39" w16cid:durableId="131874662">
    <w:abstractNumId w:val="46"/>
  </w:num>
  <w:num w:numId="40" w16cid:durableId="796291876">
    <w:abstractNumId w:val="34"/>
  </w:num>
  <w:num w:numId="41" w16cid:durableId="1155025839">
    <w:abstractNumId w:val="30"/>
  </w:num>
  <w:num w:numId="42" w16cid:durableId="344792346">
    <w:abstractNumId w:val="24"/>
  </w:num>
  <w:num w:numId="43" w16cid:durableId="1445688143">
    <w:abstractNumId w:val="45"/>
  </w:num>
  <w:num w:numId="44" w16cid:durableId="1332610697">
    <w:abstractNumId w:val="44"/>
  </w:num>
  <w:num w:numId="45" w16cid:durableId="210315454">
    <w:abstractNumId w:val="27"/>
  </w:num>
  <w:num w:numId="46" w16cid:durableId="1225994398">
    <w:abstractNumId w:val="35"/>
  </w:num>
  <w:num w:numId="47" w16cid:durableId="731660715">
    <w:abstractNumId w:val="41"/>
  </w:num>
  <w:num w:numId="48" w16cid:durableId="439374950">
    <w:abstractNumId w:val="11"/>
  </w:num>
  <w:num w:numId="49" w16cid:durableId="204855697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17547"/>
    <w:rsid w:val="00034616"/>
    <w:rsid w:val="0006063C"/>
    <w:rsid w:val="0006107F"/>
    <w:rsid w:val="000A0074"/>
    <w:rsid w:val="0015074B"/>
    <w:rsid w:val="00172299"/>
    <w:rsid w:val="00174FB6"/>
    <w:rsid w:val="00175F56"/>
    <w:rsid w:val="001C4D16"/>
    <w:rsid w:val="001E16A8"/>
    <w:rsid w:val="00206835"/>
    <w:rsid w:val="00212F7B"/>
    <w:rsid w:val="00214170"/>
    <w:rsid w:val="00224AE5"/>
    <w:rsid w:val="00274F22"/>
    <w:rsid w:val="00281303"/>
    <w:rsid w:val="0028250F"/>
    <w:rsid w:val="0029639D"/>
    <w:rsid w:val="002F2E74"/>
    <w:rsid w:val="00313569"/>
    <w:rsid w:val="00326F90"/>
    <w:rsid w:val="003865B7"/>
    <w:rsid w:val="003A55D7"/>
    <w:rsid w:val="003B5D00"/>
    <w:rsid w:val="003E1E25"/>
    <w:rsid w:val="003E77FE"/>
    <w:rsid w:val="0043567F"/>
    <w:rsid w:val="00452821"/>
    <w:rsid w:val="00461825"/>
    <w:rsid w:val="0047697A"/>
    <w:rsid w:val="004B0D71"/>
    <w:rsid w:val="004D3CF9"/>
    <w:rsid w:val="005001EA"/>
    <w:rsid w:val="00504939"/>
    <w:rsid w:val="005065E5"/>
    <w:rsid w:val="00511073"/>
    <w:rsid w:val="00523363"/>
    <w:rsid w:val="00527CB7"/>
    <w:rsid w:val="00531ED7"/>
    <w:rsid w:val="005347F3"/>
    <w:rsid w:val="00571B85"/>
    <w:rsid w:val="00576DE2"/>
    <w:rsid w:val="005952B1"/>
    <w:rsid w:val="005A2484"/>
    <w:rsid w:val="005B00AD"/>
    <w:rsid w:val="005B1799"/>
    <w:rsid w:val="005D519C"/>
    <w:rsid w:val="0060426B"/>
    <w:rsid w:val="00607057"/>
    <w:rsid w:val="0062129B"/>
    <w:rsid w:val="00662622"/>
    <w:rsid w:val="00671995"/>
    <w:rsid w:val="00677D02"/>
    <w:rsid w:val="00682836"/>
    <w:rsid w:val="00693199"/>
    <w:rsid w:val="006B0E54"/>
    <w:rsid w:val="006B6E51"/>
    <w:rsid w:val="006B7EB5"/>
    <w:rsid w:val="006C1FFA"/>
    <w:rsid w:val="007003B8"/>
    <w:rsid w:val="00762978"/>
    <w:rsid w:val="00770795"/>
    <w:rsid w:val="0078249C"/>
    <w:rsid w:val="008365EF"/>
    <w:rsid w:val="008530B5"/>
    <w:rsid w:val="008633C1"/>
    <w:rsid w:val="00877AC1"/>
    <w:rsid w:val="008869A0"/>
    <w:rsid w:val="008A3343"/>
    <w:rsid w:val="008B4535"/>
    <w:rsid w:val="008E449D"/>
    <w:rsid w:val="009628BB"/>
    <w:rsid w:val="00995A8F"/>
    <w:rsid w:val="009A23FE"/>
    <w:rsid w:val="009C5387"/>
    <w:rsid w:val="009D2FAE"/>
    <w:rsid w:val="009E4AE3"/>
    <w:rsid w:val="009E6761"/>
    <w:rsid w:val="009F1CAB"/>
    <w:rsid w:val="00A11519"/>
    <w:rsid w:val="00A64BF6"/>
    <w:rsid w:val="00A7508B"/>
    <w:rsid w:val="00AA1D8D"/>
    <w:rsid w:val="00AC7FEE"/>
    <w:rsid w:val="00AD2E6A"/>
    <w:rsid w:val="00AD3B65"/>
    <w:rsid w:val="00AD6080"/>
    <w:rsid w:val="00AE4AEE"/>
    <w:rsid w:val="00AE6EEE"/>
    <w:rsid w:val="00B00812"/>
    <w:rsid w:val="00B239E4"/>
    <w:rsid w:val="00B315F2"/>
    <w:rsid w:val="00B32FB4"/>
    <w:rsid w:val="00B47730"/>
    <w:rsid w:val="00B656AB"/>
    <w:rsid w:val="00B820C0"/>
    <w:rsid w:val="00B82BF5"/>
    <w:rsid w:val="00B85B17"/>
    <w:rsid w:val="00BC56D0"/>
    <w:rsid w:val="00BF7458"/>
    <w:rsid w:val="00C138FB"/>
    <w:rsid w:val="00C22EB2"/>
    <w:rsid w:val="00C32455"/>
    <w:rsid w:val="00C412D8"/>
    <w:rsid w:val="00CB0664"/>
    <w:rsid w:val="00CD3881"/>
    <w:rsid w:val="00CE239A"/>
    <w:rsid w:val="00CE3A5A"/>
    <w:rsid w:val="00CE6233"/>
    <w:rsid w:val="00CF207C"/>
    <w:rsid w:val="00D04F7B"/>
    <w:rsid w:val="00D10687"/>
    <w:rsid w:val="00D33D0F"/>
    <w:rsid w:val="00D444E3"/>
    <w:rsid w:val="00D61AD4"/>
    <w:rsid w:val="00D77980"/>
    <w:rsid w:val="00D942B4"/>
    <w:rsid w:val="00DB0AD4"/>
    <w:rsid w:val="00DB3DEE"/>
    <w:rsid w:val="00DD6B0D"/>
    <w:rsid w:val="00DE0676"/>
    <w:rsid w:val="00E1028C"/>
    <w:rsid w:val="00E303B9"/>
    <w:rsid w:val="00E36BBB"/>
    <w:rsid w:val="00E40D05"/>
    <w:rsid w:val="00E530A1"/>
    <w:rsid w:val="00E536B6"/>
    <w:rsid w:val="00E56891"/>
    <w:rsid w:val="00E66A99"/>
    <w:rsid w:val="00E832E4"/>
    <w:rsid w:val="00EF7DA9"/>
    <w:rsid w:val="00F11D03"/>
    <w:rsid w:val="00F25534"/>
    <w:rsid w:val="00F57AB5"/>
    <w:rsid w:val="00F62C57"/>
    <w:rsid w:val="00F65CCE"/>
    <w:rsid w:val="00F67097"/>
    <w:rsid w:val="00F73EFA"/>
    <w:rsid w:val="00F861D3"/>
    <w:rsid w:val="00FA224E"/>
    <w:rsid w:val="00FA2831"/>
    <w:rsid w:val="00FC693F"/>
    <w:rsid w:val="00FD544E"/>
    <w:rsid w:val="00FE28E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BA2EB4F"/>
  <w14:defaultImageDpi w14:val="300"/>
  <w15:docId w15:val="{7ED402E2-1868-412D-8224-FDB6B25FCE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D61AD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D61AD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NormalWeb">
    <w:name w:val="Normal (Web)"/>
    <w:basedOn w:val="Normal"/>
    <w:uiPriority w:val="99"/>
    <w:unhideWhenUsed/>
    <w:rsid w:val="00523363"/>
    <w:pPr>
      <w:spacing w:before="100" w:beforeAutospacing="1" w:after="100" w:afterAutospacing="1" w:line="240" w:lineRule="auto"/>
    </w:pPr>
    <w:rPr>
      <w:rFonts w:ascii="Times New Roman" w:hAnsi="Times New Roman" w:cs="Times New Roman"/>
      <w:sz w:val="24"/>
      <w:szCs w:val="24"/>
      <w:lang w:val="en-FJ" w:eastAsia="en-FJ"/>
    </w:rPr>
  </w:style>
  <w:style w:type="paragraph" w:styleId="TOC1">
    <w:name w:val="toc 1"/>
    <w:basedOn w:val="Normal"/>
    <w:next w:val="Normal"/>
    <w:autoRedefine/>
    <w:uiPriority w:val="39"/>
    <w:unhideWhenUsed/>
    <w:rsid w:val="003865B7"/>
    <w:pPr>
      <w:tabs>
        <w:tab w:val="left" w:pos="567"/>
        <w:tab w:val="right" w:leader="dot" w:pos="10054"/>
      </w:tabs>
      <w:spacing w:after="100"/>
    </w:pPr>
    <w:rPr>
      <w:noProof/>
    </w:rPr>
  </w:style>
  <w:style w:type="paragraph" w:styleId="TOC3">
    <w:name w:val="toc 3"/>
    <w:basedOn w:val="Normal"/>
    <w:next w:val="Normal"/>
    <w:autoRedefine/>
    <w:uiPriority w:val="39"/>
    <w:unhideWhenUsed/>
    <w:rsid w:val="00F11D03"/>
    <w:pPr>
      <w:spacing w:after="100"/>
      <w:ind w:left="440"/>
    </w:pPr>
  </w:style>
  <w:style w:type="character" w:styleId="Hyperlink">
    <w:name w:val="Hyperlink"/>
    <w:basedOn w:val="DefaultParagraphFont"/>
    <w:uiPriority w:val="99"/>
    <w:unhideWhenUsed/>
    <w:rsid w:val="00F11D03"/>
    <w:rPr>
      <w:color w:val="0000FF" w:themeColor="hyperlink"/>
      <w:u w:val="single"/>
    </w:rPr>
  </w:style>
  <w:style w:type="character" w:styleId="UnresolvedMention">
    <w:name w:val="Unresolved Mention"/>
    <w:basedOn w:val="DefaultParagraphFont"/>
    <w:uiPriority w:val="99"/>
    <w:semiHidden/>
    <w:unhideWhenUsed/>
    <w:rsid w:val="003865B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326</TotalTime>
  <Pages>48</Pages>
  <Words>18678</Words>
  <Characters>106467</Characters>
  <Application>Microsoft Office Word</Application>
  <DocSecurity>0</DocSecurity>
  <Lines>887</Lines>
  <Paragraphs>249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124896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Alice Kaisuva</cp:lastModifiedBy>
  <cp:revision>72</cp:revision>
  <cp:lastPrinted>2026-05-10T23:46:00Z</cp:lastPrinted>
  <dcterms:created xsi:type="dcterms:W3CDTF">2026-04-11T00:31:00Z</dcterms:created>
  <dcterms:modified xsi:type="dcterms:W3CDTF">2026-05-10T23:51:00Z</dcterms:modified>
  <cp:category/>
</cp:coreProperties>
</file>